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20751A" w14:textId="595C447D" w:rsidR="00660186" w:rsidRDefault="00660186">
      <w:pPr>
        <w:spacing w:after="200" w:line="276" w:lineRule="auto"/>
        <w:ind w:firstLine="0"/>
        <w:rPr>
          <w:rFonts w:ascii="Aptos Display" w:hAnsi="Aptos Display"/>
          <w:sz w:val="24"/>
          <w:szCs w:val="24"/>
        </w:rPr>
      </w:pPr>
      <w:r>
        <w:rPr>
          <w:rFonts w:ascii="Aptos Display" w:hAnsi="Aptos Display"/>
          <w:noProof/>
          <w:sz w:val="24"/>
          <w:szCs w:val="24"/>
        </w:rPr>
        <w:drawing>
          <wp:anchor distT="0" distB="0" distL="114300" distR="114300" simplePos="0" relativeHeight="251717632" behindDoc="0" locked="0" layoutInCell="1" allowOverlap="1" wp14:anchorId="43BC4C79" wp14:editId="77CF60D6">
            <wp:simplePos x="0" y="0"/>
            <wp:positionH relativeFrom="column">
              <wp:posOffset>-1069340</wp:posOffset>
            </wp:positionH>
            <wp:positionV relativeFrom="page">
              <wp:posOffset>-139700</wp:posOffset>
            </wp:positionV>
            <wp:extent cx="5573395" cy="8382000"/>
            <wp:effectExtent l="0" t="0" r="8255" b="0"/>
            <wp:wrapThrough wrapText="bothSides">
              <wp:wrapPolygon edited="0">
                <wp:start x="0" y="0"/>
                <wp:lineTo x="0" y="21551"/>
                <wp:lineTo x="21558" y="21551"/>
                <wp:lineTo x="21558" y="0"/>
                <wp:lineTo x="0" y="0"/>
              </wp:wrapPolygon>
            </wp:wrapThrough>
            <wp:docPr id="15434843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84361" name="Picture 1543484361"/>
                    <pic:cNvPicPr/>
                  </pic:nvPicPr>
                  <pic:blipFill>
                    <a:blip r:embed="rId8"/>
                    <a:stretch>
                      <a:fillRect/>
                    </a:stretch>
                  </pic:blipFill>
                  <pic:spPr>
                    <a:xfrm>
                      <a:off x="0" y="0"/>
                      <a:ext cx="5573395" cy="8382000"/>
                    </a:xfrm>
                    <a:prstGeom prst="rect">
                      <a:avLst/>
                    </a:prstGeom>
                  </pic:spPr>
                </pic:pic>
              </a:graphicData>
            </a:graphic>
            <wp14:sizeRelH relativeFrom="margin">
              <wp14:pctWidth>0</wp14:pctWidth>
            </wp14:sizeRelH>
            <wp14:sizeRelV relativeFrom="margin">
              <wp14:pctHeight>0</wp14:pctHeight>
            </wp14:sizeRelV>
          </wp:anchor>
        </w:drawing>
      </w:r>
    </w:p>
    <w:p w14:paraId="7B07271E" w14:textId="303CF3A0" w:rsidR="00EF14BB" w:rsidRPr="00B06DB1" w:rsidRDefault="00000000" w:rsidP="00B06DB1">
      <w:pPr>
        <w:pStyle w:val="NoSpacing"/>
        <w:jc w:val="center"/>
        <w:rPr>
          <w:rFonts w:ascii="Aptos Display" w:hAnsi="Aptos Display"/>
          <w:b/>
          <w:bCs/>
          <w:sz w:val="40"/>
          <w:szCs w:val="40"/>
        </w:rPr>
      </w:pPr>
      <w:r w:rsidRPr="00B06DB1">
        <w:rPr>
          <w:rFonts w:ascii="Aptos Display" w:hAnsi="Aptos Display"/>
          <w:b/>
          <w:bCs/>
          <w:sz w:val="40"/>
          <w:szCs w:val="40"/>
        </w:rPr>
        <w:lastRenderedPageBreak/>
        <w:t>LILY AND THE MOONLIT RESCUE</w:t>
      </w:r>
    </w:p>
    <w:p w14:paraId="28657898" w14:textId="687CE5B6" w:rsidR="00EF14BB" w:rsidRPr="00634213" w:rsidRDefault="00EF14BB" w:rsidP="00B06DB1">
      <w:pPr>
        <w:pStyle w:val="NoSpacing"/>
        <w:jc w:val="center"/>
        <w:rPr>
          <w:rFonts w:ascii="Aptos Display" w:hAnsi="Aptos Display"/>
          <w:sz w:val="24"/>
          <w:szCs w:val="24"/>
        </w:rPr>
      </w:pPr>
      <w:r w:rsidRPr="00634213">
        <w:rPr>
          <w:rFonts w:ascii="Aptos Display" w:hAnsi="Aptos Display"/>
          <w:sz w:val="24"/>
          <w:szCs w:val="24"/>
        </w:rPr>
        <w:t>A Moonlit Story of Kindness, Courage, and Healing</w:t>
      </w:r>
    </w:p>
    <w:p w14:paraId="65ABF9D9" w14:textId="77777777" w:rsidR="00EF14BB" w:rsidRPr="00634213" w:rsidRDefault="00EF14BB" w:rsidP="00B06DB1">
      <w:pPr>
        <w:pStyle w:val="NoSpacing"/>
        <w:jc w:val="center"/>
        <w:rPr>
          <w:rFonts w:ascii="Aptos Display" w:hAnsi="Aptos Display"/>
          <w:sz w:val="24"/>
          <w:szCs w:val="24"/>
        </w:rPr>
      </w:pPr>
    </w:p>
    <w:p w14:paraId="708EA7EC" w14:textId="57D01B16" w:rsidR="00AA1F39" w:rsidRPr="00634213" w:rsidRDefault="00000000" w:rsidP="00B06DB1">
      <w:pPr>
        <w:pStyle w:val="NoSpacing"/>
        <w:jc w:val="center"/>
        <w:rPr>
          <w:rFonts w:ascii="Aptos Display" w:hAnsi="Aptos Display"/>
          <w:sz w:val="24"/>
          <w:szCs w:val="24"/>
        </w:rPr>
      </w:pPr>
      <w:r w:rsidRPr="00634213">
        <w:rPr>
          <w:rFonts w:ascii="Aptos Display" w:hAnsi="Aptos Display"/>
          <w:i/>
          <w:sz w:val="24"/>
          <w:szCs w:val="24"/>
        </w:rPr>
        <w:t>by</w:t>
      </w:r>
    </w:p>
    <w:p w14:paraId="2BCD0A96" w14:textId="77777777" w:rsidR="00AA1F39" w:rsidRDefault="00000000" w:rsidP="00B06DB1">
      <w:pPr>
        <w:spacing w:before="120"/>
        <w:ind w:firstLine="0"/>
        <w:jc w:val="center"/>
        <w:rPr>
          <w:rFonts w:ascii="Aptos Display" w:hAnsi="Aptos Display"/>
          <w:b/>
          <w:sz w:val="24"/>
          <w:szCs w:val="24"/>
        </w:rPr>
      </w:pPr>
      <w:r w:rsidRPr="00634213">
        <w:rPr>
          <w:rFonts w:ascii="Aptos Display" w:hAnsi="Aptos Display"/>
          <w:b/>
          <w:sz w:val="24"/>
          <w:szCs w:val="24"/>
        </w:rPr>
        <w:t>Scott Speicher</w:t>
      </w:r>
    </w:p>
    <w:p w14:paraId="37EEDCFC" w14:textId="77777777" w:rsidR="00E65C12" w:rsidRDefault="00E65C12" w:rsidP="00E65C12">
      <w:pPr>
        <w:spacing w:before="120"/>
        <w:ind w:firstLine="0"/>
        <w:rPr>
          <w:rFonts w:ascii="Aptos Display" w:hAnsi="Aptos Display"/>
          <w:b/>
          <w:sz w:val="24"/>
          <w:szCs w:val="24"/>
        </w:rPr>
      </w:pPr>
    </w:p>
    <w:p w14:paraId="4B3C13FA" w14:textId="77777777" w:rsidR="00B06DB1" w:rsidRDefault="00B06DB1" w:rsidP="00E65C12">
      <w:pPr>
        <w:spacing w:before="120"/>
        <w:ind w:firstLine="0"/>
        <w:rPr>
          <w:rFonts w:ascii="Aptos Display" w:hAnsi="Aptos Display"/>
          <w:b/>
          <w:sz w:val="24"/>
          <w:szCs w:val="24"/>
        </w:rPr>
      </w:pPr>
    </w:p>
    <w:p w14:paraId="1008C2D8" w14:textId="77777777" w:rsidR="00B06DB1" w:rsidRDefault="00B06DB1" w:rsidP="00E65C12">
      <w:pPr>
        <w:spacing w:before="120"/>
        <w:ind w:firstLine="0"/>
        <w:rPr>
          <w:rFonts w:ascii="Aptos Display" w:hAnsi="Aptos Display"/>
          <w:b/>
          <w:sz w:val="24"/>
          <w:szCs w:val="24"/>
        </w:rPr>
      </w:pPr>
    </w:p>
    <w:p w14:paraId="758727B9" w14:textId="77777777" w:rsidR="00B06DB1" w:rsidRDefault="00B06DB1" w:rsidP="00E65C12">
      <w:pPr>
        <w:spacing w:before="120"/>
        <w:ind w:firstLine="0"/>
        <w:rPr>
          <w:rFonts w:ascii="Aptos Display" w:hAnsi="Aptos Display"/>
          <w:b/>
          <w:sz w:val="24"/>
          <w:szCs w:val="24"/>
        </w:rPr>
      </w:pPr>
    </w:p>
    <w:p w14:paraId="2B9FA965" w14:textId="77777777" w:rsidR="00B06DB1" w:rsidRDefault="00B06DB1" w:rsidP="00E65C12">
      <w:pPr>
        <w:spacing w:before="120"/>
        <w:ind w:firstLine="0"/>
        <w:rPr>
          <w:rFonts w:ascii="Aptos Display" w:hAnsi="Aptos Display"/>
          <w:b/>
          <w:sz w:val="24"/>
          <w:szCs w:val="24"/>
        </w:rPr>
      </w:pPr>
    </w:p>
    <w:p w14:paraId="4F61F7C8" w14:textId="77777777" w:rsidR="00B06DB1" w:rsidRDefault="00B06DB1" w:rsidP="00E65C12">
      <w:pPr>
        <w:spacing w:before="120"/>
        <w:ind w:firstLine="0"/>
        <w:rPr>
          <w:rFonts w:ascii="Aptos Display" w:hAnsi="Aptos Display"/>
          <w:b/>
          <w:sz w:val="24"/>
          <w:szCs w:val="24"/>
        </w:rPr>
      </w:pPr>
    </w:p>
    <w:p w14:paraId="44EF3502" w14:textId="77777777" w:rsidR="00B06DB1" w:rsidRDefault="00B06DB1" w:rsidP="00E65C12">
      <w:pPr>
        <w:spacing w:before="120"/>
        <w:ind w:firstLine="0"/>
        <w:rPr>
          <w:rFonts w:ascii="Aptos Display" w:hAnsi="Aptos Display"/>
          <w:b/>
          <w:sz w:val="24"/>
          <w:szCs w:val="24"/>
        </w:rPr>
      </w:pPr>
    </w:p>
    <w:p w14:paraId="28AB1660" w14:textId="77777777" w:rsidR="00B06DB1" w:rsidRDefault="00B06DB1" w:rsidP="00E65C12">
      <w:pPr>
        <w:spacing w:before="120"/>
        <w:ind w:firstLine="0"/>
        <w:rPr>
          <w:rFonts w:ascii="Aptos Display" w:hAnsi="Aptos Display"/>
          <w:b/>
          <w:sz w:val="24"/>
          <w:szCs w:val="24"/>
        </w:rPr>
      </w:pPr>
    </w:p>
    <w:p w14:paraId="2248C10A" w14:textId="77777777" w:rsidR="00B06DB1" w:rsidRDefault="00B06DB1" w:rsidP="00E65C12">
      <w:pPr>
        <w:spacing w:before="120"/>
        <w:ind w:firstLine="0"/>
        <w:rPr>
          <w:rFonts w:ascii="Aptos Display" w:hAnsi="Aptos Display"/>
          <w:b/>
          <w:sz w:val="24"/>
          <w:szCs w:val="24"/>
        </w:rPr>
      </w:pPr>
    </w:p>
    <w:p w14:paraId="10B808D4" w14:textId="77777777" w:rsidR="00B06DB1" w:rsidRPr="00E301A9" w:rsidRDefault="00B06DB1" w:rsidP="00B06DB1">
      <w:pPr>
        <w:jc w:val="center"/>
        <w:rPr>
          <w:rFonts w:ascii="Aptos Display" w:hAnsi="Aptos Display" w:cs="Times New Roman"/>
          <w:b/>
          <w:bCs/>
        </w:rPr>
      </w:pPr>
      <w:r w:rsidRPr="00E301A9">
        <w:rPr>
          <w:rFonts w:ascii="Aptos Display" w:hAnsi="Aptos Display" w:cs="Times New Roman"/>
          <w:b/>
          <w:bCs/>
        </w:rPr>
        <w:t xml:space="preserve">Copyright © 2026 </w:t>
      </w:r>
    </w:p>
    <w:p w14:paraId="7F3760A3" w14:textId="77777777" w:rsidR="00B06DB1" w:rsidRPr="00E301A9" w:rsidRDefault="00B06DB1" w:rsidP="00B06DB1">
      <w:pPr>
        <w:jc w:val="center"/>
        <w:rPr>
          <w:rFonts w:ascii="Aptos Display" w:hAnsi="Aptos Display" w:cs="Times New Roman"/>
          <w:b/>
          <w:bCs/>
        </w:rPr>
      </w:pPr>
      <w:r w:rsidRPr="00E301A9">
        <w:rPr>
          <w:rFonts w:ascii="Aptos Display" w:hAnsi="Aptos Display" w:cs="Times New Roman"/>
          <w:b/>
          <w:bCs/>
        </w:rPr>
        <w:t>Author: Scott M. Speicher</w:t>
      </w:r>
    </w:p>
    <w:p w14:paraId="0A835331" w14:textId="77777777" w:rsidR="00B06DB1" w:rsidRPr="00E301A9" w:rsidRDefault="00B06DB1" w:rsidP="00B06DB1">
      <w:pPr>
        <w:jc w:val="center"/>
        <w:rPr>
          <w:rFonts w:ascii="Aptos Display" w:hAnsi="Aptos Display" w:cs="Times New Roman"/>
        </w:rPr>
      </w:pPr>
      <w:r w:rsidRPr="00E301A9">
        <w:rPr>
          <w:rFonts w:ascii="Aptos Display" w:hAnsi="Aptos Display" w:cs="Times New Roman"/>
        </w:rPr>
        <w:t>Portions of this book have been optimized by the program Grammarly</w:t>
      </w:r>
    </w:p>
    <w:p w14:paraId="6B1B2995" w14:textId="77777777" w:rsidR="00B06DB1" w:rsidRPr="00E301A9" w:rsidRDefault="00B06DB1" w:rsidP="00B06DB1">
      <w:pPr>
        <w:jc w:val="center"/>
        <w:rPr>
          <w:rFonts w:ascii="Aptos Display" w:hAnsi="Aptos Display" w:cs="Times New Roman"/>
        </w:rPr>
      </w:pPr>
      <w:r w:rsidRPr="00E301A9">
        <w:rPr>
          <w:rFonts w:ascii="Aptos Display" w:hAnsi="Aptos Display" w:cs="Times New Roman"/>
        </w:rPr>
        <w:t>Edited by Grammarly and the Editorial team of Digital Scribblers</w:t>
      </w:r>
    </w:p>
    <w:p w14:paraId="0C172E78" w14:textId="77777777" w:rsidR="00B06DB1" w:rsidRPr="00E301A9" w:rsidRDefault="00B06DB1" w:rsidP="00B06DB1">
      <w:pPr>
        <w:pStyle w:val="NormalWeb"/>
        <w:jc w:val="center"/>
        <w:rPr>
          <w:rFonts w:ascii="Aptos Display" w:hAnsi="Aptos Display"/>
          <w:sz w:val="22"/>
          <w:szCs w:val="22"/>
        </w:rPr>
      </w:pPr>
      <w:r w:rsidRPr="00E301A9">
        <w:rPr>
          <w:rFonts w:ascii="Aptos Display" w:hAnsi="Aptos Display"/>
          <w:sz w:val="22"/>
          <w:szCs w:val="22"/>
        </w:rPr>
        <w:t xml:space="preserve">No part of this book may be reproduced or used, in any form or by any means, electronic or mechanical, without permission in writing from the author. </w:t>
      </w:r>
    </w:p>
    <w:p w14:paraId="705E7673" w14:textId="328F8C7A" w:rsidR="00B06DB1" w:rsidRPr="00E301A9" w:rsidRDefault="00B06DB1" w:rsidP="00B06DB1">
      <w:pPr>
        <w:pStyle w:val="NormalWeb"/>
        <w:jc w:val="center"/>
        <w:rPr>
          <w:rFonts w:ascii="Aptos Display" w:hAnsi="Aptos Display"/>
          <w:sz w:val="18"/>
          <w:szCs w:val="18"/>
        </w:rPr>
      </w:pPr>
      <w:r w:rsidRPr="00E301A9">
        <w:rPr>
          <w:rFonts w:ascii="Aptos Display" w:hAnsi="Aptos Display"/>
          <w:sz w:val="18"/>
          <w:szCs w:val="18"/>
        </w:rPr>
        <w:t xml:space="preserve">Some of the images are AI-generated with prompting and full control from the author. </w:t>
      </w:r>
    </w:p>
    <w:p w14:paraId="32D7A796" w14:textId="77777777" w:rsidR="00434EE5" w:rsidRDefault="00434EE5" w:rsidP="00B06DB1">
      <w:pPr>
        <w:rPr>
          <w:rFonts w:ascii="Aptos Display" w:hAnsi="Aptos Display"/>
          <w:b/>
          <w:bCs/>
          <w:sz w:val="36"/>
          <w:szCs w:val="36"/>
        </w:rPr>
      </w:pPr>
    </w:p>
    <w:p w14:paraId="12EAB43C" w14:textId="7BB090AC" w:rsidR="00B06DB1" w:rsidRPr="00B06DB1" w:rsidRDefault="00B06DB1" w:rsidP="00B06DB1">
      <w:pPr>
        <w:rPr>
          <w:rFonts w:ascii="Aptos Display" w:hAnsi="Aptos Display"/>
          <w:b/>
          <w:bCs/>
          <w:sz w:val="36"/>
          <w:szCs w:val="36"/>
        </w:rPr>
      </w:pPr>
      <w:r w:rsidRPr="00B06DB1">
        <w:rPr>
          <w:rFonts w:ascii="Aptos Display" w:hAnsi="Aptos Display"/>
          <w:b/>
          <w:bCs/>
          <w:sz w:val="36"/>
          <w:szCs w:val="36"/>
        </w:rPr>
        <w:lastRenderedPageBreak/>
        <w:t>Table of Contents</w:t>
      </w:r>
    </w:p>
    <w:p w14:paraId="076BCCF0" w14:textId="77777777" w:rsidR="00B06DB1" w:rsidRPr="00B06DB1" w:rsidRDefault="00B06DB1" w:rsidP="00B06DB1">
      <w:pPr>
        <w:ind w:left="720" w:firstLine="0"/>
        <w:rPr>
          <w:rFonts w:ascii="Aptos Display" w:hAnsi="Aptos Display"/>
          <w:sz w:val="24"/>
          <w:szCs w:val="24"/>
        </w:rPr>
      </w:pPr>
    </w:p>
    <w:p w14:paraId="51111E1D" w14:textId="449AF312"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Preface</w:t>
      </w:r>
      <w:r w:rsidRPr="00B06DB1">
        <w:rPr>
          <w:rFonts w:ascii="Aptos Display" w:hAnsi="Aptos Display"/>
          <w:sz w:val="24"/>
          <w:szCs w:val="24"/>
        </w:rPr>
        <w:t xml:space="preserve"> </w:t>
      </w:r>
    </w:p>
    <w:p w14:paraId="18BD20D8"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One: The Window and the Moon</w:t>
      </w:r>
      <w:r w:rsidRPr="00B06DB1">
        <w:rPr>
          <w:rFonts w:ascii="Aptos Display" w:hAnsi="Aptos Display"/>
          <w:sz w:val="24"/>
          <w:szCs w:val="24"/>
        </w:rPr>
        <w:t xml:space="preserve"> </w:t>
      </w:r>
    </w:p>
    <w:p w14:paraId="2AA1BDEF"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Two: The Fox in the Brambles</w:t>
      </w:r>
      <w:r w:rsidRPr="00B06DB1">
        <w:rPr>
          <w:rFonts w:ascii="Aptos Display" w:hAnsi="Aptos Display"/>
          <w:sz w:val="24"/>
          <w:szCs w:val="24"/>
        </w:rPr>
        <w:t xml:space="preserve"> </w:t>
      </w:r>
    </w:p>
    <w:p w14:paraId="1A004DE5"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Three: The Bird with the Bent Wing</w:t>
      </w:r>
      <w:r w:rsidRPr="00B06DB1">
        <w:rPr>
          <w:rFonts w:ascii="Aptos Display" w:hAnsi="Aptos Display"/>
          <w:sz w:val="24"/>
          <w:szCs w:val="24"/>
        </w:rPr>
        <w:t xml:space="preserve"> </w:t>
      </w:r>
    </w:p>
    <w:p w14:paraId="18B91C64"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Four: Across the Fallen Log</w:t>
      </w:r>
      <w:r w:rsidRPr="00B06DB1">
        <w:rPr>
          <w:rFonts w:ascii="Aptos Display" w:hAnsi="Aptos Display"/>
          <w:sz w:val="24"/>
          <w:szCs w:val="24"/>
        </w:rPr>
        <w:t xml:space="preserve"> </w:t>
      </w:r>
    </w:p>
    <w:p w14:paraId="1082E5C6"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Five: The Lantern Turtle</w:t>
      </w:r>
      <w:r w:rsidRPr="00B06DB1">
        <w:rPr>
          <w:rFonts w:ascii="Aptos Display" w:hAnsi="Aptos Display"/>
          <w:sz w:val="24"/>
          <w:szCs w:val="24"/>
        </w:rPr>
        <w:t xml:space="preserve"> </w:t>
      </w:r>
    </w:p>
    <w:p w14:paraId="08B58E50"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Six: The Garden Above the Clouds</w:t>
      </w:r>
      <w:r w:rsidRPr="00B06DB1">
        <w:rPr>
          <w:rFonts w:ascii="Aptos Display" w:hAnsi="Aptos Display"/>
          <w:sz w:val="24"/>
          <w:szCs w:val="24"/>
        </w:rPr>
        <w:t xml:space="preserve"> </w:t>
      </w:r>
    </w:p>
    <w:p w14:paraId="38213B13"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Seven: The Wolf at the Edge of the Trees</w:t>
      </w:r>
      <w:r w:rsidRPr="00B06DB1">
        <w:rPr>
          <w:rFonts w:ascii="Aptos Display" w:hAnsi="Aptos Display"/>
          <w:sz w:val="24"/>
          <w:szCs w:val="24"/>
        </w:rPr>
        <w:t xml:space="preserve"> </w:t>
      </w:r>
    </w:p>
    <w:p w14:paraId="6DE42197"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Eight: The Broken Nest</w:t>
      </w:r>
      <w:r w:rsidRPr="00B06DB1">
        <w:rPr>
          <w:rFonts w:ascii="Aptos Display" w:hAnsi="Aptos Display"/>
          <w:sz w:val="24"/>
          <w:szCs w:val="24"/>
        </w:rPr>
        <w:t xml:space="preserve"> </w:t>
      </w:r>
    </w:p>
    <w:p w14:paraId="63E987F4"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Nine: Morning Light</w:t>
      </w:r>
      <w:r w:rsidRPr="00B06DB1">
        <w:rPr>
          <w:rFonts w:ascii="Aptos Display" w:hAnsi="Aptos Display"/>
          <w:sz w:val="24"/>
          <w:szCs w:val="24"/>
        </w:rPr>
        <w:t xml:space="preserve"> </w:t>
      </w:r>
    </w:p>
    <w:p w14:paraId="11117D46"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Chapter Ten: The Dream That Stayed</w:t>
      </w:r>
      <w:r w:rsidRPr="00B06DB1">
        <w:rPr>
          <w:rFonts w:ascii="Aptos Display" w:hAnsi="Aptos Display"/>
          <w:sz w:val="24"/>
          <w:szCs w:val="24"/>
        </w:rPr>
        <w:t xml:space="preserve"> </w:t>
      </w:r>
    </w:p>
    <w:p w14:paraId="66FFB3E7"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Epilogue</w:t>
      </w:r>
      <w:r w:rsidRPr="00B06DB1">
        <w:rPr>
          <w:rFonts w:ascii="Aptos Display" w:hAnsi="Aptos Display"/>
          <w:sz w:val="24"/>
          <w:szCs w:val="24"/>
        </w:rPr>
        <w:t xml:space="preserve"> </w:t>
      </w:r>
    </w:p>
    <w:p w14:paraId="7AA59E13" w14:textId="77777777" w:rsidR="00B06DB1" w:rsidRPr="00B06DB1" w:rsidRDefault="00B06DB1" w:rsidP="00B06DB1">
      <w:pPr>
        <w:numPr>
          <w:ilvl w:val="0"/>
          <w:numId w:val="10"/>
        </w:numPr>
        <w:rPr>
          <w:rFonts w:ascii="Aptos Display" w:hAnsi="Aptos Display"/>
          <w:sz w:val="24"/>
          <w:szCs w:val="24"/>
        </w:rPr>
      </w:pPr>
      <w:r w:rsidRPr="00B06DB1">
        <w:rPr>
          <w:rFonts w:ascii="Aptos Display" w:hAnsi="Aptos Display"/>
          <w:b/>
          <w:bCs/>
          <w:sz w:val="24"/>
          <w:szCs w:val="24"/>
        </w:rPr>
        <w:t>Your Moonlit Rescue List</w:t>
      </w:r>
      <w:r w:rsidRPr="00B06DB1">
        <w:rPr>
          <w:rFonts w:ascii="Aptos Display" w:hAnsi="Aptos Display"/>
          <w:sz w:val="24"/>
          <w:szCs w:val="24"/>
        </w:rPr>
        <w:t xml:space="preserve"> (Interactive Page)</w:t>
      </w:r>
    </w:p>
    <w:p w14:paraId="29F09AE8" w14:textId="77777777" w:rsidR="00B06DB1" w:rsidRDefault="00B06DB1">
      <w:pPr>
        <w:rPr>
          <w:rFonts w:ascii="Aptos Display" w:hAnsi="Aptos Display"/>
          <w:sz w:val="24"/>
          <w:szCs w:val="24"/>
        </w:rPr>
      </w:pPr>
    </w:p>
    <w:p w14:paraId="114E007F" w14:textId="0BFF8E29" w:rsidR="00B06DB1" w:rsidRDefault="00B06DB1">
      <w:pPr>
        <w:rPr>
          <w:rFonts w:ascii="Aptos Display" w:hAnsi="Aptos Display"/>
          <w:sz w:val="24"/>
          <w:szCs w:val="24"/>
        </w:rPr>
      </w:pPr>
      <w:r w:rsidRPr="00634213">
        <w:rPr>
          <w:rFonts w:ascii="Aptos Display" w:hAnsi="Aptos Display"/>
          <w:i/>
          <w:sz w:val="24"/>
          <w:szCs w:val="24"/>
        </w:rPr>
        <w:t>For every child learning how to carry love forward</w:t>
      </w:r>
    </w:p>
    <w:p w14:paraId="6E89BAC6" w14:textId="71D0D9D9" w:rsidR="00AA1F39" w:rsidRDefault="00434EE5">
      <w:pPr>
        <w:rPr>
          <w:rFonts w:ascii="Aptos Display" w:hAnsi="Aptos Display"/>
          <w:sz w:val="24"/>
          <w:szCs w:val="24"/>
        </w:rPr>
      </w:pPr>
      <w:r>
        <w:rPr>
          <w:rFonts w:ascii="Aptos Display" w:hAnsi="Aptos Display"/>
          <w:noProof/>
          <w:sz w:val="24"/>
          <w:szCs w:val="24"/>
        </w:rPr>
        <w:drawing>
          <wp:anchor distT="0" distB="0" distL="114300" distR="114300" simplePos="0" relativeHeight="251716608" behindDoc="0" locked="0" layoutInCell="1" allowOverlap="1" wp14:anchorId="373A21C9" wp14:editId="3FAA4BCD">
            <wp:simplePos x="0" y="0"/>
            <wp:positionH relativeFrom="column">
              <wp:posOffset>394335</wp:posOffset>
            </wp:positionH>
            <wp:positionV relativeFrom="page">
              <wp:posOffset>5133975</wp:posOffset>
            </wp:positionV>
            <wp:extent cx="2679065" cy="1784985"/>
            <wp:effectExtent l="0" t="0" r="6985" b="5715"/>
            <wp:wrapTopAndBottom/>
            <wp:docPr id="1130602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02140" name="Picture 1130602140"/>
                    <pic:cNvPicPr/>
                  </pic:nvPicPr>
                  <pic:blipFill>
                    <a:blip r:embed="rId9"/>
                    <a:stretch>
                      <a:fillRect/>
                    </a:stretch>
                  </pic:blipFill>
                  <pic:spPr>
                    <a:xfrm>
                      <a:off x="0" y="0"/>
                      <a:ext cx="2679065" cy="1784985"/>
                    </a:xfrm>
                    <a:prstGeom prst="rect">
                      <a:avLst/>
                    </a:prstGeom>
                    <a:effectLst>
                      <a:softEdge rad="127000"/>
                    </a:effectLst>
                  </pic:spPr>
                </pic:pic>
              </a:graphicData>
            </a:graphic>
          </wp:anchor>
        </w:drawing>
      </w:r>
      <w:r w:rsidRPr="00634213">
        <w:rPr>
          <w:rFonts w:ascii="Aptos Display" w:hAnsi="Aptos Display"/>
          <w:sz w:val="24"/>
          <w:szCs w:val="24"/>
        </w:rPr>
        <w:br w:type="page"/>
      </w:r>
    </w:p>
    <w:p w14:paraId="2F8FD52A" w14:textId="77777777" w:rsidR="00F015DF" w:rsidRPr="00F015DF" w:rsidRDefault="00F015DF" w:rsidP="00F015DF">
      <w:pPr>
        <w:jc w:val="center"/>
        <w:rPr>
          <w:rFonts w:ascii="Aptos Display" w:hAnsi="Aptos Display"/>
          <w:b/>
          <w:bCs/>
          <w:sz w:val="36"/>
          <w:szCs w:val="36"/>
        </w:rPr>
      </w:pPr>
      <w:r w:rsidRPr="00F015DF">
        <w:rPr>
          <w:rFonts w:ascii="Aptos Display" w:hAnsi="Aptos Display"/>
          <w:b/>
          <w:bCs/>
          <w:sz w:val="36"/>
          <w:szCs w:val="36"/>
        </w:rPr>
        <w:lastRenderedPageBreak/>
        <w:t>Preface</w:t>
      </w:r>
    </w:p>
    <w:p w14:paraId="3BF17EAE" w14:textId="77777777" w:rsidR="00F015DF" w:rsidRPr="00F015DF" w:rsidRDefault="00F015DF" w:rsidP="00F015DF">
      <w:pPr>
        <w:rPr>
          <w:rFonts w:ascii="Aptos Display" w:hAnsi="Aptos Display"/>
          <w:sz w:val="24"/>
          <w:szCs w:val="24"/>
        </w:rPr>
      </w:pPr>
      <w:r w:rsidRPr="00F015DF">
        <w:rPr>
          <w:rFonts w:ascii="Aptos Display" w:hAnsi="Aptos Display"/>
          <w:sz w:val="24"/>
          <w:szCs w:val="24"/>
        </w:rPr>
        <w:t>Some stories begin with adventure. Others begin with a quiet ache.</w:t>
      </w:r>
    </w:p>
    <w:p w14:paraId="3A95AB8F" w14:textId="77777777" w:rsidR="00F015DF" w:rsidRPr="00F015DF" w:rsidRDefault="00F015DF" w:rsidP="00F015DF">
      <w:pPr>
        <w:rPr>
          <w:rFonts w:ascii="Aptos Display" w:hAnsi="Aptos Display"/>
          <w:sz w:val="24"/>
          <w:szCs w:val="24"/>
        </w:rPr>
      </w:pPr>
      <w:r w:rsidRPr="00F015DF">
        <w:rPr>
          <w:rFonts w:ascii="Aptos Display" w:hAnsi="Aptos Display"/>
          <w:i/>
          <w:iCs/>
          <w:sz w:val="24"/>
          <w:szCs w:val="24"/>
        </w:rPr>
        <w:t>Lily and the Moonlit Rescue</w:t>
      </w:r>
      <w:r w:rsidRPr="00F015DF">
        <w:rPr>
          <w:rFonts w:ascii="Aptos Display" w:hAnsi="Aptos Display"/>
          <w:sz w:val="24"/>
          <w:szCs w:val="24"/>
        </w:rPr>
        <w:t xml:space="preserve"> is a story about a girl who misses someone she loves very much. After losing Ben, Lily finds herself carrying a sadness she does not always know how to explain. The world around her still moves forward, but inside, she feels changed. Then, one moonlit night, Lily is given a dreamlike journey—one filled with wounded animals, gentle rescues, quiet courage, and lessons that help her understand what love can become after loss.</w:t>
      </w:r>
    </w:p>
    <w:p w14:paraId="1AE35854" w14:textId="5CC0FBEC" w:rsidR="00F015DF" w:rsidRPr="00F015DF" w:rsidRDefault="00F015DF" w:rsidP="00F015DF">
      <w:pPr>
        <w:rPr>
          <w:rFonts w:ascii="Aptos Display" w:hAnsi="Aptos Display"/>
          <w:sz w:val="24"/>
          <w:szCs w:val="24"/>
        </w:rPr>
      </w:pPr>
      <w:r w:rsidRPr="00F015DF">
        <w:rPr>
          <w:rFonts w:ascii="Aptos Display" w:hAnsi="Aptos Display"/>
          <w:sz w:val="24"/>
          <w:szCs w:val="24"/>
        </w:rPr>
        <w:t xml:space="preserve">This book was written for children </w:t>
      </w:r>
      <w:r>
        <w:rPr>
          <w:rFonts w:ascii="Aptos Display" w:hAnsi="Aptos Display"/>
          <w:sz w:val="24"/>
          <w:szCs w:val="24"/>
        </w:rPr>
        <w:t xml:space="preserve">learning </w:t>
      </w:r>
      <w:r w:rsidRPr="00F015DF">
        <w:rPr>
          <w:rFonts w:ascii="Aptos Display" w:hAnsi="Aptos Display"/>
          <w:sz w:val="24"/>
          <w:szCs w:val="24"/>
        </w:rPr>
        <w:t>to hold both sadness and hope in the same heart. Through Lily’s journey, young readers are reminded that grief does not mean love has ended. It means love is still present, still teaching, and still looking for places to go. Each act of kindness Lily offers becomes a small lantern in the dark, helping her discover that healing is not forgetting. Healing is carrying love forward.</w:t>
      </w:r>
    </w:p>
    <w:p w14:paraId="1EC05E04" w14:textId="77777777" w:rsidR="00F015DF" w:rsidRPr="00F015DF" w:rsidRDefault="00F015DF" w:rsidP="00F015DF">
      <w:pPr>
        <w:rPr>
          <w:rFonts w:ascii="Aptos Display" w:hAnsi="Aptos Display"/>
          <w:sz w:val="24"/>
          <w:szCs w:val="24"/>
        </w:rPr>
      </w:pPr>
      <w:r w:rsidRPr="00F015DF">
        <w:rPr>
          <w:rFonts w:ascii="Aptos Display" w:hAnsi="Aptos Display"/>
          <w:sz w:val="24"/>
          <w:szCs w:val="24"/>
        </w:rPr>
        <w:t>May this story bring comfort to children, families, teachers, and caregivers who read it together. May it open gentle conversations about missing someone, helping others, and finding courage one small step at a time. And may every reader remember that even the smallest kindness can become a light for someone else.</w:t>
      </w:r>
    </w:p>
    <w:p w14:paraId="1072965F" w14:textId="77777777" w:rsidR="00F015DF" w:rsidRDefault="00F015DF">
      <w:pPr>
        <w:rPr>
          <w:rFonts w:ascii="Aptos Display" w:hAnsi="Aptos Display"/>
          <w:sz w:val="24"/>
          <w:szCs w:val="24"/>
        </w:rPr>
      </w:pPr>
    </w:p>
    <w:p w14:paraId="5F791C99" w14:textId="444B0C4C" w:rsidR="00F015DF" w:rsidRDefault="00F015DF">
      <w:pPr>
        <w:spacing w:after="200" w:line="276" w:lineRule="auto"/>
        <w:ind w:firstLine="0"/>
        <w:rPr>
          <w:rFonts w:ascii="Aptos Display" w:hAnsi="Aptos Display"/>
          <w:sz w:val="24"/>
          <w:szCs w:val="24"/>
        </w:rPr>
      </w:pPr>
      <w:r>
        <w:rPr>
          <w:rFonts w:ascii="Aptos Display" w:hAnsi="Aptos Display"/>
          <w:sz w:val="24"/>
          <w:szCs w:val="24"/>
        </w:rPr>
        <w:br w:type="page"/>
      </w:r>
    </w:p>
    <w:p w14:paraId="71B3E4D7" w14:textId="4B02F10B"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One</w:t>
      </w:r>
    </w:p>
    <w:p w14:paraId="1D5F0352" w14:textId="38783085"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Window and the Moon</w:t>
      </w:r>
    </w:p>
    <w:p w14:paraId="610F13F7" w14:textId="0B478FEF" w:rsidR="00AA1F39" w:rsidRPr="00634213" w:rsidRDefault="00000000">
      <w:pPr>
        <w:rPr>
          <w:rFonts w:ascii="Aptos Display" w:hAnsi="Aptos Display"/>
          <w:sz w:val="24"/>
          <w:szCs w:val="24"/>
        </w:rPr>
      </w:pPr>
      <w:r w:rsidRPr="00634213">
        <w:rPr>
          <w:rFonts w:ascii="Aptos Display" w:hAnsi="Aptos Display"/>
          <w:sz w:val="24"/>
          <w:szCs w:val="24"/>
        </w:rPr>
        <w:t>Lily had started sleeping with her curtains open.</w:t>
      </w:r>
    </w:p>
    <w:p w14:paraId="1A7DC6E5" w14:textId="034896C2" w:rsidR="00AA1F39" w:rsidRPr="00634213" w:rsidRDefault="00000000">
      <w:pPr>
        <w:rPr>
          <w:rFonts w:ascii="Aptos Display" w:hAnsi="Aptos Display"/>
          <w:sz w:val="24"/>
          <w:szCs w:val="24"/>
        </w:rPr>
      </w:pPr>
      <w:r w:rsidRPr="00634213">
        <w:rPr>
          <w:rFonts w:ascii="Aptos Display" w:hAnsi="Aptos Display"/>
          <w:sz w:val="24"/>
          <w:szCs w:val="24"/>
        </w:rPr>
        <w:t>She never used to. Before, she liked her room tucked away from the world—dark, still, and private. But lately she wanted the moonlight. She wanted something soft in the room with her when the house grew quiet</w:t>
      </w:r>
      <w:r w:rsidR="0075414A" w:rsidRPr="00634213">
        <w:rPr>
          <w:rFonts w:ascii="Aptos Display" w:hAnsi="Aptos Display"/>
          <w:sz w:val="24"/>
          <w:szCs w:val="24"/>
        </w:rPr>
        <w:t>,</w:t>
      </w:r>
      <w:r w:rsidRPr="00634213">
        <w:rPr>
          <w:rFonts w:ascii="Aptos Display" w:hAnsi="Aptos Display"/>
          <w:sz w:val="24"/>
          <w:szCs w:val="24"/>
        </w:rPr>
        <w:t xml:space="preserve"> and nighttime began to feel too large.</w:t>
      </w:r>
    </w:p>
    <w:p w14:paraId="664402B3" w14:textId="2903DC49" w:rsidR="00AA1F39" w:rsidRPr="00634213" w:rsidRDefault="00090195">
      <w:pPr>
        <w:rPr>
          <w:rFonts w:ascii="Aptos Display" w:hAnsi="Aptos Display"/>
          <w:sz w:val="24"/>
          <w:szCs w:val="24"/>
        </w:rPr>
      </w:pPr>
      <w:r w:rsidRPr="00634213">
        <w:rPr>
          <w:rFonts w:ascii="Aptos Display" w:hAnsi="Aptos Display"/>
          <w:sz w:val="24"/>
          <w:szCs w:val="24"/>
        </w:rPr>
        <w:t>Tonight the moon was full and bright, hanging above the trees like a silver lantern. Its light spilled across Lily’s quilt, across the floorboards, and across the little turtle figurine on her bookshelf. Under that pale glow, everything looked gentler.</w:t>
      </w:r>
    </w:p>
    <w:p w14:paraId="5A28801E" w14:textId="1399B77A" w:rsidR="00AA1F39" w:rsidRPr="00634213" w:rsidRDefault="00871750" w:rsidP="00FD0468">
      <w:pPr>
        <w:tabs>
          <w:tab w:val="right" w:pos="5976"/>
        </w:tabs>
        <w:rPr>
          <w:rFonts w:ascii="Aptos Display" w:hAnsi="Aptos Display"/>
          <w:sz w:val="24"/>
          <w:szCs w:val="24"/>
        </w:rPr>
      </w:pPr>
      <w:r w:rsidRPr="00634213">
        <w:rPr>
          <w:rFonts w:ascii="Aptos Display" w:hAnsi="Aptos Display"/>
          <w:sz w:val="24"/>
          <w:szCs w:val="24"/>
        </w:rPr>
        <w:t>Lily lay awake and stared at the ceiling.</w:t>
      </w:r>
      <w:r w:rsidR="00FD0468">
        <w:rPr>
          <w:rFonts w:ascii="Aptos Display" w:hAnsi="Aptos Display"/>
          <w:sz w:val="24"/>
          <w:szCs w:val="24"/>
        </w:rPr>
        <w:tab/>
      </w:r>
    </w:p>
    <w:p w14:paraId="5EC7D8BC" w14:textId="007AA680" w:rsidR="00AA1F39" w:rsidRPr="00634213" w:rsidRDefault="00000000">
      <w:pPr>
        <w:rPr>
          <w:rFonts w:ascii="Aptos Display" w:hAnsi="Aptos Display"/>
          <w:sz w:val="24"/>
          <w:szCs w:val="24"/>
        </w:rPr>
      </w:pPr>
      <w:r w:rsidRPr="00634213">
        <w:rPr>
          <w:rFonts w:ascii="Aptos Display" w:hAnsi="Aptos Display"/>
          <w:sz w:val="24"/>
          <w:szCs w:val="24"/>
        </w:rPr>
        <w:t>She had tried reading. She had tried counting backward from one hundred. She had even tried listening to the sounds outside her window—the crickets in the grass, the leaves brushing together, the bark of a dog somewhere far away. But none of it eased the ache inside her.</w:t>
      </w:r>
    </w:p>
    <w:p w14:paraId="33D29C55" w14:textId="461013B5" w:rsidR="00AA1F39" w:rsidRPr="00634213" w:rsidRDefault="00000000">
      <w:pPr>
        <w:rPr>
          <w:rFonts w:ascii="Aptos Display" w:hAnsi="Aptos Display"/>
          <w:sz w:val="24"/>
          <w:szCs w:val="24"/>
        </w:rPr>
      </w:pPr>
      <w:r w:rsidRPr="00634213">
        <w:rPr>
          <w:rFonts w:ascii="Aptos Display" w:hAnsi="Aptos Display"/>
          <w:sz w:val="24"/>
          <w:szCs w:val="24"/>
        </w:rPr>
        <w:t>She missed Ben most at night.</w:t>
      </w:r>
    </w:p>
    <w:p w14:paraId="31C44245" w14:textId="4CFD0AF7" w:rsidR="00AA1F39" w:rsidRPr="00634213" w:rsidRDefault="00000000">
      <w:pPr>
        <w:rPr>
          <w:rFonts w:ascii="Aptos Display" w:hAnsi="Aptos Display"/>
          <w:sz w:val="24"/>
          <w:szCs w:val="24"/>
        </w:rPr>
      </w:pPr>
      <w:r w:rsidRPr="00634213">
        <w:rPr>
          <w:rFonts w:ascii="Aptos Display" w:hAnsi="Aptos Display"/>
          <w:sz w:val="24"/>
          <w:szCs w:val="24"/>
        </w:rPr>
        <w:t>In the daytime, she could answer questions, sit through school, and smile when needed, even if the smile felt thin. But nighttime made space for remembering.</w:t>
      </w:r>
    </w:p>
    <w:p w14:paraId="512F1F4A" w14:textId="316143D0" w:rsidR="00AA1F39" w:rsidRPr="00634213" w:rsidRDefault="00000000">
      <w:pPr>
        <w:rPr>
          <w:rFonts w:ascii="Aptos Display" w:hAnsi="Aptos Display"/>
          <w:sz w:val="24"/>
          <w:szCs w:val="24"/>
        </w:rPr>
      </w:pPr>
      <w:r w:rsidRPr="00634213">
        <w:rPr>
          <w:rFonts w:ascii="Aptos Display" w:hAnsi="Aptos Display"/>
          <w:sz w:val="24"/>
          <w:szCs w:val="24"/>
        </w:rPr>
        <w:t xml:space="preserve">She remembered Ben’s laugh first. It always sounded a little </w:t>
      </w:r>
      <w:r w:rsidR="007C5CBD" w:rsidRPr="00634213">
        <w:rPr>
          <w:rFonts w:ascii="Aptos Display" w:hAnsi="Aptos Display"/>
          <w:sz w:val="24"/>
          <w:szCs w:val="24"/>
        </w:rPr>
        <w:t>surprising</w:t>
      </w:r>
      <w:r w:rsidRPr="00634213">
        <w:rPr>
          <w:rFonts w:ascii="Aptos Display" w:hAnsi="Aptos Display"/>
          <w:sz w:val="24"/>
          <w:szCs w:val="24"/>
        </w:rPr>
        <w:t>, as if joy had reached him before he expected it. She remembered how he noticed things other people passed by without seeing—a beetle crossing a sidewalk, a feather caught in the grass, a turtle inching toward the edge of a road.</w:t>
      </w:r>
    </w:p>
    <w:p w14:paraId="17D04C00" w14:textId="763F59C6" w:rsidR="00AA1F39" w:rsidRPr="00634213" w:rsidRDefault="00000000">
      <w:pPr>
        <w:rPr>
          <w:rFonts w:ascii="Aptos Display" w:hAnsi="Aptos Display"/>
          <w:sz w:val="24"/>
          <w:szCs w:val="24"/>
        </w:rPr>
      </w:pPr>
      <w:r w:rsidRPr="00634213">
        <w:rPr>
          <w:rFonts w:ascii="Aptos Display" w:hAnsi="Aptos Display"/>
          <w:sz w:val="24"/>
          <w:szCs w:val="24"/>
        </w:rPr>
        <w:lastRenderedPageBreak/>
        <w:t>Ben had a way of making small things feel important.</w:t>
      </w:r>
    </w:p>
    <w:p w14:paraId="2D0067FB" w14:textId="5227AB8D" w:rsidR="00AA1F39" w:rsidRPr="00634213" w:rsidRDefault="00000000">
      <w:pPr>
        <w:rPr>
          <w:rFonts w:ascii="Aptos Display" w:hAnsi="Aptos Display"/>
          <w:sz w:val="24"/>
          <w:szCs w:val="24"/>
        </w:rPr>
      </w:pPr>
      <w:r w:rsidRPr="00634213">
        <w:rPr>
          <w:rFonts w:ascii="Aptos Display" w:hAnsi="Aptos Display"/>
          <w:sz w:val="24"/>
          <w:szCs w:val="24"/>
        </w:rPr>
        <w:t>Lily thought</w:t>
      </w:r>
      <w:r w:rsidR="000D17CB" w:rsidRPr="00634213">
        <w:rPr>
          <w:rFonts w:ascii="Aptos Display" w:hAnsi="Aptos Display"/>
          <w:sz w:val="24"/>
          <w:szCs w:val="24"/>
        </w:rPr>
        <w:t xml:space="preserve"> it</w:t>
      </w:r>
      <w:r w:rsidRPr="00634213">
        <w:rPr>
          <w:rFonts w:ascii="Aptos Display" w:hAnsi="Aptos Display"/>
          <w:sz w:val="24"/>
          <w:szCs w:val="24"/>
        </w:rPr>
        <w:t xml:space="preserve"> might be one of the things she missed most.</w:t>
      </w:r>
    </w:p>
    <w:p w14:paraId="03A1C2B5" w14:textId="7372D81F" w:rsidR="00AA1F39" w:rsidRPr="00634213" w:rsidRDefault="00000000">
      <w:pPr>
        <w:rPr>
          <w:rFonts w:ascii="Aptos Display" w:hAnsi="Aptos Display"/>
          <w:sz w:val="24"/>
          <w:szCs w:val="24"/>
        </w:rPr>
      </w:pPr>
      <w:r w:rsidRPr="00634213">
        <w:rPr>
          <w:rFonts w:ascii="Aptos Display" w:hAnsi="Aptos Display"/>
          <w:sz w:val="24"/>
          <w:szCs w:val="24"/>
        </w:rPr>
        <w:t>She turned onto her side and pulled the blanket to her chin.</w:t>
      </w:r>
    </w:p>
    <w:p w14:paraId="6FB747E8" w14:textId="7ACEED5B" w:rsidR="00AA1F39" w:rsidRPr="00634213" w:rsidRDefault="00000000" w:rsidP="00121BC7">
      <w:pPr>
        <w:ind w:firstLine="0"/>
        <w:rPr>
          <w:rFonts w:ascii="Aptos Display" w:hAnsi="Aptos Display"/>
          <w:sz w:val="24"/>
          <w:szCs w:val="24"/>
        </w:rPr>
      </w:pPr>
      <w:r w:rsidRPr="00634213">
        <w:rPr>
          <w:rFonts w:ascii="Aptos Display" w:hAnsi="Aptos Display"/>
          <w:sz w:val="24"/>
          <w:szCs w:val="24"/>
        </w:rPr>
        <w:t>On her bedside table sat a smooth gray stone Ben had given her one afternoon by the creek. He had picked it up from the mud, rubbed it clean on his shirt, and dropped it into her hand with a thoughtful smile.</w:t>
      </w:r>
      <w:r w:rsidR="005F11C9">
        <w:rPr>
          <w:rFonts w:ascii="Aptos Display" w:hAnsi="Aptos Display"/>
          <w:noProof/>
          <w:sz w:val="24"/>
          <w:szCs w:val="24"/>
        </w:rPr>
        <w:drawing>
          <wp:inline distT="0" distB="0" distL="0" distR="0" wp14:anchorId="3AE956EE" wp14:editId="0607F858">
            <wp:extent cx="3794760" cy="2071370"/>
            <wp:effectExtent l="0" t="0" r="0" b="5080"/>
            <wp:docPr id="7055582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558248" name="Picture 705558248"/>
                    <pic:cNvPicPr/>
                  </pic:nvPicPr>
                  <pic:blipFill>
                    <a:blip r:embed="rId10"/>
                    <a:stretch>
                      <a:fillRect/>
                    </a:stretch>
                  </pic:blipFill>
                  <pic:spPr>
                    <a:xfrm>
                      <a:off x="0" y="0"/>
                      <a:ext cx="3794760" cy="2071370"/>
                    </a:xfrm>
                    <a:prstGeom prst="rect">
                      <a:avLst/>
                    </a:prstGeom>
                  </pic:spPr>
                </pic:pic>
              </a:graphicData>
            </a:graphic>
          </wp:inline>
        </w:drawing>
      </w:r>
    </w:p>
    <w:p w14:paraId="654E8B49" w14:textId="696B2366" w:rsidR="00AA1F39" w:rsidRPr="00634213" w:rsidRDefault="00000000">
      <w:pPr>
        <w:rPr>
          <w:rFonts w:ascii="Aptos Display" w:hAnsi="Aptos Display"/>
          <w:sz w:val="24"/>
          <w:szCs w:val="24"/>
        </w:rPr>
      </w:pPr>
      <w:r w:rsidRPr="00634213">
        <w:rPr>
          <w:rFonts w:ascii="Aptos Display" w:hAnsi="Aptos Display"/>
          <w:sz w:val="24"/>
          <w:szCs w:val="24"/>
        </w:rPr>
        <w:t xml:space="preserve">“Not every treasure </w:t>
      </w:r>
      <w:r w:rsidR="00241D54">
        <w:rPr>
          <w:rFonts w:ascii="Aptos Display" w:hAnsi="Aptos Display"/>
          <w:sz w:val="24"/>
          <w:szCs w:val="24"/>
        </w:rPr>
        <w:t>shines</w:t>
      </w:r>
      <w:r w:rsidRPr="00634213">
        <w:rPr>
          <w:rFonts w:ascii="Aptos Display" w:hAnsi="Aptos Display"/>
          <w:sz w:val="24"/>
          <w:szCs w:val="24"/>
        </w:rPr>
        <w:t>,” he had said.</w:t>
      </w:r>
    </w:p>
    <w:p w14:paraId="1142610A" w14:textId="2CD1C7CA" w:rsidR="00AA1F39" w:rsidRPr="00634213" w:rsidRDefault="00000000">
      <w:pPr>
        <w:rPr>
          <w:rFonts w:ascii="Aptos Display" w:hAnsi="Aptos Display"/>
          <w:sz w:val="24"/>
          <w:szCs w:val="24"/>
        </w:rPr>
      </w:pPr>
      <w:r w:rsidRPr="00634213">
        <w:rPr>
          <w:rFonts w:ascii="Aptos Display" w:hAnsi="Aptos Display"/>
          <w:sz w:val="24"/>
          <w:szCs w:val="24"/>
        </w:rPr>
        <w:t xml:space="preserve">At the time, Lily </w:t>
      </w:r>
      <w:r w:rsidR="00871750" w:rsidRPr="00634213">
        <w:rPr>
          <w:rFonts w:ascii="Aptos Display" w:hAnsi="Aptos Display"/>
          <w:sz w:val="24"/>
          <w:szCs w:val="24"/>
        </w:rPr>
        <w:t>laughed</w:t>
      </w:r>
      <w:r w:rsidRPr="00634213">
        <w:rPr>
          <w:rFonts w:ascii="Aptos Display" w:hAnsi="Aptos Display"/>
          <w:sz w:val="24"/>
          <w:szCs w:val="24"/>
        </w:rPr>
        <w:t>. But she had kept the stone.</w:t>
      </w:r>
    </w:p>
    <w:p w14:paraId="3A91773A" w14:textId="7BBFBD33" w:rsidR="00AA1F39" w:rsidRPr="00634213" w:rsidRDefault="00000000">
      <w:pPr>
        <w:rPr>
          <w:rFonts w:ascii="Aptos Display" w:hAnsi="Aptos Display"/>
          <w:sz w:val="24"/>
          <w:szCs w:val="24"/>
        </w:rPr>
      </w:pPr>
      <w:r w:rsidRPr="00634213">
        <w:rPr>
          <w:rFonts w:ascii="Aptos Display" w:hAnsi="Aptos Display"/>
          <w:sz w:val="24"/>
          <w:szCs w:val="24"/>
        </w:rPr>
        <w:t>Now she reached for it in the dark and curled her fingers around its cool shape.</w:t>
      </w:r>
    </w:p>
    <w:p w14:paraId="7997C78E" w14:textId="6C662E05" w:rsidR="00AA1F39" w:rsidRPr="00634213" w:rsidRDefault="00000000">
      <w:pPr>
        <w:rPr>
          <w:rFonts w:ascii="Aptos Display" w:hAnsi="Aptos Display"/>
          <w:sz w:val="24"/>
          <w:szCs w:val="24"/>
        </w:rPr>
      </w:pPr>
      <w:r w:rsidRPr="00634213">
        <w:rPr>
          <w:rFonts w:ascii="Aptos Display" w:hAnsi="Aptos Display"/>
          <w:sz w:val="24"/>
          <w:szCs w:val="24"/>
        </w:rPr>
        <w:t>“I still miss you,” she whispered.</w:t>
      </w:r>
    </w:p>
    <w:p w14:paraId="4ECF8A78" w14:textId="50DEFCA8" w:rsidR="00AA1F39" w:rsidRPr="00634213" w:rsidRDefault="00000000">
      <w:pPr>
        <w:rPr>
          <w:rFonts w:ascii="Aptos Display" w:hAnsi="Aptos Display"/>
          <w:sz w:val="24"/>
          <w:szCs w:val="24"/>
        </w:rPr>
      </w:pPr>
      <w:r w:rsidRPr="00634213">
        <w:rPr>
          <w:rFonts w:ascii="Aptos Display" w:hAnsi="Aptos Display"/>
          <w:sz w:val="24"/>
          <w:szCs w:val="24"/>
        </w:rPr>
        <w:t>The room stayed quiet.</w:t>
      </w:r>
    </w:p>
    <w:p w14:paraId="0B000F6A" w14:textId="71F28D70" w:rsidR="00AA1F39" w:rsidRPr="00634213" w:rsidRDefault="00000000">
      <w:pPr>
        <w:rPr>
          <w:rFonts w:ascii="Aptos Display" w:hAnsi="Aptos Display"/>
          <w:sz w:val="24"/>
          <w:szCs w:val="24"/>
        </w:rPr>
      </w:pPr>
      <w:r w:rsidRPr="00634213">
        <w:rPr>
          <w:rFonts w:ascii="Aptos Display" w:hAnsi="Aptos Display"/>
          <w:sz w:val="24"/>
          <w:szCs w:val="24"/>
        </w:rPr>
        <w:t>Then the moonlight changed.</w:t>
      </w:r>
    </w:p>
    <w:p w14:paraId="1C5C059D" w14:textId="6A557B8D" w:rsidR="00AA1F39" w:rsidRPr="00634213" w:rsidRDefault="00000000">
      <w:pPr>
        <w:rPr>
          <w:rFonts w:ascii="Aptos Display" w:hAnsi="Aptos Display"/>
          <w:sz w:val="24"/>
          <w:szCs w:val="24"/>
        </w:rPr>
      </w:pPr>
      <w:r w:rsidRPr="00634213">
        <w:rPr>
          <w:rFonts w:ascii="Aptos Display" w:hAnsi="Aptos Display"/>
          <w:sz w:val="24"/>
          <w:szCs w:val="24"/>
        </w:rPr>
        <w:t>At first</w:t>
      </w:r>
      <w:r w:rsidR="0075414A" w:rsidRPr="00634213">
        <w:rPr>
          <w:rFonts w:ascii="Aptos Display" w:hAnsi="Aptos Display"/>
          <w:sz w:val="24"/>
          <w:szCs w:val="24"/>
        </w:rPr>
        <w:t>,</w:t>
      </w:r>
      <w:r w:rsidRPr="00634213">
        <w:rPr>
          <w:rFonts w:ascii="Aptos Display" w:hAnsi="Aptos Display"/>
          <w:sz w:val="24"/>
          <w:szCs w:val="24"/>
        </w:rPr>
        <w:t xml:space="preserve"> Lily thought a cloud had moved. But this was different. The light did not simply brighten. It deepened and warmed, and a glowing path seemed to stretch from the window to the foot of her bed.</w:t>
      </w:r>
    </w:p>
    <w:p w14:paraId="1150230B" w14:textId="439ADCC3" w:rsidR="00AA1F39" w:rsidRPr="00634213" w:rsidRDefault="00000000">
      <w:pPr>
        <w:rPr>
          <w:rFonts w:ascii="Aptos Display" w:hAnsi="Aptos Display"/>
          <w:sz w:val="24"/>
          <w:szCs w:val="24"/>
        </w:rPr>
      </w:pPr>
      <w:r w:rsidRPr="00634213">
        <w:rPr>
          <w:rFonts w:ascii="Aptos Display" w:hAnsi="Aptos Display"/>
          <w:sz w:val="24"/>
          <w:szCs w:val="24"/>
        </w:rPr>
        <w:t>Lily pushed herself up on her elbows.</w:t>
      </w:r>
    </w:p>
    <w:p w14:paraId="4A5D09A7" w14:textId="2E80FC87" w:rsidR="00AA1F39" w:rsidRPr="00634213" w:rsidRDefault="008D2CBD">
      <w:pPr>
        <w:rPr>
          <w:rFonts w:ascii="Aptos Display" w:hAnsi="Aptos Display"/>
          <w:sz w:val="24"/>
          <w:szCs w:val="24"/>
        </w:rPr>
      </w:pPr>
      <w:r w:rsidRPr="00634213">
        <w:rPr>
          <w:rFonts w:ascii="Aptos Display" w:hAnsi="Aptos Display"/>
          <w:sz w:val="24"/>
          <w:szCs w:val="24"/>
        </w:rPr>
        <w:lastRenderedPageBreak/>
        <w:t>The house was still. The room was still. Yet something had shifted, as if the night itself were listening.</w:t>
      </w:r>
    </w:p>
    <w:p w14:paraId="649AF578" w14:textId="3E9B0768" w:rsidR="008D2CBD" w:rsidRPr="00634213" w:rsidRDefault="008D2CBD">
      <w:pPr>
        <w:rPr>
          <w:rFonts w:ascii="Aptos Display" w:hAnsi="Aptos Display"/>
          <w:sz w:val="24"/>
          <w:szCs w:val="24"/>
        </w:rPr>
      </w:pPr>
    </w:p>
    <w:p w14:paraId="6E482F65" w14:textId="3C5F1322" w:rsidR="00AA1F39" w:rsidRPr="00634213" w:rsidRDefault="00000000">
      <w:pPr>
        <w:rPr>
          <w:rFonts w:ascii="Aptos Display" w:hAnsi="Aptos Display"/>
          <w:sz w:val="24"/>
          <w:szCs w:val="24"/>
        </w:rPr>
      </w:pPr>
      <w:r w:rsidRPr="00634213">
        <w:rPr>
          <w:rFonts w:ascii="Aptos Display" w:hAnsi="Aptos Display"/>
          <w:sz w:val="24"/>
          <w:szCs w:val="24"/>
        </w:rPr>
        <w:t>Then she heard it.</w:t>
      </w:r>
    </w:p>
    <w:p w14:paraId="624F2CD3" w14:textId="5AFBEF58" w:rsidR="00AA1F39" w:rsidRPr="00634213" w:rsidRDefault="00000000">
      <w:pPr>
        <w:rPr>
          <w:rFonts w:ascii="Aptos Display" w:hAnsi="Aptos Display"/>
          <w:sz w:val="24"/>
          <w:szCs w:val="24"/>
        </w:rPr>
      </w:pPr>
      <w:r w:rsidRPr="00634213">
        <w:rPr>
          <w:rFonts w:ascii="Aptos Display" w:hAnsi="Aptos Display"/>
          <w:sz w:val="24"/>
          <w:szCs w:val="24"/>
        </w:rPr>
        <w:t>A voice she knew as surely as her own name.</w:t>
      </w:r>
    </w:p>
    <w:p w14:paraId="127793AA" w14:textId="7AAB6A55" w:rsidR="00AA1F39" w:rsidRPr="00634213" w:rsidRDefault="00000000">
      <w:pPr>
        <w:rPr>
          <w:rFonts w:ascii="Aptos Display" w:hAnsi="Aptos Display"/>
          <w:sz w:val="24"/>
          <w:szCs w:val="24"/>
        </w:rPr>
      </w:pPr>
      <w:r w:rsidRPr="00634213">
        <w:rPr>
          <w:rFonts w:ascii="Aptos Display" w:hAnsi="Aptos Display"/>
          <w:sz w:val="24"/>
          <w:szCs w:val="24"/>
        </w:rPr>
        <w:t>“Lily?”</w:t>
      </w:r>
    </w:p>
    <w:p w14:paraId="1068A1A6" w14:textId="14414776" w:rsidR="00AA1F39" w:rsidRPr="00634213" w:rsidRDefault="00000000">
      <w:pPr>
        <w:rPr>
          <w:rFonts w:ascii="Aptos Display" w:hAnsi="Aptos Display"/>
          <w:sz w:val="24"/>
          <w:szCs w:val="24"/>
        </w:rPr>
      </w:pPr>
      <w:r w:rsidRPr="00634213">
        <w:rPr>
          <w:rFonts w:ascii="Aptos Display" w:hAnsi="Aptos Display"/>
          <w:sz w:val="24"/>
          <w:szCs w:val="24"/>
        </w:rPr>
        <w:t>Her breath caught.</w:t>
      </w:r>
    </w:p>
    <w:p w14:paraId="190E1C52" w14:textId="0CC6F543" w:rsidR="00AA1F39" w:rsidRPr="00634213" w:rsidRDefault="00000000">
      <w:pPr>
        <w:rPr>
          <w:rFonts w:ascii="Aptos Display" w:hAnsi="Aptos Display"/>
          <w:sz w:val="24"/>
          <w:szCs w:val="24"/>
        </w:rPr>
      </w:pPr>
      <w:r w:rsidRPr="00634213">
        <w:rPr>
          <w:rFonts w:ascii="Aptos Display" w:hAnsi="Aptos Display"/>
          <w:sz w:val="24"/>
          <w:szCs w:val="24"/>
        </w:rPr>
        <w:t>At the foot of her bed stood Ben.</w:t>
      </w:r>
    </w:p>
    <w:p w14:paraId="4D614669" w14:textId="67CD5539" w:rsidR="00AA1F39" w:rsidRPr="00634213" w:rsidRDefault="00090195">
      <w:pPr>
        <w:rPr>
          <w:rFonts w:ascii="Aptos Display" w:hAnsi="Aptos Display"/>
          <w:sz w:val="24"/>
          <w:szCs w:val="24"/>
        </w:rPr>
      </w:pPr>
      <w:r>
        <w:rPr>
          <w:rFonts w:ascii="Aptos Display" w:hAnsi="Aptos Display"/>
          <w:noProof/>
          <w:sz w:val="24"/>
          <w:szCs w:val="24"/>
        </w:rPr>
        <w:drawing>
          <wp:anchor distT="0" distB="0" distL="114300" distR="114300" simplePos="0" relativeHeight="251695104" behindDoc="0" locked="0" layoutInCell="1" allowOverlap="1" wp14:anchorId="31E2AA37" wp14:editId="79882082">
            <wp:simplePos x="0" y="0"/>
            <wp:positionH relativeFrom="column">
              <wp:posOffset>-62865</wp:posOffset>
            </wp:positionH>
            <wp:positionV relativeFrom="paragraph">
              <wp:posOffset>877570</wp:posOffset>
            </wp:positionV>
            <wp:extent cx="3794760" cy="2071370"/>
            <wp:effectExtent l="0" t="0" r="0" b="5080"/>
            <wp:wrapThrough wrapText="bothSides">
              <wp:wrapPolygon edited="0">
                <wp:start x="0" y="0"/>
                <wp:lineTo x="0" y="21454"/>
                <wp:lineTo x="21470" y="21454"/>
                <wp:lineTo x="21470" y="0"/>
                <wp:lineTo x="0" y="0"/>
              </wp:wrapPolygon>
            </wp:wrapThrough>
            <wp:docPr id="1607887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887619" name="Picture 1607887619"/>
                    <pic:cNvPicPr/>
                  </pic:nvPicPr>
                  <pic:blipFill>
                    <a:blip r:embed="rId11"/>
                    <a:stretch>
                      <a:fillRect/>
                    </a:stretch>
                  </pic:blipFill>
                  <pic:spPr>
                    <a:xfrm>
                      <a:off x="0" y="0"/>
                      <a:ext cx="3794760" cy="2071370"/>
                    </a:xfrm>
                    <a:prstGeom prst="rect">
                      <a:avLst/>
                    </a:prstGeom>
                  </pic:spPr>
                </pic:pic>
              </a:graphicData>
            </a:graphic>
          </wp:anchor>
        </w:drawing>
      </w:r>
      <w:r w:rsidR="007C5CBD" w:rsidRPr="00634213">
        <w:rPr>
          <w:rFonts w:ascii="Aptos Display" w:hAnsi="Aptos Display"/>
          <w:sz w:val="24"/>
          <w:szCs w:val="24"/>
        </w:rPr>
        <w:t>He did not look ghostly or shadowy. He simply looked like Ben—steady, kind-eyed, and calm, as though he had stepped into the room from somewhere just beyond sight. His smile was soft and familiar.</w:t>
      </w:r>
    </w:p>
    <w:p w14:paraId="27D71512" w14:textId="120F160B" w:rsidR="00AA1F39" w:rsidRPr="00634213" w:rsidRDefault="00AF6645">
      <w:pPr>
        <w:rPr>
          <w:rFonts w:ascii="Aptos Display" w:hAnsi="Aptos Display"/>
          <w:sz w:val="24"/>
          <w:szCs w:val="24"/>
        </w:rPr>
      </w:pPr>
      <w:r w:rsidRPr="00634213">
        <w:rPr>
          <w:rFonts w:ascii="Aptos Display" w:hAnsi="Aptos Display"/>
          <w:sz w:val="24"/>
          <w:szCs w:val="24"/>
        </w:rPr>
        <w:t>Lily sat up all the way, clutching the stone in her hand.</w:t>
      </w:r>
    </w:p>
    <w:p w14:paraId="01500EBD" w14:textId="77777777" w:rsidR="00AA1F39" w:rsidRPr="00634213" w:rsidRDefault="00000000">
      <w:pPr>
        <w:rPr>
          <w:rFonts w:ascii="Aptos Display" w:hAnsi="Aptos Display"/>
          <w:sz w:val="24"/>
          <w:szCs w:val="24"/>
        </w:rPr>
      </w:pPr>
      <w:r w:rsidRPr="00634213">
        <w:rPr>
          <w:rFonts w:ascii="Aptos Display" w:hAnsi="Aptos Display"/>
          <w:sz w:val="24"/>
          <w:szCs w:val="24"/>
        </w:rPr>
        <w:t>“Ben?”</w:t>
      </w:r>
    </w:p>
    <w:p w14:paraId="775208CD" w14:textId="77777777" w:rsidR="00AA1F39" w:rsidRPr="00634213" w:rsidRDefault="00000000">
      <w:pPr>
        <w:rPr>
          <w:rFonts w:ascii="Aptos Display" w:hAnsi="Aptos Display"/>
          <w:sz w:val="24"/>
          <w:szCs w:val="24"/>
        </w:rPr>
      </w:pPr>
      <w:r w:rsidRPr="00634213">
        <w:rPr>
          <w:rFonts w:ascii="Aptos Display" w:hAnsi="Aptos Display"/>
          <w:sz w:val="24"/>
          <w:szCs w:val="24"/>
        </w:rPr>
        <w:t>“Hi, Lily,” he said.</w:t>
      </w:r>
    </w:p>
    <w:p w14:paraId="21289DC2" w14:textId="77777777" w:rsidR="00AA1F39" w:rsidRPr="00634213" w:rsidRDefault="00000000">
      <w:pPr>
        <w:rPr>
          <w:rFonts w:ascii="Aptos Display" w:hAnsi="Aptos Display"/>
          <w:sz w:val="24"/>
          <w:szCs w:val="24"/>
        </w:rPr>
      </w:pPr>
      <w:r w:rsidRPr="00634213">
        <w:rPr>
          <w:rFonts w:ascii="Aptos Display" w:hAnsi="Aptos Display"/>
          <w:sz w:val="24"/>
          <w:szCs w:val="24"/>
        </w:rPr>
        <w:t>Tears rushed to her eyes. A hundred questions filled her mind, but only one made it out.</w:t>
      </w:r>
    </w:p>
    <w:p w14:paraId="2E38CF1B" w14:textId="2D6D914F" w:rsidR="00AA1F39" w:rsidRPr="00634213" w:rsidRDefault="00000000">
      <w:pPr>
        <w:rPr>
          <w:rFonts w:ascii="Aptos Display" w:hAnsi="Aptos Display"/>
          <w:sz w:val="24"/>
          <w:szCs w:val="24"/>
        </w:rPr>
      </w:pPr>
      <w:r w:rsidRPr="00634213">
        <w:rPr>
          <w:rFonts w:ascii="Aptos Display" w:hAnsi="Aptos Display"/>
          <w:sz w:val="24"/>
          <w:szCs w:val="24"/>
        </w:rPr>
        <w:t>“Are you really here?”</w:t>
      </w:r>
    </w:p>
    <w:p w14:paraId="546DF80E" w14:textId="77777777" w:rsidR="00AA1F39" w:rsidRPr="00634213" w:rsidRDefault="00000000">
      <w:pPr>
        <w:rPr>
          <w:rFonts w:ascii="Aptos Display" w:hAnsi="Aptos Display"/>
          <w:sz w:val="24"/>
          <w:szCs w:val="24"/>
        </w:rPr>
      </w:pPr>
      <w:r w:rsidRPr="00634213">
        <w:rPr>
          <w:rFonts w:ascii="Aptos Display" w:hAnsi="Aptos Display"/>
          <w:sz w:val="24"/>
          <w:szCs w:val="24"/>
        </w:rPr>
        <w:t>Ben tilted his head, thinking.</w:t>
      </w:r>
    </w:p>
    <w:p w14:paraId="19D2023C" w14:textId="77777777" w:rsidR="00AA1F39" w:rsidRPr="00634213" w:rsidRDefault="00000000">
      <w:pPr>
        <w:rPr>
          <w:rFonts w:ascii="Aptos Display" w:hAnsi="Aptos Display"/>
          <w:sz w:val="24"/>
          <w:szCs w:val="24"/>
        </w:rPr>
      </w:pPr>
      <w:r w:rsidRPr="00634213">
        <w:rPr>
          <w:rFonts w:ascii="Aptos Display" w:hAnsi="Aptos Display"/>
          <w:sz w:val="24"/>
          <w:szCs w:val="24"/>
        </w:rPr>
        <w:t>“I’m here with you.”</w:t>
      </w:r>
    </w:p>
    <w:p w14:paraId="28AC86C6" w14:textId="77777777" w:rsidR="00AA1F39" w:rsidRPr="00634213" w:rsidRDefault="00000000">
      <w:pPr>
        <w:rPr>
          <w:rFonts w:ascii="Aptos Display" w:hAnsi="Aptos Display"/>
          <w:sz w:val="24"/>
          <w:szCs w:val="24"/>
        </w:rPr>
      </w:pPr>
      <w:r w:rsidRPr="00634213">
        <w:rPr>
          <w:rFonts w:ascii="Aptos Display" w:hAnsi="Aptos Display"/>
          <w:sz w:val="24"/>
          <w:szCs w:val="24"/>
        </w:rPr>
        <w:lastRenderedPageBreak/>
        <w:t>It was not exactly the answer she expected, but somehow it was enough.</w:t>
      </w:r>
    </w:p>
    <w:p w14:paraId="7DBB1EA3" w14:textId="77777777" w:rsidR="00AA1F39" w:rsidRPr="00634213" w:rsidRDefault="00000000">
      <w:pPr>
        <w:rPr>
          <w:rFonts w:ascii="Aptos Display" w:hAnsi="Aptos Display"/>
          <w:sz w:val="24"/>
          <w:szCs w:val="24"/>
        </w:rPr>
      </w:pPr>
      <w:r w:rsidRPr="00634213">
        <w:rPr>
          <w:rFonts w:ascii="Aptos Display" w:hAnsi="Aptos Display"/>
          <w:sz w:val="24"/>
          <w:szCs w:val="24"/>
        </w:rPr>
        <w:t>He held out his hand.</w:t>
      </w:r>
    </w:p>
    <w:p w14:paraId="0E9342B6" w14:textId="77777777" w:rsidR="00AA1F39" w:rsidRPr="00634213" w:rsidRDefault="00000000">
      <w:pPr>
        <w:rPr>
          <w:rFonts w:ascii="Aptos Display" w:hAnsi="Aptos Display"/>
          <w:sz w:val="24"/>
          <w:szCs w:val="24"/>
        </w:rPr>
      </w:pPr>
      <w:r w:rsidRPr="00634213">
        <w:rPr>
          <w:rFonts w:ascii="Aptos Display" w:hAnsi="Aptos Display"/>
          <w:sz w:val="24"/>
          <w:szCs w:val="24"/>
        </w:rPr>
        <w:t>“Come on,” he said. “There’s something I want to show you.”</w:t>
      </w:r>
    </w:p>
    <w:p w14:paraId="4272FE62" w14:textId="77777777" w:rsidR="00AA1F39" w:rsidRPr="00634213" w:rsidRDefault="00000000">
      <w:pPr>
        <w:rPr>
          <w:rFonts w:ascii="Aptos Display" w:hAnsi="Aptos Display"/>
          <w:sz w:val="24"/>
          <w:szCs w:val="24"/>
        </w:rPr>
      </w:pPr>
      <w:r w:rsidRPr="00634213">
        <w:rPr>
          <w:rFonts w:ascii="Aptos Display" w:hAnsi="Aptos Display"/>
          <w:sz w:val="24"/>
          <w:szCs w:val="24"/>
        </w:rPr>
        <w:t>Lily looked at the ribbon of light across her floorboards, then back at him. Inside her, fear and hope rose together.</w:t>
      </w:r>
    </w:p>
    <w:p w14:paraId="5095CD44" w14:textId="36FE50D9" w:rsidR="00AA1F39" w:rsidRPr="00634213" w:rsidRDefault="00000000">
      <w:pPr>
        <w:rPr>
          <w:rFonts w:ascii="Aptos Display" w:hAnsi="Aptos Display"/>
          <w:sz w:val="24"/>
          <w:szCs w:val="24"/>
        </w:rPr>
      </w:pPr>
      <w:r w:rsidRPr="00634213">
        <w:rPr>
          <w:rFonts w:ascii="Aptos Display" w:hAnsi="Aptos Display"/>
          <w:sz w:val="24"/>
          <w:szCs w:val="24"/>
        </w:rPr>
        <w:t xml:space="preserve">Hope </w:t>
      </w:r>
      <w:r w:rsidR="00070078" w:rsidRPr="00634213">
        <w:rPr>
          <w:rFonts w:ascii="Aptos Display" w:hAnsi="Aptos Display"/>
          <w:sz w:val="24"/>
          <w:szCs w:val="24"/>
        </w:rPr>
        <w:t>to step</w:t>
      </w:r>
      <w:r w:rsidRPr="00634213">
        <w:rPr>
          <w:rFonts w:ascii="Aptos Display" w:hAnsi="Aptos Display"/>
          <w:sz w:val="24"/>
          <w:szCs w:val="24"/>
        </w:rPr>
        <w:t xml:space="preserve"> forward first.</w:t>
      </w:r>
    </w:p>
    <w:p w14:paraId="1DF0977A" w14:textId="77777777" w:rsidR="00AA1F39" w:rsidRPr="00634213" w:rsidRDefault="00000000">
      <w:pPr>
        <w:rPr>
          <w:rFonts w:ascii="Aptos Display" w:hAnsi="Aptos Display"/>
          <w:sz w:val="24"/>
          <w:szCs w:val="24"/>
        </w:rPr>
      </w:pPr>
      <w:r w:rsidRPr="00634213">
        <w:rPr>
          <w:rFonts w:ascii="Aptos Display" w:hAnsi="Aptos Display"/>
          <w:sz w:val="24"/>
          <w:szCs w:val="24"/>
        </w:rPr>
        <w:t>She slipped out of bed and placed her hand in his.</w:t>
      </w:r>
    </w:p>
    <w:p w14:paraId="31EFDAC5" w14:textId="77777777" w:rsidR="00AA1F39" w:rsidRPr="00634213" w:rsidRDefault="00000000">
      <w:pPr>
        <w:rPr>
          <w:rFonts w:ascii="Aptos Display" w:hAnsi="Aptos Display"/>
          <w:sz w:val="24"/>
          <w:szCs w:val="24"/>
        </w:rPr>
      </w:pPr>
      <w:r w:rsidRPr="00634213">
        <w:rPr>
          <w:rFonts w:ascii="Aptos Display" w:hAnsi="Aptos Display"/>
          <w:sz w:val="24"/>
          <w:szCs w:val="24"/>
        </w:rPr>
        <w:t>It was warm.</w:t>
      </w:r>
    </w:p>
    <w:p w14:paraId="59A87AED" w14:textId="450F1BAA" w:rsidR="00AA1F39" w:rsidRPr="00634213" w:rsidRDefault="00000000">
      <w:pPr>
        <w:rPr>
          <w:rFonts w:ascii="Aptos Display" w:hAnsi="Aptos Display"/>
          <w:sz w:val="24"/>
          <w:szCs w:val="24"/>
        </w:rPr>
      </w:pPr>
      <w:r w:rsidRPr="00634213">
        <w:rPr>
          <w:rFonts w:ascii="Aptos Display" w:hAnsi="Aptos Display"/>
          <w:sz w:val="24"/>
          <w:szCs w:val="24"/>
        </w:rPr>
        <w:t>The moment their fingers touched, the room shimmered. The walls blurred. The air brightened. The floor seemed to disappear beneath her feet.</w:t>
      </w:r>
    </w:p>
    <w:p w14:paraId="2F80BB41" w14:textId="5833DB41" w:rsidR="00AA1F39" w:rsidRPr="00634213" w:rsidRDefault="00000000">
      <w:pPr>
        <w:rPr>
          <w:rFonts w:ascii="Aptos Display" w:hAnsi="Aptos Display"/>
          <w:sz w:val="24"/>
          <w:szCs w:val="24"/>
        </w:rPr>
      </w:pPr>
      <w:r w:rsidRPr="00634213">
        <w:rPr>
          <w:rFonts w:ascii="Aptos Display" w:hAnsi="Aptos Display"/>
          <w:sz w:val="24"/>
          <w:szCs w:val="24"/>
        </w:rPr>
        <w:t>And then she was somewhere else.</w:t>
      </w:r>
    </w:p>
    <w:p w14:paraId="789C6854" w14:textId="707AF795" w:rsidR="00AA1F39" w:rsidRPr="00634213" w:rsidRDefault="00090195">
      <w:pPr>
        <w:rPr>
          <w:rFonts w:ascii="Aptos Display" w:hAnsi="Aptos Display"/>
          <w:sz w:val="24"/>
          <w:szCs w:val="24"/>
        </w:rPr>
      </w:pPr>
      <w:r>
        <w:rPr>
          <w:rFonts w:ascii="Aptos Display" w:hAnsi="Aptos Display"/>
          <w:noProof/>
          <w:sz w:val="24"/>
          <w:szCs w:val="24"/>
        </w:rPr>
        <w:drawing>
          <wp:anchor distT="0" distB="0" distL="114300" distR="114300" simplePos="0" relativeHeight="251696128" behindDoc="1" locked="0" layoutInCell="1" allowOverlap="1" wp14:anchorId="39F12A6A" wp14:editId="0B29D2B7">
            <wp:simplePos x="0" y="0"/>
            <wp:positionH relativeFrom="column">
              <wp:posOffset>-53340</wp:posOffset>
            </wp:positionH>
            <wp:positionV relativeFrom="paragraph">
              <wp:posOffset>1236980</wp:posOffset>
            </wp:positionV>
            <wp:extent cx="3667125" cy="2001520"/>
            <wp:effectExtent l="0" t="0" r="9525" b="0"/>
            <wp:wrapTight wrapText="bothSides">
              <wp:wrapPolygon edited="0">
                <wp:start x="337" y="0"/>
                <wp:lineTo x="0" y="822"/>
                <wp:lineTo x="0" y="20353"/>
                <wp:lineTo x="337" y="21381"/>
                <wp:lineTo x="21207" y="21381"/>
                <wp:lineTo x="21544" y="20353"/>
                <wp:lineTo x="21544" y="822"/>
                <wp:lineTo x="21207" y="0"/>
                <wp:lineTo x="337" y="0"/>
              </wp:wrapPolygon>
            </wp:wrapTight>
            <wp:docPr id="14303898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89805" name="Picture 1430389805"/>
                    <pic:cNvPicPr/>
                  </pic:nvPicPr>
                  <pic:blipFill>
                    <a:blip r:embed="rId12"/>
                    <a:stretch>
                      <a:fillRect/>
                    </a:stretch>
                  </pic:blipFill>
                  <pic:spPr>
                    <a:xfrm>
                      <a:off x="0" y="0"/>
                      <a:ext cx="3667125" cy="2001520"/>
                    </a:xfrm>
                    <a:prstGeom prst="rect">
                      <a:avLst/>
                    </a:prstGeom>
                    <a:effectLst>
                      <a:softEdge rad="127000"/>
                    </a:effectLst>
                  </pic:spPr>
                </pic:pic>
              </a:graphicData>
            </a:graphic>
          </wp:anchor>
        </w:drawing>
      </w:r>
      <w:r w:rsidR="008D2CBD" w:rsidRPr="00634213">
        <w:rPr>
          <w:rFonts w:ascii="Aptos Display" w:hAnsi="Aptos Display"/>
          <w:sz w:val="24"/>
          <w:szCs w:val="24"/>
        </w:rPr>
        <w:t>A wide silver meadow stretched before them, glowing under the moon. Grass bent in slow waves. Fireflies drifted through the air like tiny lanterns. A stream curved through the field, reflecting the night sky so clearly it looked as though the stars had fallen into it.</w:t>
      </w:r>
    </w:p>
    <w:p w14:paraId="235B55CE" w14:textId="21C3D2CE" w:rsidR="00AA1F39" w:rsidRPr="00634213" w:rsidRDefault="00000000">
      <w:pPr>
        <w:rPr>
          <w:rFonts w:ascii="Aptos Display" w:hAnsi="Aptos Display"/>
          <w:sz w:val="24"/>
          <w:szCs w:val="24"/>
        </w:rPr>
      </w:pPr>
      <w:r w:rsidRPr="00634213">
        <w:rPr>
          <w:rFonts w:ascii="Aptos Display" w:hAnsi="Aptos Display"/>
          <w:sz w:val="24"/>
          <w:szCs w:val="24"/>
        </w:rPr>
        <w:t>Lily stopped, staring.</w:t>
      </w:r>
    </w:p>
    <w:p w14:paraId="01F779E9" w14:textId="7945995D" w:rsidR="00AA1F39" w:rsidRPr="00634213" w:rsidRDefault="00000000">
      <w:pPr>
        <w:rPr>
          <w:rFonts w:ascii="Aptos Display" w:hAnsi="Aptos Display"/>
          <w:sz w:val="24"/>
          <w:szCs w:val="24"/>
        </w:rPr>
      </w:pPr>
      <w:r w:rsidRPr="00634213">
        <w:rPr>
          <w:rFonts w:ascii="Aptos Display" w:hAnsi="Aptos Display"/>
          <w:sz w:val="24"/>
          <w:szCs w:val="24"/>
        </w:rPr>
        <w:lastRenderedPageBreak/>
        <w:t>“It’s beautiful.”</w:t>
      </w:r>
    </w:p>
    <w:p w14:paraId="0E0C8A5B" w14:textId="7CB5DEF7" w:rsidR="00AA1F39" w:rsidRPr="00634213" w:rsidRDefault="00000000">
      <w:pPr>
        <w:rPr>
          <w:rFonts w:ascii="Aptos Display" w:hAnsi="Aptos Display"/>
          <w:sz w:val="24"/>
          <w:szCs w:val="24"/>
        </w:rPr>
      </w:pPr>
      <w:r w:rsidRPr="00634213">
        <w:rPr>
          <w:rFonts w:ascii="Aptos Display" w:hAnsi="Aptos Display"/>
          <w:sz w:val="24"/>
          <w:szCs w:val="24"/>
        </w:rPr>
        <w:t>Ben smiled. “I know.”</w:t>
      </w:r>
    </w:p>
    <w:p w14:paraId="12248D12" w14:textId="66C8236F" w:rsidR="00AA1F39" w:rsidRPr="00634213" w:rsidRDefault="00000000">
      <w:pPr>
        <w:rPr>
          <w:rFonts w:ascii="Aptos Display" w:hAnsi="Aptos Display"/>
          <w:sz w:val="24"/>
          <w:szCs w:val="24"/>
        </w:rPr>
      </w:pPr>
      <w:r w:rsidRPr="00634213">
        <w:rPr>
          <w:rFonts w:ascii="Aptos Display" w:hAnsi="Aptos Display"/>
          <w:sz w:val="24"/>
          <w:szCs w:val="24"/>
        </w:rPr>
        <w:t>“Where are we?”</w:t>
      </w:r>
    </w:p>
    <w:p w14:paraId="1F44A503" w14:textId="39364FAE" w:rsidR="00AA1F39" w:rsidRPr="00634213" w:rsidRDefault="00000000">
      <w:pPr>
        <w:rPr>
          <w:rFonts w:ascii="Aptos Display" w:hAnsi="Aptos Display"/>
          <w:sz w:val="24"/>
          <w:szCs w:val="24"/>
        </w:rPr>
      </w:pPr>
      <w:r w:rsidRPr="00634213">
        <w:rPr>
          <w:rFonts w:ascii="Aptos Display" w:hAnsi="Aptos Display"/>
          <w:sz w:val="24"/>
          <w:szCs w:val="24"/>
        </w:rPr>
        <w:t>He looked across the meadow.</w:t>
      </w:r>
    </w:p>
    <w:p w14:paraId="277B23C8" w14:textId="7D9E74AD" w:rsidR="00AA1F39" w:rsidRPr="00634213" w:rsidRDefault="00000000">
      <w:pPr>
        <w:rPr>
          <w:rFonts w:ascii="Aptos Display" w:hAnsi="Aptos Display"/>
          <w:sz w:val="24"/>
          <w:szCs w:val="24"/>
        </w:rPr>
      </w:pPr>
      <w:r w:rsidRPr="00634213">
        <w:rPr>
          <w:rFonts w:ascii="Aptos Display" w:hAnsi="Aptos Display"/>
          <w:sz w:val="24"/>
          <w:szCs w:val="24"/>
        </w:rPr>
        <w:t>“Somewhere your heart can still learn things,” he said.</w:t>
      </w:r>
    </w:p>
    <w:p w14:paraId="3A187245" w14:textId="4C04E62C" w:rsidR="00AA1F39" w:rsidRPr="00634213" w:rsidRDefault="00000000">
      <w:pPr>
        <w:rPr>
          <w:rFonts w:ascii="Aptos Display" w:hAnsi="Aptos Display"/>
          <w:sz w:val="24"/>
          <w:szCs w:val="24"/>
        </w:rPr>
      </w:pPr>
      <w:r w:rsidRPr="00634213">
        <w:rPr>
          <w:rFonts w:ascii="Aptos Display" w:hAnsi="Aptos Display"/>
          <w:sz w:val="24"/>
          <w:szCs w:val="24"/>
        </w:rPr>
        <w:t>Lily did not fully understand. But for the first time in many nights, the ache inside her loosened.</w:t>
      </w:r>
    </w:p>
    <w:p w14:paraId="56E486E6" w14:textId="77777777" w:rsidR="00AA1F39" w:rsidRPr="00634213" w:rsidRDefault="00000000">
      <w:pPr>
        <w:rPr>
          <w:rFonts w:ascii="Aptos Display" w:hAnsi="Aptos Display"/>
          <w:sz w:val="24"/>
          <w:szCs w:val="24"/>
        </w:rPr>
      </w:pPr>
      <w:r w:rsidRPr="00634213">
        <w:rPr>
          <w:rFonts w:ascii="Aptos Display" w:hAnsi="Aptos Display"/>
          <w:sz w:val="24"/>
          <w:szCs w:val="24"/>
        </w:rPr>
        <w:t>Just a little.</w:t>
      </w:r>
    </w:p>
    <w:p w14:paraId="18180A7C" w14:textId="77777777" w:rsidR="00AA1F39" w:rsidRPr="00634213" w:rsidRDefault="00000000">
      <w:pPr>
        <w:rPr>
          <w:rFonts w:ascii="Aptos Display" w:hAnsi="Aptos Display"/>
          <w:sz w:val="24"/>
          <w:szCs w:val="24"/>
        </w:rPr>
      </w:pPr>
      <w:r w:rsidRPr="00634213">
        <w:rPr>
          <w:rFonts w:ascii="Aptos Display" w:hAnsi="Aptos Display"/>
          <w:sz w:val="24"/>
          <w:szCs w:val="24"/>
        </w:rPr>
        <w:t>Ben gave her hand a gentle squeeze.</w:t>
      </w:r>
    </w:p>
    <w:p w14:paraId="6D570438" w14:textId="77777777" w:rsidR="00AA1F39" w:rsidRPr="00634213" w:rsidRDefault="00000000">
      <w:pPr>
        <w:rPr>
          <w:rFonts w:ascii="Aptos Display" w:hAnsi="Aptos Display"/>
          <w:sz w:val="24"/>
          <w:szCs w:val="24"/>
        </w:rPr>
      </w:pPr>
      <w:r w:rsidRPr="00634213">
        <w:rPr>
          <w:rFonts w:ascii="Aptos Display" w:hAnsi="Aptos Display"/>
          <w:sz w:val="24"/>
          <w:szCs w:val="24"/>
        </w:rPr>
        <w:t>“Come on,” he said again. “Someone needs help.”</w:t>
      </w:r>
    </w:p>
    <w:p w14:paraId="3E49DBFE" w14:textId="77777777" w:rsidR="00AA1F39" w:rsidRPr="00634213" w:rsidRDefault="00000000">
      <w:pPr>
        <w:rPr>
          <w:rFonts w:ascii="Aptos Display" w:hAnsi="Aptos Display"/>
          <w:sz w:val="24"/>
          <w:szCs w:val="24"/>
        </w:rPr>
      </w:pPr>
      <w:r w:rsidRPr="00634213">
        <w:rPr>
          <w:rFonts w:ascii="Aptos Display" w:hAnsi="Aptos Display"/>
          <w:sz w:val="24"/>
          <w:szCs w:val="24"/>
        </w:rPr>
        <w:t>And beneath the wide, listening moon, Lily went with him.</w:t>
      </w:r>
    </w:p>
    <w:p w14:paraId="32897EA9" w14:textId="2109582D" w:rsidR="00AA1F39" w:rsidRPr="00634213" w:rsidRDefault="008D2CBD">
      <w:pPr>
        <w:rPr>
          <w:rFonts w:ascii="Aptos Display" w:hAnsi="Aptos Display"/>
          <w:sz w:val="24"/>
          <w:szCs w:val="24"/>
        </w:rPr>
      </w:pPr>
      <w:r w:rsidRPr="00634213">
        <w:rPr>
          <w:rFonts w:ascii="Aptos Display" w:hAnsi="Aptos Display"/>
          <w:sz w:val="24"/>
          <w:szCs w:val="24"/>
        </w:rPr>
        <w:br w:type="page"/>
      </w:r>
    </w:p>
    <w:p w14:paraId="5FCCD5A3" w14:textId="4EE46FB7"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Two</w:t>
      </w:r>
    </w:p>
    <w:p w14:paraId="502CA98D" w14:textId="4982BF15"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Fox in the Brambles</w:t>
      </w:r>
    </w:p>
    <w:p w14:paraId="5C71702B" w14:textId="7464670A" w:rsidR="00AA1F39" w:rsidRPr="00634213" w:rsidRDefault="00000000">
      <w:pPr>
        <w:rPr>
          <w:rFonts w:ascii="Aptos Display" w:hAnsi="Aptos Display"/>
          <w:sz w:val="24"/>
          <w:szCs w:val="24"/>
        </w:rPr>
      </w:pPr>
      <w:r w:rsidRPr="00634213">
        <w:rPr>
          <w:rFonts w:ascii="Aptos Display" w:hAnsi="Aptos Display"/>
          <w:sz w:val="24"/>
          <w:szCs w:val="24"/>
        </w:rPr>
        <w:t>Lily walked beside Ben along a winding path bordered by silver grass and low shrubs blooming with tiny white flowers.</w:t>
      </w:r>
    </w:p>
    <w:p w14:paraId="06E91BAF" w14:textId="6A364EBA" w:rsidR="00AA1F39" w:rsidRPr="00634213" w:rsidRDefault="00B07C8F">
      <w:pPr>
        <w:rPr>
          <w:rFonts w:ascii="Aptos Display" w:hAnsi="Aptos Display"/>
          <w:sz w:val="24"/>
          <w:szCs w:val="24"/>
        </w:rPr>
      </w:pPr>
      <w:r w:rsidRPr="00634213">
        <w:rPr>
          <w:rFonts w:ascii="Aptos Display" w:hAnsi="Aptos Display"/>
          <w:sz w:val="24"/>
          <w:szCs w:val="24"/>
        </w:rPr>
        <w:t>Soon</w:t>
      </w:r>
      <w:r w:rsidR="000D17CB" w:rsidRPr="00634213">
        <w:rPr>
          <w:rFonts w:ascii="Aptos Display" w:hAnsi="Aptos Display"/>
          <w:sz w:val="24"/>
          <w:szCs w:val="24"/>
        </w:rPr>
        <w:t>,</w:t>
      </w:r>
      <w:r w:rsidRPr="00634213">
        <w:rPr>
          <w:rFonts w:ascii="Aptos Display" w:hAnsi="Aptos Display"/>
          <w:sz w:val="24"/>
          <w:szCs w:val="24"/>
        </w:rPr>
        <w:t xml:space="preserve"> a rustling sound rose from the brush ahead.</w:t>
      </w:r>
    </w:p>
    <w:p w14:paraId="37D7B7EE" w14:textId="2414E9F5" w:rsidR="00AA1F39" w:rsidRPr="00634213" w:rsidRDefault="00AF6645">
      <w:pPr>
        <w:rPr>
          <w:rFonts w:ascii="Aptos Display" w:hAnsi="Aptos Display"/>
          <w:sz w:val="24"/>
          <w:szCs w:val="24"/>
        </w:rPr>
      </w:pPr>
      <w:r w:rsidRPr="00634213">
        <w:rPr>
          <w:rFonts w:ascii="Aptos Display" w:hAnsi="Aptos Display"/>
          <w:sz w:val="24"/>
          <w:szCs w:val="24"/>
        </w:rPr>
        <w:t>Ben slowed. “Do you hear that?”</w:t>
      </w:r>
    </w:p>
    <w:p w14:paraId="69B7F781" w14:textId="33465E42" w:rsidR="00AA1F39" w:rsidRPr="00634213" w:rsidRDefault="009F21C0" w:rsidP="00121BC7">
      <w:pPr>
        <w:ind w:firstLine="0"/>
        <w:rPr>
          <w:rFonts w:ascii="Aptos Display" w:hAnsi="Aptos Display"/>
          <w:sz w:val="24"/>
          <w:szCs w:val="24"/>
        </w:rPr>
      </w:pPr>
      <w:r w:rsidRPr="00634213">
        <w:rPr>
          <w:rFonts w:ascii="Aptos Display" w:hAnsi="Aptos Display"/>
          <w:sz w:val="24"/>
          <w:szCs w:val="24"/>
        </w:rPr>
        <w:t>Lily nodded.</w:t>
      </w:r>
    </w:p>
    <w:p w14:paraId="519F0C18" w14:textId="6B859986" w:rsidR="00AA1F39" w:rsidRPr="00634213" w:rsidRDefault="00000000" w:rsidP="00121BC7">
      <w:pPr>
        <w:tabs>
          <w:tab w:val="left" w:pos="2430"/>
        </w:tabs>
        <w:ind w:firstLine="0"/>
        <w:rPr>
          <w:rFonts w:ascii="Aptos Display" w:hAnsi="Aptos Display"/>
          <w:sz w:val="24"/>
          <w:szCs w:val="24"/>
        </w:rPr>
      </w:pPr>
      <w:r w:rsidRPr="00634213">
        <w:rPr>
          <w:rFonts w:ascii="Aptos Display" w:hAnsi="Aptos Display"/>
          <w:sz w:val="24"/>
          <w:szCs w:val="24"/>
        </w:rPr>
        <w:t xml:space="preserve">They stepped off the path and found a young fox tangled in a patch of thorny brambles. Its russet fur flashed </w:t>
      </w:r>
      <w:proofErr w:type="gramStart"/>
      <w:r w:rsidRPr="00634213">
        <w:rPr>
          <w:rFonts w:ascii="Aptos Display" w:hAnsi="Aptos Display"/>
          <w:sz w:val="24"/>
          <w:szCs w:val="24"/>
        </w:rPr>
        <w:t>red-gold</w:t>
      </w:r>
      <w:proofErr w:type="gramEnd"/>
      <w:r w:rsidRPr="00634213">
        <w:rPr>
          <w:rFonts w:ascii="Aptos Display" w:hAnsi="Aptos Display"/>
          <w:sz w:val="24"/>
          <w:szCs w:val="24"/>
        </w:rPr>
        <w:t xml:space="preserve"> in the moonlight. One hind leg was caught between twisting vines, and every time it pulled, the branches tightened around it.</w:t>
      </w:r>
    </w:p>
    <w:p w14:paraId="5D9FD4B3" w14:textId="3768BF93" w:rsidR="00AA1F39" w:rsidRPr="00634213" w:rsidRDefault="002431E5" w:rsidP="00EF14BB">
      <w:pPr>
        <w:tabs>
          <w:tab w:val="left" w:pos="2430"/>
        </w:tabs>
        <w:rPr>
          <w:rFonts w:ascii="Aptos Display" w:hAnsi="Aptos Display"/>
          <w:sz w:val="24"/>
          <w:szCs w:val="24"/>
        </w:rPr>
      </w:pPr>
      <w:r w:rsidRPr="00634213">
        <w:rPr>
          <w:rFonts w:ascii="Aptos Display" w:hAnsi="Aptos Display"/>
          <w:sz w:val="24"/>
          <w:szCs w:val="24"/>
        </w:rPr>
        <w:t>“Oh no,” Lily whispered.</w:t>
      </w:r>
    </w:p>
    <w:p w14:paraId="57AFCB04" w14:textId="1D3CE68C" w:rsidR="00AA1F39" w:rsidRPr="00634213" w:rsidRDefault="00000000" w:rsidP="00EF14BB">
      <w:pPr>
        <w:tabs>
          <w:tab w:val="left" w:pos="2430"/>
        </w:tabs>
        <w:rPr>
          <w:rFonts w:ascii="Aptos Display" w:hAnsi="Aptos Display"/>
          <w:sz w:val="24"/>
          <w:szCs w:val="24"/>
        </w:rPr>
      </w:pPr>
      <w:r w:rsidRPr="00634213">
        <w:rPr>
          <w:rFonts w:ascii="Aptos Display" w:hAnsi="Aptos Display"/>
          <w:sz w:val="24"/>
          <w:szCs w:val="24"/>
        </w:rPr>
        <w:t>The fox let out a frightened cry. Its golden eyes were wide with panic.</w:t>
      </w:r>
    </w:p>
    <w:p w14:paraId="0E0C3930" w14:textId="0F8D4C2F" w:rsidR="00AA1F39" w:rsidRPr="00634213" w:rsidRDefault="00000000" w:rsidP="00EF14BB">
      <w:pPr>
        <w:tabs>
          <w:tab w:val="left" w:pos="2430"/>
        </w:tabs>
        <w:rPr>
          <w:rFonts w:ascii="Aptos Display" w:hAnsi="Aptos Display"/>
          <w:sz w:val="24"/>
          <w:szCs w:val="24"/>
        </w:rPr>
      </w:pPr>
      <w:r w:rsidRPr="00634213">
        <w:rPr>
          <w:rFonts w:ascii="Aptos Display" w:hAnsi="Aptos Display"/>
          <w:sz w:val="24"/>
          <w:szCs w:val="24"/>
        </w:rPr>
        <w:t>Lily stepped forward, then stopped. “What if it bites?”</w:t>
      </w:r>
    </w:p>
    <w:p w14:paraId="05FAAD06" w14:textId="2B74043C" w:rsidR="00AA1F39" w:rsidRPr="00634213" w:rsidRDefault="00000000" w:rsidP="00EF14BB">
      <w:pPr>
        <w:tabs>
          <w:tab w:val="left" w:pos="2430"/>
        </w:tabs>
        <w:rPr>
          <w:rFonts w:ascii="Aptos Display" w:hAnsi="Aptos Display"/>
          <w:sz w:val="24"/>
          <w:szCs w:val="24"/>
        </w:rPr>
      </w:pPr>
      <w:r w:rsidRPr="00634213">
        <w:rPr>
          <w:rFonts w:ascii="Aptos Display" w:hAnsi="Aptos Display"/>
          <w:sz w:val="24"/>
          <w:szCs w:val="24"/>
        </w:rPr>
        <w:t xml:space="preserve">Ben crouched near the brambles, calm and unhurried. “Maybe it will,” he said. </w:t>
      </w:r>
      <w:r w:rsidR="002431E5" w:rsidRPr="00634213">
        <w:rPr>
          <w:rFonts w:ascii="Aptos Display" w:hAnsi="Aptos Display"/>
          <w:sz w:val="24"/>
          <w:szCs w:val="24"/>
        </w:rPr>
        <w:t>Sometimes, “Scared things</w:t>
      </w:r>
      <w:r w:rsidRPr="00634213">
        <w:rPr>
          <w:rFonts w:ascii="Aptos Display" w:hAnsi="Aptos Display"/>
          <w:sz w:val="24"/>
          <w:szCs w:val="24"/>
        </w:rPr>
        <w:t xml:space="preserve"> lash out. But that doesn’t mean they don’t need help.”</w:t>
      </w:r>
    </w:p>
    <w:p w14:paraId="7CCC76B3" w14:textId="77777777" w:rsidR="00AA1F39" w:rsidRPr="00634213" w:rsidRDefault="00000000" w:rsidP="00EF14BB">
      <w:pPr>
        <w:tabs>
          <w:tab w:val="left" w:pos="2430"/>
        </w:tabs>
        <w:rPr>
          <w:rFonts w:ascii="Aptos Display" w:hAnsi="Aptos Display"/>
          <w:sz w:val="24"/>
          <w:szCs w:val="24"/>
        </w:rPr>
      </w:pPr>
      <w:r w:rsidRPr="00634213">
        <w:rPr>
          <w:rFonts w:ascii="Aptos Display" w:hAnsi="Aptos Display"/>
          <w:sz w:val="24"/>
          <w:szCs w:val="24"/>
        </w:rPr>
        <w:t>Lily knelt beside him, her heart pounding.</w:t>
      </w:r>
    </w:p>
    <w:p w14:paraId="4AF2A1B8" w14:textId="7E888565" w:rsidR="00AA1F39" w:rsidRPr="00634213" w:rsidRDefault="005F11C9" w:rsidP="00EF14BB">
      <w:pPr>
        <w:tabs>
          <w:tab w:val="left" w:pos="2430"/>
        </w:tabs>
        <w:rPr>
          <w:rFonts w:ascii="Aptos Display" w:hAnsi="Aptos Display"/>
          <w:sz w:val="24"/>
          <w:szCs w:val="24"/>
        </w:rPr>
      </w:pPr>
      <w:r>
        <w:rPr>
          <w:rFonts w:ascii="Aptos Display" w:hAnsi="Aptos Display"/>
          <w:noProof/>
          <w:sz w:val="24"/>
          <w:szCs w:val="24"/>
        </w:rPr>
        <w:drawing>
          <wp:anchor distT="0" distB="0" distL="114300" distR="114300" simplePos="0" relativeHeight="251697152" behindDoc="0" locked="0" layoutInCell="1" allowOverlap="1" wp14:anchorId="558FFD9D" wp14:editId="7DA6D94D">
            <wp:simplePos x="0" y="0"/>
            <wp:positionH relativeFrom="column">
              <wp:posOffset>-5715</wp:posOffset>
            </wp:positionH>
            <wp:positionV relativeFrom="paragraph">
              <wp:posOffset>257810</wp:posOffset>
            </wp:positionV>
            <wp:extent cx="3480663" cy="1899920"/>
            <wp:effectExtent l="0" t="0" r="5715" b="5080"/>
            <wp:wrapThrough wrapText="bothSides">
              <wp:wrapPolygon edited="0">
                <wp:start x="355" y="0"/>
                <wp:lineTo x="0" y="866"/>
                <wp:lineTo x="0" y="21008"/>
                <wp:lineTo x="355" y="21441"/>
                <wp:lineTo x="21163" y="21441"/>
                <wp:lineTo x="21517" y="21008"/>
                <wp:lineTo x="21517" y="866"/>
                <wp:lineTo x="21163" y="0"/>
                <wp:lineTo x="355" y="0"/>
              </wp:wrapPolygon>
            </wp:wrapThrough>
            <wp:docPr id="19124190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9060" name="Picture 1912419060"/>
                    <pic:cNvPicPr/>
                  </pic:nvPicPr>
                  <pic:blipFill>
                    <a:blip r:embed="rId13"/>
                    <a:stretch>
                      <a:fillRect/>
                    </a:stretch>
                  </pic:blipFill>
                  <pic:spPr>
                    <a:xfrm>
                      <a:off x="0" y="0"/>
                      <a:ext cx="3480663" cy="1899920"/>
                    </a:xfrm>
                    <a:prstGeom prst="rect">
                      <a:avLst/>
                    </a:prstGeom>
                    <a:effectLst>
                      <a:softEdge rad="127000"/>
                    </a:effectLst>
                  </pic:spPr>
                </pic:pic>
              </a:graphicData>
            </a:graphic>
          </wp:anchor>
        </w:drawing>
      </w:r>
      <w:r w:rsidRPr="00634213">
        <w:rPr>
          <w:rFonts w:ascii="Aptos Display" w:hAnsi="Aptos Display"/>
          <w:sz w:val="24"/>
          <w:szCs w:val="24"/>
        </w:rPr>
        <w:t>“How do we help?” she asked.</w:t>
      </w:r>
    </w:p>
    <w:p w14:paraId="5932F0E0" w14:textId="3CE238AD" w:rsidR="00AA1F39" w:rsidRPr="00634213" w:rsidRDefault="00000000">
      <w:pPr>
        <w:rPr>
          <w:rFonts w:ascii="Aptos Display" w:hAnsi="Aptos Display"/>
          <w:sz w:val="24"/>
          <w:szCs w:val="24"/>
        </w:rPr>
      </w:pPr>
      <w:r w:rsidRPr="00634213">
        <w:rPr>
          <w:rFonts w:ascii="Aptos Display" w:hAnsi="Aptos Display"/>
          <w:sz w:val="24"/>
          <w:szCs w:val="24"/>
        </w:rPr>
        <w:lastRenderedPageBreak/>
        <w:t>“Slowly,” Ben said. “Gently. Kindness works best when it doesn’t force its way in.”</w:t>
      </w:r>
    </w:p>
    <w:p w14:paraId="124FA3D5" w14:textId="26BA0978" w:rsidR="00AA1F39" w:rsidRPr="00634213" w:rsidRDefault="00000000">
      <w:pPr>
        <w:rPr>
          <w:rFonts w:ascii="Aptos Display" w:hAnsi="Aptos Display"/>
          <w:sz w:val="24"/>
          <w:szCs w:val="24"/>
        </w:rPr>
      </w:pPr>
      <w:r w:rsidRPr="00634213">
        <w:rPr>
          <w:rFonts w:ascii="Aptos Display" w:hAnsi="Aptos Display"/>
          <w:sz w:val="24"/>
          <w:szCs w:val="24"/>
        </w:rPr>
        <w:t>He used a leafy branch to ease one thorny vine aside. Lily took hold of another with her hands. The thorns scratched her skin. She flinched but kept going.</w:t>
      </w:r>
    </w:p>
    <w:p w14:paraId="144CEFC8" w14:textId="07CCCA46" w:rsidR="00AA1F39" w:rsidRPr="00634213" w:rsidRDefault="00000000">
      <w:pPr>
        <w:rPr>
          <w:rFonts w:ascii="Aptos Display" w:hAnsi="Aptos Display"/>
          <w:sz w:val="24"/>
          <w:szCs w:val="24"/>
        </w:rPr>
      </w:pPr>
      <w:r w:rsidRPr="00634213">
        <w:rPr>
          <w:rFonts w:ascii="Aptos Display" w:hAnsi="Aptos Display"/>
          <w:sz w:val="24"/>
          <w:szCs w:val="24"/>
        </w:rPr>
        <w:t>“That’s it,” Ben said softly.</w:t>
      </w:r>
    </w:p>
    <w:p w14:paraId="6697977B" w14:textId="648BDB04" w:rsidR="00AA1F39" w:rsidRPr="00634213" w:rsidRDefault="00000000">
      <w:pPr>
        <w:rPr>
          <w:rFonts w:ascii="Aptos Display" w:hAnsi="Aptos Display"/>
          <w:sz w:val="24"/>
          <w:szCs w:val="24"/>
        </w:rPr>
      </w:pPr>
      <w:r w:rsidRPr="00634213">
        <w:rPr>
          <w:rFonts w:ascii="Aptos Display" w:hAnsi="Aptos Display"/>
          <w:sz w:val="24"/>
          <w:szCs w:val="24"/>
        </w:rPr>
        <w:t>Together they worked the brambles apart, one careful inch at a time. The fox kept trembling, but gradually it stopped struggling. At last</w:t>
      </w:r>
      <w:r w:rsidR="000D17CB" w:rsidRPr="00634213">
        <w:rPr>
          <w:rFonts w:ascii="Aptos Display" w:hAnsi="Aptos Display"/>
          <w:sz w:val="24"/>
          <w:szCs w:val="24"/>
        </w:rPr>
        <w:t>,</w:t>
      </w:r>
      <w:r w:rsidRPr="00634213">
        <w:rPr>
          <w:rFonts w:ascii="Aptos Display" w:hAnsi="Aptos Display"/>
          <w:sz w:val="24"/>
          <w:szCs w:val="24"/>
        </w:rPr>
        <w:t xml:space="preserve"> Lily lifted the final loop of vine away from its leg.</w:t>
      </w:r>
    </w:p>
    <w:p w14:paraId="609B42FE" w14:textId="6302AA2F" w:rsidR="00AA1F39" w:rsidRPr="00634213" w:rsidRDefault="00000000">
      <w:pPr>
        <w:rPr>
          <w:rFonts w:ascii="Aptos Display" w:hAnsi="Aptos Display"/>
          <w:sz w:val="24"/>
          <w:szCs w:val="24"/>
        </w:rPr>
      </w:pPr>
      <w:r w:rsidRPr="00634213">
        <w:rPr>
          <w:rFonts w:ascii="Aptos Display" w:hAnsi="Aptos Display"/>
          <w:sz w:val="24"/>
          <w:szCs w:val="24"/>
        </w:rPr>
        <w:t>The fox sprang backward, stumbled, then steadied itself.</w:t>
      </w:r>
    </w:p>
    <w:p w14:paraId="3F65E709" w14:textId="717B3969" w:rsidR="00AA1F39" w:rsidRPr="00634213" w:rsidRDefault="00000000">
      <w:pPr>
        <w:rPr>
          <w:rFonts w:ascii="Aptos Display" w:hAnsi="Aptos Display"/>
          <w:sz w:val="24"/>
          <w:szCs w:val="24"/>
        </w:rPr>
      </w:pPr>
      <w:r w:rsidRPr="00634213">
        <w:rPr>
          <w:rFonts w:ascii="Aptos Display" w:hAnsi="Aptos Display"/>
          <w:sz w:val="24"/>
          <w:szCs w:val="24"/>
        </w:rPr>
        <w:t>For one moment</w:t>
      </w:r>
      <w:r w:rsidR="000D17CB" w:rsidRPr="00634213">
        <w:rPr>
          <w:rFonts w:ascii="Aptos Display" w:hAnsi="Aptos Display"/>
          <w:sz w:val="24"/>
          <w:szCs w:val="24"/>
        </w:rPr>
        <w:t>,</w:t>
      </w:r>
      <w:r w:rsidRPr="00634213">
        <w:rPr>
          <w:rFonts w:ascii="Aptos Display" w:hAnsi="Aptos Display"/>
          <w:sz w:val="24"/>
          <w:szCs w:val="24"/>
        </w:rPr>
        <w:t xml:space="preserve"> it stood there, panting and unsure. Then it tested its leg, looked straight at Lily, and slipped back into the moonlit brush.</w:t>
      </w:r>
    </w:p>
    <w:p w14:paraId="435D192A" w14:textId="3D4057CF" w:rsidR="00AA1F39" w:rsidRPr="00634213" w:rsidRDefault="00B07C8F">
      <w:pPr>
        <w:rPr>
          <w:rFonts w:ascii="Aptos Display" w:hAnsi="Aptos Display"/>
          <w:sz w:val="24"/>
          <w:szCs w:val="24"/>
        </w:rPr>
      </w:pPr>
      <w:r w:rsidRPr="00634213">
        <w:rPr>
          <w:rFonts w:ascii="Aptos Display" w:hAnsi="Aptos Display"/>
          <w:sz w:val="24"/>
          <w:szCs w:val="24"/>
        </w:rPr>
        <w:t>Lily let out the breath she had been holding.</w:t>
      </w:r>
    </w:p>
    <w:p w14:paraId="659B3261" w14:textId="57B2D78A" w:rsidR="00AA1F39" w:rsidRPr="00634213" w:rsidRDefault="00950159">
      <w:pPr>
        <w:rPr>
          <w:rFonts w:ascii="Aptos Display" w:hAnsi="Aptos Display"/>
          <w:sz w:val="24"/>
          <w:szCs w:val="24"/>
        </w:rPr>
      </w:pPr>
      <w:r w:rsidRPr="00634213">
        <w:rPr>
          <w:rFonts w:ascii="Aptos Display" w:hAnsi="Aptos Display"/>
          <w:sz w:val="24"/>
          <w:szCs w:val="24"/>
        </w:rPr>
        <w:t>“We did it.”</w:t>
      </w:r>
    </w:p>
    <w:p w14:paraId="0DE89014" w14:textId="75580038" w:rsidR="00AA1F39" w:rsidRPr="00634213" w:rsidRDefault="00000000">
      <w:pPr>
        <w:rPr>
          <w:rFonts w:ascii="Aptos Display" w:hAnsi="Aptos Display"/>
          <w:sz w:val="24"/>
          <w:szCs w:val="24"/>
        </w:rPr>
      </w:pPr>
      <w:r w:rsidRPr="00634213">
        <w:rPr>
          <w:rFonts w:ascii="Aptos Display" w:hAnsi="Aptos Display"/>
          <w:sz w:val="24"/>
          <w:szCs w:val="24"/>
        </w:rPr>
        <w:t>Ben smiled. “You did.”</w:t>
      </w:r>
    </w:p>
    <w:p w14:paraId="2DEC04C4" w14:textId="2F7AAB7E" w:rsidR="00AA1F39" w:rsidRPr="00634213" w:rsidRDefault="00000000">
      <w:pPr>
        <w:rPr>
          <w:rFonts w:ascii="Aptos Display" w:hAnsi="Aptos Display"/>
          <w:sz w:val="24"/>
          <w:szCs w:val="24"/>
        </w:rPr>
      </w:pPr>
      <w:r w:rsidRPr="00634213">
        <w:rPr>
          <w:rFonts w:ascii="Aptos Display" w:hAnsi="Aptos Display"/>
          <w:sz w:val="24"/>
          <w:szCs w:val="24"/>
        </w:rPr>
        <w:t>She looked down at the thin scratches on her fingers. “I was scared.”</w:t>
      </w:r>
    </w:p>
    <w:p w14:paraId="527FA134" w14:textId="3A250679" w:rsidR="00AA1F39" w:rsidRPr="00634213" w:rsidRDefault="00000000">
      <w:pPr>
        <w:rPr>
          <w:rFonts w:ascii="Aptos Display" w:hAnsi="Aptos Display"/>
          <w:sz w:val="24"/>
          <w:szCs w:val="24"/>
        </w:rPr>
      </w:pPr>
      <w:r w:rsidRPr="00634213">
        <w:rPr>
          <w:rFonts w:ascii="Aptos Display" w:hAnsi="Aptos Display"/>
          <w:sz w:val="24"/>
          <w:szCs w:val="24"/>
        </w:rPr>
        <w:t>“You still helped.”</w:t>
      </w:r>
    </w:p>
    <w:p w14:paraId="0558251B" w14:textId="3A51C4D2" w:rsidR="00AA1F39" w:rsidRPr="00634213" w:rsidRDefault="00000000">
      <w:pPr>
        <w:rPr>
          <w:rFonts w:ascii="Aptos Display" w:hAnsi="Aptos Display"/>
          <w:sz w:val="24"/>
          <w:szCs w:val="24"/>
        </w:rPr>
      </w:pPr>
      <w:r w:rsidRPr="00634213">
        <w:rPr>
          <w:rFonts w:ascii="Aptos Display" w:hAnsi="Aptos Display"/>
          <w:sz w:val="24"/>
          <w:szCs w:val="24"/>
        </w:rPr>
        <w:t>Lily stared at the place where the fox had vanished.</w:t>
      </w:r>
    </w:p>
    <w:p w14:paraId="21942ECA" w14:textId="68757371" w:rsidR="00AA1F39" w:rsidRPr="00634213" w:rsidRDefault="005F11C9">
      <w:pPr>
        <w:rPr>
          <w:rFonts w:ascii="Aptos Display" w:hAnsi="Aptos Display"/>
          <w:sz w:val="24"/>
          <w:szCs w:val="24"/>
        </w:rPr>
      </w:pPr>
      <w:r>
        <w:rPr>
          <w:rFonts w:ascii="Aptos Display" w:hAnsi="Aptos Display"/>
          <w:noProof/>
          <w:sz w:val="24"/>
          <w:szCs w:val="24"/>
        </w:rPr>
        <w:drawing>
          <wp:anchor distT="0" distB="0" distL="114300" distR="114300" simplePos="0" relativeHeight="251698176" behindDoc="0" locked="0" layoutInCell="1" allowOverlap="1" wp14:anchorId="66A479F1" wp14:editId="130545C8">
            <wp:simplePos x="0" y="0"/>
            <wp:positionH relativeFrom="column">
              <wp:posOffset>260985</wp:posOffset>
            </wp:positionH>
            <wp:positionV relativeFrom="paragraph">
              <wp:posOffset>340360</wp:posOffset>
            </wp:positionV>
            <wp:extent cx="3332921" cy="1819275"/>
            <wp:effectExtent l="0" t="0" r="1270" b="0"/>
            <wp:wrapThrough wrapText="bothSides">
              <wp:wrapPolygon edited="0">
                <wp:start x="370" y="0"/>
                <wp:lineTo x="0" y="905"/>
                <wp:lineTo x="0" y="19904"/>
                <wp:lineTo x="370" y="21261"/>
                <wp:lineTo x="21114" y="21261"/>
                <wp:lineTo x="21485" y="19904"/>
                <wp:lineTo x="21485" y="905"/>
                <wp:lineTo x="21114" y="0"/>
                <wp:lineTo x="370" y="0"/>
              </wp:wrapPolygon>
            </wp:wrapThrough>
            <wp:docPr id="8254413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41335" name="Picture 825441335"/>
                    <pic:cNvPicPr/>
                  </pic:nvPicPr>
                  <pic:blipFill>
                    <a:blip r:embed="rId14"/>
                    <a:stretch>
                      <a:fillRect/>
                    </a:stretch>
                  </pic:blipFill>
                  <pic:spPr>
                    <a:xfrm>
                      <a:off x="0" y="0"/>
                      <a:ext cx="3332921" cy="1819275"/>
                    </a:xfrm>
                    <a:prstGeom prst="rect">
                      <a:avLst/>
                    </a:prstGeom>
                    <a:effectLst>
                      <a:softEdge rad="127000"/>
                    </a:effectLst>
                  </pic:spPr>
                </pic:pic>
              </a:graphicData>
            </a:graphic>
          </wp:anchor>
        </w:drawing>
      </w:r>
      <w:r w:rsidRPr="00634213">
        <w:rPr>
          <w:rFonts w:ascii="Aptos Display" w:hAnsi="Aptos Display"/>
          <w:sz w:val="24"/>
          <w:szCs w:val="24"/>
        </w:rPr>
        <w:t>“I thought being brave meant not being afraid.”</w:t>
      </w:r>
    </w:p>
    <w:p w14:paraId="4CD3B4C7" w14:textId="446B4F56" w:rsidR="00AA1F39" w:rsidRPr="00634213" w:rsidRDefault="00000000">
      <w:pPr>
        <w:rPr>
          <w:rFonts w:ascii="Aptos Display" w:hAnsi="Aptos Display"/>
          <w:sz w:val="24"/>
          <w:szCs w:val="24"/>
        </w:rPr>
      </w:pPr>
      <w:r w:rsidRPr="00634213">
        <w:rPr>
          <w:rFonts w:ascii="Aptos Display" w:hAnsi="Aptos Display"/>
          <w:sz w:val="24"/>
          <w:szCs w:val="24"/>
        </w:rPr>
        <w:lastRenderedPageBreak/>
        <w:t>Ben shook his head. “No. Being brave means you’re afraid, and you still choose kindness anyway.”</w:t>
      </w:r>
    </w:p>
    <w:p w14:paraId="70CB1560" w14:textId="1FB4B25A" w:rsidR="00AA1F39" w:rsidRPr="00634213" w:rsidRDefault="00000000">
      <w:pPr>
        <w:rPr>
          <w:rFonts w:ascii="Aptos Display" w:hAnsi="Aptos Display"/>
          <w:sz w:val="24"/>
          <w:szCs w:val="24"/>
        </w:rPr>
      </w:pPr>
      <w:r w:rsidRPr="00634213">
        <w:rPr>
          <w:rFonts w:ascii="Aptos Display" w:hAnsi="Aptos Display"/>
          <w:sz w:val="24"/>
          <w:szCs w:val="24"/>
        </w:rPr>
        <w:t>They rose and continued along the path.</w:t>
      </w:r>
    </w:p>
    <w:p w14:paraId="39FFF0F9" w14:textId="4CADCDF2" w:rsidR="00AA1F39" w:rsidRPr="00634213" w:rsidRDefault="00000000">
      <w:pPr>
        <w:rPr>
          <w:rFonts w:ascii="Aptos Display" w:hAnsi="Aptos Display"/>
          <w:sz w:val="24"/>
          <w:szCs w:val="24"/>
        </w:rPr>
      </w:pPr>
      <w:r w:rsidRPr="00634213">
        <w:rPr>
          <w:rFonts w:ascii="Aptos Display" w:hAnsi="Aptos Display"/>
          <w:sz w:val="24"/>
          <w:szCs w:val="24"/>
        </w:rPr>
        <w:t>After a while, Lily said quietly, “I’ve been scared a lot.”</w:t>
      </w:r>
    </w:p>
    <w:p w14:paraId="2ACC45EB" w14:textId="77777777" w:rsidR="00AA1F39" w:rsidRPr="00634213" w:rsidRDefault="00000000">
      <w:pPr>
        <w:rPr>
          <w:rFonts w:ascii="Aptos Display" w:hAnsi="Aptos Display"/>
          <w:sz w:val="24"/>
          <w:szCs w:val="24"/>
        </w:rPr>
      </w:pPr>
      <w:r w:rsidRPr="00634213">
        <w:rPr>
          <w:rFonts w:ascii="Aptos Display" w:hAnsi="Aptos Display"/>
          <w:sz w:val="24"/>
          <w:szCs w:val="24"/>
        </w:rPr>
        <w:t>“I know,” Ben said.</w:t>
      </w:r>
    </w:p>
    <w:p w14:paraId="79A30A74" w14:textId="77777777" w:rsidR="00AA1F39" w:rsidRPr="00634213" w:rsidRDefault="00000000">
      <w:pPr>
        <w:rPr>
          <w:rFonts w:ascii="Aptos Display" w:hAnsi="Aptos Display"/>
          <w:sz w:val="24"/>
          <w:szCs w:val="24"/>
        </w:rPr>
      </w:pPr>
      <w:r w:rsidRPr="00634213">
        <w:rPr>
          <w:rFonts w:ascii="Aptos Display" w:hAnsi="Aptos Display"/>
          <w:sz w:val="24"/>
          <w:szCs w:val="24"/>
        </w:rPr>
        <w:t>“Scared that I’ll always miss you this much. Scared that if I start feeling normal again, I’ll feel guilty. Scared that I won’t know what to do with all of this.”</w:t>
      </w:r>
    </w:p>
    <w:p w14:paraId="7ED50C48" w14:textId="77777777" w:rsidR="00AA1F39" w:rsidRPr="00634213" w:rsidRDefault="00000000">
      <w:pPr>
        <w:rPr>
          <w:rFonts w:ascii="Aptos Display" w:hAnsi="Aptos Display"/>
          <w:sz w:val="24"/>
          <w:szCs w:val="24"/>
        </w:rPr>
      </w:pPr>
      <w:r w:rsidRPr="00634213">
        <w:rPr>
          <w:rFonts w:ascii="Aptos Display" w:hAnsi="Aptos Display"/>
          <w:sz w:val="24"/>
          <w:szCs w:val="24"/>
        </w:rPr>
        <w:t>Ben was quiet for a moment.</w:t>
      </w:r>
    </w:p>
    <w:p w14:paraId="4E452802" w14:textId="77777777" w:rsidR="00AA1F39" w:rsidRPr="00634213" w:rsidRDefault="00000000">
      <w:pPr>
        <w:rPr>
          <w:rFonts w:ascii="Aptos Display" w:hAnsi="Aptos Display"/>
          <w:sz w:val="24"/>
          <w:szCs w:val="24"/>
        </w:rPr>
      </w:pPr>
      <w:r w:rsidRPr="00634213">
        <w:rPr>
          <w:rFonts w:ascii="Aptos Display" w:hAnsi="Aptos Display"/>
          <w:sz w:val="24"/>
          <w:szCs w:val="24"/>
        </w:rPr>
        <w:t xml:space="preserve">Then he said, “You don’t have to stop missing me. You just </w:t>
      </w:r>
      <w:proofErr w:type="gramStart"/>
      <w:r w:rsidRPr="00634213">
        <w:rPr>
          <w:rFonts w:ascii="Aptos Display" w:hAnsi="Aptos Display"/>
          <w:sz w:val="24"/>
          <w:szCs w:val="24"/>
        </w:rPr>
        <w:t>have to</w:t>
      </w:r>
      <w:proofErr w:type="gramEnd"/>
      <w:r w:rsidRPr="00634213">
        <w:rPr>
          <w:rFonts w:ascii="Aptos Display" w:hAnsi="Aptos Display"/>
          <w:sz w:val="24"/>
          <w:szCs w:val="24"/>
        </w:rPr>
        <w:t xml:space="preserve"> keep your heart open while you do.”</w:t>
      </w:r>
    </w:p>
    <w:p w14:paraId="4E1CA653" w14:textId="4F555D86" w:rsidR="00AA1F39" w:rsidRPr="00634213" w:rsidRDefault="00000000">
      <w:pPr>
        <w:rPr>
          <w:rFonts w:ascii="Aptos Display" w:hAnsi="Aptos Display"/>
          <w:sz w:val="24"/>
          <w:szCs w:val="24"/>
        </w:rPr>
      </w:pPr>
      <w:r w:rsidRPr="00634213">
        <w:rPr>
          <w:rFonts w:ascii="Aptos Display" w:hAnsi="Aptos Display"/>
          <w:sz w:val="24"/>
          <w:szCs w:val="24"/>
        </w:rPr>
        <w:t>Ahead, the path curved toward the sound of water. And Lily began to sense that this strange shining place was not only asking her to help.</w:t>
      </w:r>
    </w:p>
    <w:p w14:paraId="1899729D" w14:textId="47818C42" w:rsidR="00391E9F" w:rsidRPr="00634213" w:rsidRDefault="00000000" w:rsidP="00391E9F">
      <w:pPr>
        <w:tabs>
          <w:tab w:val="center" w:pos="3168"/>
        </w:tabs>
        <w:rPr>
          <w:rFonts w:ascii="Aptos Display" w:hAnsi="Aptos Display"/>
          <w:sz w:val="24"/>
          <w:szCs w:val="24"/>
        </w:rPr>
      </w:pPr>
      <w:r w:rsidRPr="00634213">
        <w:rPr>
          <w:rFonts w:ascii="Aptos Display" w:hAnsi="Aptos Display"/>
          <w:sz w:val="24"/>
          <w:szCs w:val="24"/>
        </w:rPr>
        <w:t>It was teaching her how.</w:t>
      </w:r>
    </w:p>
    <w:p w14:paraId="0383997C" w14:textId="4FEE8DFA" w:rsidR="00391E9F" w:rsidRPr="00634213" w:rsidRDefault="00B07C8F" w:rsidP="00391E9F">
      <w:pPr>
        <w:tabs>
          <w:tab w:val="center" w:pos="3168"/>
        </w:tabs>
        <w:rPr>
          <w:rFonts w:ascii="Aptos Display" w:hAnsi="Aptos Display"/>
          <w:sz w:val="24"/>
          <w:szCs w:val="24"/>
        </w:rPr>
      </w:pPr>
      <w:r>
        <w:rPr>
          <w:rFonts w:ascii="Aptos Display" w:hAnsi="Aptos Display"/>
          <w:noProof/>
          <w:sz w:val="24"/>
          <w:szCs w:val="24"/>
        </w:rPr>
        <w:drawing>
          <wp:anchor distT="0" distB="0" distL="114300" distR="114300" simplePos="0" relativeHeight="251699200" behindDoc="0" locked="0" layoutInCell="1" allowOverlap="1" wp14:anchorId="112E7E5E" wp14:editId="07D5C876">
            <wp:simplePos x="0" y="0"/>
            <wp:positionH relativeFrom="column">
              <wp:posOffset>-53340</wp:posOffset>
            </wp:positionH>
            <wp:positionV relativeFrom="paragraph">
              <wp:posOffset>132080</wp:posOffset>
            </wp:positionV>
            <wp:extent cx="3448050" cy="1882118"/>
            <wp:effectExtent l="0" t="0" r="0" b="4445"/>
            <wp:wrapThrough wrapText="bothSides">
              <wp:wrapPolygon edited="0">
                <wp:start x="358" y="0"/>
                <wp:lineTo x="0" y="875"/>
                <wp:lineTo x="0" y="19683"/>
                <wp:lineTo x="119" y="21214"/>
                <wp:lineTo x="358" y="21432"/>
                <wp:lineTo x="21123" y="21432"/>
                <wp:lineTo x="21361" y="21214"/>
                <wp:lineTo x="21481" y="19683"/>
                <wp:lineTo x="21481" y="875"/>
                <wp:lineTo x="21123" y="0"/>
                <wp:lineTo x="358" y="0"/>
              </wp:wrapPolygon>
            </wp:wrapThrough>
            <wp:docPr id="15853049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04932" name="Picture 1585304932"/>
                    <pic:cNvPicPr/>
                  </pic:nvPicPr>
                  <pic:blipFill>
                    <a:blip r:embed="rId15"/>
                    <a:stretch>
                      <a:fillRect/>
                    </a:stretch>
                  </pic:blipFill>
                  <pic:spPr>
                    <a:xfrm>
                      <a:off x="0" y="0"/>
                      <a:ext cx="3448050" cy="1882118"/>
                    </a:xfrm>
                    <a:prstGeom prst="rect">
                      <a:avLst/>
                    </a:prstGeom>
                    <a:effectLst>
                      <a:softEdge rad="127000"/>
                    </a:effectLst>
                  </pic:spPr>
                </pic:pic>
              </a:graphicData>
            </a:graphic>
          </wp:anchor>
        </w:drawing>
      </w:r>
    </w:p>
    <w:p w14:paraId="2B3CB1F1" w14:textId="5776CE30" w:rsidR="00391E9F" w:rsidRPr="00634213" w:rsidRDefault="00391E9F" w:rsidP="00391E9F">
      <w:pPr>
        <w:tabs>
          <w:tab w:val="center" w:pos="3168"/>
        </w:tabs>
        <w:rPr>
          <w:rFonts w:ascii="Aptos Display" w:hAnsi="Aptos Display"/>
          <w:sz w:val="24"/>
          <w:szCs w:val="24"/>
        </w:rPr>
      </w:pPr>
    </w:p>
    <w:p w14:paraId="3C259093" w14:textId="2210883C" w:rsidR="00AA1F39" w:rsidRPr="00634213" w:rsidRDefault="00391E9F" w:rsidP="00391E9F">
      <w:pPr>
        <w:tabs>
          <w:tab w:val="center" w:pos="3168"/>
        </w:tabs>
        <w:rPr>
          <w:rFonts w:ascii="Aptos Display" w:hAnsi="Aptos Display"/>
          <w:sz w:val="24"/>
          <w:szCs w:val="24"/>
        </w:rPr>
      </w:pPr>
      <w:r w:rsidRPr="00634213">
        <w:rPr>
          <w:rFonts w:ascii="Aptos Display" w:hAnsi="Aptos Display"/>
          <w:sz w:val="24"/>
          <w:szCs w:val="24"/>
        </w:rPr>
        <w:tab/>
      </w:r>
    </w:p>
    <w:p w14:paraId="082829C1" w14:textId="19D842CC" w:rsidR="00AA1F39" w:rsidRPr="00634213" w:rsidRDefault="00000000">
      <w:pPr>
        <w:rPr>
          <w:rFonts w:ascii="Aptos Display" w:hAnsi="Aptos Display"/>
          <w:sz w:val="24"/>
          <w:szCs w:val="24"/>
        </w:rPr>
      </w:pPr>
      <w:r w:rsidRPr="00634213">
        <w:rPr>
          <w:rFonts w:ascii="Aptos Display" w:hAnsi="Aptos Display"/>
          <w:sz w:val="24"/>
          <w:szCs w:val="24"/>
        </w:rPr>
        <w:br w:type="page"/>
      </w:r>
    </w:p>
    <w:p w14:paraId="07D67622" w14:textId="77777777"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Three</w:t>
      </w:r>
    </w:p>
    <w:p w14:paraId="497E9F7D" w14:textId="58C8BFEB"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Bird with the Bent Wing</w:t>
      </w:r>
    </w:p>
    <w:p w14:paraId="19B94D89" w14:textId="4FE06FE8" w:rsidR="00AA1F39" w:rsidRPr="00634213" w:rsidRDefault="00000000">
      <w:pPr>
        <w:rPr>
          <w:rFonts w:ascii="Aptos Display" w:hAnsi="Aptos Display"/>
          <w:sz w:val="24"/>
          <w:szCs w:val="24"/>
        </w:rPr>
      </w:pPr>
      <w:r w:rsidRPr="00634213">
        <w:rPr>
          <w:rFonts w:ascii="Aptos Display" w:hAnsi="Aptos Display"/>
          <w:sz w:val="24"/>
          <w:szCs w:val="24"/>
        </w:rPr>
        <w:t>The path led to a quiet pond surrounded by reeds. Moonlight lay across the water in pale ribbons. Frogs murmured from the grassy edges, and a breeze moved softly through the cattails.</w:t>
      </w:r>
    </w:p>
    <w:p w14:paraId="74E0536A" w14:textId="05C12644" w:rsidR="00AA1F39" w:rsidRPr="00634213" w:rsidRDefault="00AF788A">
      <w:pPr>
        <w:rPr>
          <w:rFonts w:ascii="Aptos Display" w:hAnsi="Aptos Display"/>
          <w:sz w:val="24"/>
          <w:szCs w:val="24"/>
        </w:rPr>
      </w:pPr>
      <w:r>
        <w:rPr>
          <w:rFonts w:ascii="Aptos Display" w:hAnsi="Aptos Display"/>
          <w:noProof/>
          <w:sz w:val="24"/>
          <w:szCs w:val="24"/>
        </w:rPr>
        <w:drawing>
          <wp:anchor distT="0" distB="0" distL="114300" distR="114300" simplePos="0" relativeHeight="251691008" behindDoc="0" locked="0" layoutInCell="1" allowOverlap="1" wp14:anchorId="7FF20386" wp14:editId="37F10BF4">
            <wp:simplePos x="0" y="0"/>
            <wp:positionH relativeFrom="column">
              <wp:posOffset>403860</wp:posOffset>
            </wp:positionH>
            <wp:positionV relativeFrom="paragraph">
              <wp:posOffset>335280</wp:posOffset>
            </wp:positionV>
            <wp:extent cx="2990850" cy="1991898"/>
            <wp:effectExtent l="0" t="0" r="0" b="8890"/>
            <wp:wrapThrough wrapText="bothSides">
              <wp:wrapPolygon edited="0">
                <wp:start x="413" y="0"/>
                <wp:lineTo x="0" y="827"/>
                <wp:lineTo x="0" y="20457"/>
                <wp:lineTo x="413" y="21490"/>
                <wp:lineTo x="21050" y="21490"/>
                <wp:lineTo x="21462" y="20457"/>
                <wp:lineTo x="21462" y="827"/>
                <wp:lineTo x="21050" y="0"/>
                <wp:lineTo x="413" y="0"/>
              </wp:wrapPolygon>
            </wp:wrapThrough>
            <wp:docPr id="5589072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07241" name="Picture 558907241"/>
                    <pic:cNvPicPr/>
                  </pic:nvPicPr>
                  <pic:blipFill>
                    <a:blip r:embed="rId16"/>
                    <a:stretch>
                      <a:fillRect/>
                    </a:stretch>
                  </pic:blipFill>
                  <pic:spPr>
                    <a:xfrm>
                      <a:off x="0" y="0"/>
                      <a:ext cx="2990850" cy="1991898"/>
                    </a:xfrm>
                    <a:prstGeom prst="rect">
                      <a:avLst/>
                    </a:prstGeom>
                    <a:effectLst>
                      <a:softEdge rad="127000"/>
                    </a:effectLst>
                  </pic:spPr>
                </pic:pic>
              </a:graphicData>
            </a:graphic>
          </wp:anchor>
        </w:drawing>
      </w:r>
      <w:r w:rsidRPr="00634213">
        <w:rPr>
          <w:rFonts w:ascii="Aptos Display" w:hAnsi="Aptos Display"/>
          <w:sz w:val="24"/>
          <w:szCs w:val="24"/>
        </w:rPr>
        <w:t>Near the muddy bank, something fluttered weakly.</w:t>
      </w:r>
    </w:p>
    <w:p w14:paraId="5CECF0C2" w14:textId="18260602" w:rsidR="00AA1F39" w:rsidRPr="00634213" w:rsidRDefault="00000000">
      <w:pPr>
        <w:rPr>
          <w:rFonts w:ascii="Aptos Display" w:hAnsi="Aptos Display"/>
          <w:sz w:val="24"/>
          <w:szCs w:val="24"/>
        </w:rPr>
      </w:pPr>
      <w:r w:rsidRPr="00634213">
        <w:rPr>
          <w:rFonts w:ascii="Aptos Display" w:hAnsi="Aptos Display"/>
          <w:sz w:val="24"/>
          <w:szCs w:val="24"/>
        </w:rPr>
        <w:t>Lily hurried closer and found a small white bird lying half-hidden among the reeds. One wing bent at an awkward angle, and every time it tried to rise, the damaged wing tipped it sideways.</w:t>
      </w:r>
    </w:p>
    <w:p w14:paraId="08DD2802" w14:textId="77777777" w:rsidR="00AA1F39" w:rsidRPr="00634213" w:rsidRDefault="00000000">
      <w:pPr>
        <w:rPr>
          <w:rFonts w:ascii="Aptos Display" w:hAnsi="Aptos Display"/>
          <w:sz w:val="24"/>
          <w:szCs w:val="24"/>
        </w:rPr>
      </w:pPr>
      <w:r w:rsidRPr="00634213">
        <w:rPr>
          <w:rFonts w:ascii="Aptos Display" w:hAnsi="Aptos Display"/>
          <w:sz w:val="24"/>
          <w:szCs w:val="24"/>
        </w:rPr>
        <w:t>“It’s hurt,” Lily said.</w:t>
      </w:r>
    </w:p>
    <w:p w14:paraId="27548CED" w14:textId="66E39DD6" w:rsidR="00AA1F39" w:rsidRPr="00634213" w:rsidRDefault="00000000">
      <w:pPr>
        <w:rPr>
          <w:rFonts w:ascii="Aptos Display" w:hAnsi="Aptos Display"/>
          <w:sz w:val="24"/>
          <w:szCs w:val="24"/>
        </w:rPr>
      </w:pPr>
      <w:r w:rsidRPr="00634213">
        <w:rPr>
          <w:rFonts w:ascii="Aptos Display" w:hAnsi="Aptos Display"/>
          <w:sz w:val="24"/>
          <w:szCs w:val="24"/>
        </w:rPr>
        <w:t>Ben knelt beside her. “Looks like it was caught in the wind. Or flew into something hard.”</w:t>
      </w:r>
    </w:p>
    <w:p w14:paraId="71AF1C6A" w14:textId="2B026465" w:rsidR="00AA1F39" w:rsidRPr="00634213" w:rsidRDefault="00000000">
      <w:pPr>
        <w:rPr>
          <w:rFonts w:ascii="Aptos Display" w:hAnsi="Aptos Display"/>
          <w:sz w:val="24"/>
          <w:szCs w:val="24"/>
        </w:rPr>
      </w:pPr>
      <w:r w:rsidRPr="00634213">
        <w:rPr>
          <w:rFonts w:ascii="Aptos Display" w:hAnsi="Aptos Display"/>
          <w:sz w:val="24"/>
          <w:szCs w:val="24"/>
        </w:rPr>
        <w:t>The bird gave a frightened chirp and beat its good wing against the mud.</w:t>
      </w:r>
    </w:p>
    <w:p w14:paraId="65E1F0D0" w14:textId="4DF4F0E9" w:rsidR="00AA1F39" w:rsidRPr="00634213" w:rsidRDefault="00000000">
      <w:pPr>
        <w:rPr>
          <w:rFonts w:ascii="Aptos Display" w:hAnsi="Aptos Display"/>
          <w:sz w:val="24"/>
          <w:szCs w:val="24"/>
        </w:rPr>
      </w:pPr>
      <w:r w:rsidRPr="00634213">
        <w:rPr>
          <w:rFonts w:ascii="Aptos Display" w:hAnsi="Aptos Display"/>
          <w:sz w:val="24"/>
          <w:szCs w:val="24"/>
        </w:rPr>
        <w:t>Lily felt that familiar ache rise in her throat.</w:t>
      </w:r>
    </w:p>
    <w:p w14:paraId="27E04164" w14:textId="157FD170" w:rsidR="00AA1F39" w:rsidRPr="00634213" w:rsidRDefault="00000000">
      <w:pPr>
        <w:rPr>
          <w:rFonts w:ascii="Aptos Display" w:hAnsi="Aptos Display"/>
          <w:sz w:val="24"/>
          <w:szCs w:val="24"/>
        </w:rPr>
      </w:pPr>
      <w:r w:rsidRPr="00634213">
        <w:rPr>
          <w:rFonts w:ascii="Aptos Display" w:hAnsi="Aptos Display"/>
          <w:sz w:val="24"/>
          <w:szCs w:val="24"/>
        </w:rPr>
        <w:t>“What do we do?” she asked.</w:t>
      </w:r>
    </w:p>
    <w:p w14:paraId="61396D65" w14:textId="1845CC55" w:rsidR="00AA1F39" w:rsidRPr="00634213" w:rsidRDefault="00000000">
      <w:pPr>
        <w:rPr>
          <w:rFonts w:ascii="Aptos Display" w:hAnsi="Aptos Display"/>
          <w:sz w:val="24"/>
          <w:szCs w:val="24"/>
        </w:rPr>
      </w:pPr>
      <w:r w:rsidRPr="00634213">
        <w:rPr>
          <w:rFonts w:ascii="Aptos Display" w:hAnsi="Aptos Display"/>
          <w:sz w:val="24"/>
          <w:szCs w:val="24"/>
        </w:rPr>
        <w:lastRenderedPageBreak/>
        <w:t>Ben looked around, then pointed toward a patch of broad leaves and long soft grass nearby. “We make it safe.”</w:t>
      </w:r>
    </w:p>
    <w:p w14:paraId="5B123533" w14:textId="77434B26" w:rsidR="007053B3" w:rsidRPr="00634213" w:rsidRDefault="00000000">
      <w:pPr>
        <w:rPr>
          <w:rFonts w:ascii="Aptos Display" w:hAnsi="Aptos Display"/>
          <w:sz w:val="24"/>
          <w:szCs w:val="24"/>
        </w:rPr>
      </w:pPr>
      <w:r w:rsidRPr="00634213">
        <w:rPr>
          <w:rFonts w:ascii="Aptos Display" w:hAnsi="Aptos Display"/>
          <w:sz w:val="24"/>
          <w:szCs w:val="24"/>
        </w:rPr>
        <w:t>Together they gathered grass, moss, and leaves, building a little nest in the shelter of the reeds. Ben showed her how to cup her hands around the bird—firm enough to hold it, gentle enough not to frighten it. Lily lifted it carefully. It was so light she could hardly believe it. Warmth pulsed through its tiny body.</w:t>
      </w:r>
    </w:p>
    <w:p w14:paraId="2EDDDF0E" w14:textId="200CFB1D" w:rsidR="00AA1F39" w:rsidRPr="00634213" w:rsidRDefault="007053B3">
      <w:pPr>
        <w:rPr>
          <w:rFonts w:ascii="Aptos Display" w:hAnsi="Aptos Display"/>
          <w:sz w:val="24"/>
          <w:szCs w:val="24"/>
        </w:rPr>
      </w:pPr>
      <w:r w:rsidRPr="00634213">
        <w:rPr>
          <w:rFonts w:ascii="Aptos Display" w:hAnsi="Aptos Display"/>
          <w:sz w:val="24"/>
          <w:szCs w:val="24"/>
        </w:rPr>
        <w:t>She set it into the nest they had made.</w:t>
      </w:r>
    </w:p>
    <w:p w14:paraId="10C2F3D5" w14:textId="77777777" w:rsidR="00AA1F39" w:rsidRPr="00634213" w:rsidRDefault="00000000">
      <w:pPr>
        <w:rPr>
          <w:rFonts w:ascii="Aptos Display" w:hAnsi="Aptos Display"/>
          <w:sz w:val="24"/>
          <w:szCs w:val="24"/>
        </w:rPr>
      </w:pPr>
      <w:r w:rsidRPr="00634213">
        <w:rPr>
          <w:rFonts w:ascii="Aptos Display" w:hAnsi="Aptos Display"/>
          <w:sz w:val="24"/>
          <w:szCs w:val="24"/>
        </w:rPr>
        <w:t>The bird blinked up at her, still frightened, but no longer thrashing.</w:t>
      </w:r>
    </w:p>
    <w:p w14:paraId="2210DA65" w14:textId="7ED731BC" w:rsidR="00AA1F39" w:rsidRPr="00634213" w:rsidRDefault="00000000">
      <w:pPr>
        <w:rPr>
          <w:rFonts w:ascii="Aptos Display" w:hAnsi="Aptos Display"/>
          <w:sz w:val="24"/>
          <w:szCs w:val="24"/>
        </w:rPr>
      </w:pPr>
      <w:r w:rsidRPr="00634213">
        <w:rPr>
          <w:rFonts w:ascii="Aptos Display" w:hAnsi="Aptos Display"/>
          <w:sz w:val="24"/>
          <w:szCs w:val="24"/>
        </w:rPr>
        <w:t>“Will it be okay?” Lily asked.</w:t>
      </w:r>
    </w:p>
    <w:p w14:paraId="7B970804" w14:textId="60B7E82F" w:rsidR="00AA1F39" w:rsidRPr="00634213" w:rsidRDefault="00000000">
      <w:pPr>
        <w:rPr>
          <w:rFonts w:ascii="Aptos Display" w:hAnsi="Aptos Display"/>
          <w:sz w:val="24"/>
          <w:szCs w:val="24"/>
        </w:rPr>
      </w:pPr>
      <w:r w:rsidRPr="00634213">
        <w:rPr>
          <w:rFonts w:ascii="Aptos Display" w:hAnsi="Aptos Display"/>
          <w:sz w:val="24"/>
          <w:szCs w:val="24"/>
        </w:rPr>
        <w:t>Ben’s answer was quiet. “I think so. But even when we can’t fix something right away, comfort still matters.”</w:t>
      </w:r>
    </w:p>
    <w:p w14:paraId="6C1B6B8D" w14:textId="47A54797" w:rsidR="00AA1F39" w:rsidRPr="00634213" w:rsidRDefault="00AF788A">
      <w:pPr>
        <w:rPr>
          <w:rFonts w:ascii="Aptos Display" w:hAnsi="Aptos Display"/>
          <w:sz w:val="24"/>
          <w:szCs w:val="24"/>
        </w:rPr>
      </w:pPr>
      <w:r w:rsidRPr="00634213">
        <w:rPr>
          <w:rFonts w:ascii="Aptos Display" w:hAnsi="Aptos Display"/>
          <w:sz w:val="24"/>
          <w:szCs w:val="24"/>
        </w:rPr>
        <w:t>Lily tucked one more leaf around the bird’s side.</w:t>
      </w:r>
    </w:p>
    <w:p w14:paraId="72F9E1DA" w14:textId="2AB84698" w:rsidR="00AA1F39" w:rsidRPr="00634213" w:rsidRDefault="00E204A6">
      <w:pPr>
        <w:rPr>
          <w:rFonts w:ascii="Aptos Display" w:hAnsi="Aptos Display"/>
          <w:sz w:val="24"/>
          <w:szCs w:val="24"/>
        </w:rPr>
      </w:pPr>
      <w:r>
        <w:rPr>
          <w:rFonts w:ascii="Aptos Display" w:hAnsi="Aptos Display"/>
          <w:noProof/>
          <w:sz w:val="24"/>
          <w:szCs w:val="24"/>
        </w:rPr>
        <w:drawing>
          <wp:anchor distT="0" distB="0" distL="114300" distR="114300" simplePos="0" relativeHeight="251700224" behindDoc="0" locked="0" layoutInCell="1" allowOverlap="1" wp14:anchorId="4A84FB59" wp14:editId="2F553F77">
            <wp:simplePos x="0" y="0"/>
            <wp:positionH relativeFrom="column">
              <wp:posOffset>-72390</wp:posOffset>
            </wp:positionH>
            <wp:positionV relativeFrom="paragraph">
              <wp:posOffset>304165</wp:posOffset>
            </wp:positionV>
            <wp:extent cx="3794760" cy="2527300"/>
            <wp:effectExtent l="0" t="0" r="0" b="6350"/>
            <wp:wrapThrough wrapText="bothSides">
              <wp:wrapPolygon edited="0">
                <wp:start x="325" y="0"/>
                <wp:lineTo x="0" y="651"/>
                <wp:lineTo x="0" y="21003"/>
                <wp:lineTo x="325" y="21491"/>
                <wp:lineTo x="21145" y="21491"/>
                <wp:lineTo x="21470" y="21003"/>
                <wp:lineTo x="21470" y="651"/>
                <wp:lineTo x="21145" y="0"/>
                <wp:lineTo x="325" y="0"/>
              </wp:wrapPolygon>
            </wp:wrapThrough>
            <wp:docPr id="16049999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99963" name="Picture 1604999963"/>
                    <pic:cNvPicPr/>
                  </pic:nvPicPr>
                  <pic:blipFill>
                    <a:blip r:embed="rId17"/>
                    <a:stretch>
                      <a:fillRect/>
                    </a:stretch>
                  </pic:blipFill>
                  <pic:spPr>
                    <a:xfrm>
                      <a:off x="0" y="0"/>
                      <a:ext cx="3794760" cy="2527300"/>
                    </a:xfrm>
                    <a:prstGeom prst="rect">
                      <a:avLst/>
                    </a:prstGeom>
                    <a:effectLst>
                      <a:softEdge rad="127000"/>
                    </a:effectLst>
                  </pic:spPr>
                </pic:pic>
              </a:graphicData>
            </a:graphic>
          </wp:anchor>
        </w:drawing>
      </w:r>
      <w:r w:rsidRPr="00634213">
        <w:rPr>
          <w:rFonts w:ascii="Aptos Display" w:hAnsi="Aptos Display"/>
          <w:sz w:val="24"/>
          <w:szCs w:val="24"/>
        </w:rPr>
        <w:t>Comfort still matters.</w:t>
      </w:r>
    </w:p>
    <w:p w14:paraId="775A5C1B" w14:textId="39A1435F" w:rsidR="00AA1F39" w:rsidRPr="00634213" w:rsidRDefault="00000000">
      <w:pPr>
        <w:rPr>
          <w:rFonts w:ascii="Aptos Display" w:hAnsi="Aptos Display"/>
          <w:sz w:val="24"/>
          <w:szCs w:val="24"/>
        </w:rPr>
      </w:pPr>
      <w:r w:rsidRPr="00634213">
        <w:rPr>
          <w:rFonts w:ascii="Aptos Display" w:hAnsi="Aptos Display"/>
          <w:sz w:val="24"/>
          <w:szCs w:val="24"/>
        </w:rPr>
        <w:lastRenderedPageBreak/>
        <w:t>At once</w:t>
      </w:r>
      <w:r w:rsidR="007053B3" w:rsidRPr="00634213">
        <w:rPr>
          <w:rFonts w:ascii="Aptos Display" w:hAnsi="Aptos Display"/>
          <w:sz w:val="24"/>
          <w:szCs w:val="24"/>
        </w:rPr>
        <w:t xml:space="preserve">, she thought of hospital blankets, chairs pulled close to </w:t>
      </w:r>
      <w:r w:rsidR="00E204A6">
        <w:rPr>
          <w:rFonts w:ascii="Aptos Display" w:hAnsi="Aptos Display"/>
          <w:sz w:val="24"/>
          <w:szCs w:val="24"/>
        </w:rPr>
        <w:t xml:space="preserve">the </w:t>
      </w:r>
      <w:r w:rsidR="00E204A6" w:rsidRPr="00634213">
        <w:rPr>
          <w:rFonts w:ascii="Aptos Display" w:hAnsi="Aptos Display"/>
          <w:sz w:val="24"/>
          <w:szCs w:val="24"/>
        </w:rPr>
        <w:t>bedside</w:t>
      </w:r>
      <w:r w:rsidR="007053B3" w:rsidRPr="00634213">
        <w:rPr>
          <w:rFonts w:ascii="Aptos Display" w:hAnsi="Aptos Display"/>
          <w:sz w:val="24"/>
          <w:szCs w:val="24"/>
        </w:rPr>
        <w:t>, dim rooms, and all the moments she had sat beside Ben,</w:t>
      </w:r>
      <w:r w:rsidRPr="00634213">
        <w:rPr>
          <w:rFonts w:ascii="Aptos Display" w:hAnsi="Aptos Display"/>
          <w:sz w:val="24"/>
          <w:szCs w:val="24"/>
        </w:rPr>
        <w:t xml:space="preserve"> not knowing how to make anything better.</w:t>
      </w:r>
    </w:p>
    <w:p w14:paraId="608C7802" w14:textId="77777777" w:rsidR="00AA1F39" w:rsidRPr="00634213" w:rsidRDefault="00000000">
      <w:pPr>
        <w:rPr>
          <w:rFonts w:ascii="Aptos Display" w:hAnsi="Aptos Display"/>
          <w:sz w:val="24"/>
          <w:szCs w:val="24"/>
        </w:rPr>
      </w:pPr>
      <w:r w:rsidRPr="00634213">
        <w:rPr>
          <w:rFonts w:ascii="Aptos Display" w:hAnsi="Aptos Display"/>
          <w:sz w:val="24"/>
          <w:szCs w:val="24"/>
        </w:rPr>
        <w:t>“I used to think I should have done more,” she said.</w:t>
      </w:r>
    </w:p>
    <w:p w14:paraId="07E4DCD7" w14:textId="77777777" w:rsidR="00AA1F39" w:rsidRPr="00634213" w:rsidRDefault="00000000">
      <w:pPr>
        <w:rPr>
          <w:rFonts w:ascii="Aptos Display" w:hAnsi="Aptos Display"/>
          <w:sz w:val="24"/>
          <w:szCs w:val="24"/>
        </w:rPr>
      </w:pPr>
      <w:r w:rsidRPr="00634213">
        <w:rPr>
          <w:rFonts w:ascii="Aptos Display" w:hAnsi="Aptos Display"/>
          <w:sz w:val="24"/>
          <w:szCs w:val="24"/>
        </w:rPr>
        <w:t>Ben turned to her. “More?”</w:t>
      </w:r>
    </w:p>
    <w:p w14:paraId="71F8DE19" w14:textId="77777777" w:rsidR="00AA1F39" w:rsidRPr="00634213" w:rsidRDefault="00000000">
      <w:pPr>
        <w:rPr>
          <w:rFonts w:ascii="Aptos Display" w:hAnsi="Aptos Display"/>
          <w:sz w:val="24"/>
          <w:szCs w:val="24"/>
        </w:rPr>
      </w:pPr>
      <w:r w:rsidRPr="00634213">
        <w:rPr>
          <w:rFonts w:ascii="Aptos Display" w:hAnsi="Aptos Display"/>
          <w:sz w:val="24"/>
          <w:szCs w:val="24"/>
        </w:rPr>
        <w:t>“When you were sick. When things were hard. I kept thinking maybe I should’ve said better things. Or somehow made it easier.”</w:t>
      </w:r>
    </w:p>
    <w:p w14:paraId="736D558C" w14:textId="77777777" w:rsidR="00AA1F39" w:rsidRPr="00634213" w:rsidRDefault="00000000">
      <w:pPr>
        <w:rPr>
          <w:rFonts w:ascii="Aptos Display" w:hAnsi="Aptos Display"/>
          <w:sz w:val="24"/>
          <w:szCs w:val="24"/>
        </w:rPr>
      </w:pPr>
      <w:r w:rsidRPr="00634213">
        <w:rPr>
          <w:rFonts w:ascii="Aptos Display" w:hAnsi="Aptos Display"/>
          <w:sz w:val="24"/>
          <w:szCs w:val="24"/>
        </w:rPr>
        <w:t>Ben’s expression softened.</w:t>
      </w:r>
    </w:p>
    <w:p w14:paraId="4477CE6D" w14:textId="77777777" w:rsidR="00AA1F39" w:rsidRPr="00634213" w:rsidRDefault="00000000">
      <w:pPr>
        <w:rPr>
          <w:rFonts w:ascii="Aptos Display" w:hAnsi="Aptos Display"/>
          <w:sz w:val="24"/>
          <w:szCs w:val="24"/>
        </w:rPr>
      </w:pPr>
      <w:r w:rsidRPr="00634213">
        <w:rPr>
          <w:rFonts w:ascii="Aptos Display" w:hAnsi="Aptos Display"/>
          <w:sz w:val="24"/>
          <w:szCs w:val="24"/>
        </w:rPr>
        <w:t>“You were there,” he said. “You stayed. Do you know how much that matters?”</w:t>
      </w:r>
    </w:p>
    <w:p w14:paraId="4336FB19" w14:textId="77777777" w:rsidR="00AA1F39" w:rsidRPr="00634213" w:rsidRDefault="00000000">
      <w:pPr>
        <w:rPr>
          <w:rFonts w:ascii="Aptos Display" w:hAnsi="Aptos Display"/>
          <w:sz w:val="24"/>
          <w:szCs w:val="24"/>
        </w:rPr>
      </w:pPr>
      <w:r w:rsidRPr="00634213">
        <w:rPr>
          <w:rFonts w:ascii="Aptos Display" w:hAnsi="Aptos Display"/>
          <w:sz w:val="24"/>
          <w:szCs w:val="24"/>
        </w:rPr>
        <w:t>She did not answer.</w:t>
      </w:r>
    </w:p>
    <w:p w14:paraId="2F4BBD35" w14:textId="77777777" w:rsidR="00AA1F39" w:rsidRPr="00634213" w:rsidRDefault="00000000">
      <w:pPr>
        <w:rPr>
          <w:rFonts w:ascii="Aptos Display" w:hAnsi="Aptos Display"/>
          <w:sz w:val="24"/>
          <w:szCs w:val="24"/>
        </w:rPr>
      </w:pPr>
      <w:r w:rsidRPr="00634213">
        <w:rPr>
          <w:rFonts w:ascii="Aptos Display" w:hAnsi="Aptos Display"/>
          <w:sz w:val="24"/>
          <w:szCs w:val="24"/>
        </w:rPr>
        <w:t>“You cared when things were hard,” he continued. “You brought your whole heart into the room. That matters more than perfect words.”</w:t>
      </w:r>
    </w:p>
    <w:p w14:paraId="07A66CE7" w14:textId="77777777" w:rsidR="00AA1F39" w:rsidRPr="00634213" w:rsidRDefault="00000000">
      <w:pPr>
        <w:rPr>
          <w:rFonts w:ascii="Aptos Display" w:hAnsi="Aptos Display"/>
          <w:sz w:val="24"/>
          <w:szCs w:val="24"/>
        </w:rPr>
      </w:pPr>
      <w:r w:rsidRPr="00634213">
        <w:rPr>
          <w:rFonts w:ascii="Aptos Display" w:hAnsi="Aptos Display"/>
          <w:sz w:val="24"/>
          <w:szCs w:val="24"/>
        </w:rPr>
        <w:t>The little bird gave a tiny chirp and tucked its head beneath its good wing.</w:t>
      </w:r>
    </w:p>
    <w:p w14:paraId="16AC9ACF" w14:textId="77777777" w:rsidR="00AA1F39" w:rsidRPr="00634213" w:rsidRDefault="00000000">
      <w:pPr>
        <w:rPr>
          <w:rFonts w:ascii="Aptos Display" w:hAnsi="Aptos Display"/>
          <w:sz w:val="24"/>
          <w:szCs w:val="24"/>
        </w:rPr>
      </w:pPr>
      <w:r w:rsidRPr="00634213">
        <w:rPr>
          <w:rFonts w:ascii="Aptos Display" w:hAnsi="Aptos Display"/>
          <w:sz w:val="24"/>
          <w:szCs w:val="24"/>
        </w:rPr>
        <w:t>Lily sat very still.</w:t>
      </w:r>
    </w:p>
    <w:p w14:paraId="76BBB636" w14:textId="77777777" w:rsidR="00AA1F39" w:rsidRPr="00634213" w:rsidRDefault="00000000">
      <w:pPr>
        <w:rPr>
          <w:rFonts w:ascii="Aptos Display" w:hAnsi="Aptos Display"/>
          <w:sz w:val="24"/>
          <w:szCs w:val="24"/>
        </w:rPr>
      </w:pPr>
      <w:r w:rsidRPr="00634213">
        <w:rPr>
          <w:rFonts w:ascii="Aptos Display" w:hAnsi="Aptos Display"/>
          <w:sz w:val="24"/>
          <w:szCs w:val="24"/>
        </w:rPr>
        <w:t>Maybe love was not always measured by what it fixed.</w:t>
      </w:r>
    </w:p>
    <w:p w14:paraId="1A4A2C9B" w14:textId="77777777" w:rsidR="00AA1F39" w:rsidRPr="00634213" w:rsidRDefault="00000000">
      <w:pPr>
        <w:rPr>
          <w:rFonts w:ascii="Aptos Display" w:hAnsi="Aptos Display"/>
          <w:sz w:val="24"/>
          <w:szCs w:val="24"/>
        </w:rPr>
      </w:pPr>
      <w:r w:rsidRPr="00634213">
        <w:rPr>
          <w:rFonts w:ascii="Aptos Display" w:hAnsi="Aptos Display"/>
          <w:sz w:val="24"/>
          <w:szCs w:val="24"/>
        </w:rPr>
        <w:t>Maybe sometimes it was measured by what it refused to leave.</w:t>
      </w:r>
    </w:p>
    <w:p w14:paraId="2A9DFADF" w14:textId="77777777" w:rsidR="00AA1F39" w:rsidRPr="00634213" w:rsidRDefault="00000000">
      <w:pPr>
        <w:rPr>
          <w:rFonts w:ascii="Aptos Display" w:hAnsi="Aptos Display"/>
          <w:sz w:val="24"/>
          <w:szCs w:val="24"/>
        </w:rPr>
      </w:pPr>
      <w:r w:rsidRPr="00634213">
        <w:rPr>
          <w:rFonts w:ascii="Aptos Display" w:hAnsi="Aptos Display"/>
          <w:sz w:val="24"/>
          <w:szCs w:val="24"/>
        </w:rPr>
        <w:t>When they finally stood to go, the bird was sleeping.</w:t>
      </w:r>
    </w:p>
    <w:p w14:paraId="09ADF835" w14:textId="77777777" w:rsidR="00AA1F39" w:rsidRPr="00634213" w:rsidRDefault="00000000">
      <w:pPr>
        <w:rPr>
          <w:rFonts w:ascii="Aptos Display" w:hAnsi="Aptos Display"/>
          <w:sz w:val="24"/>
          <w:szCs w:val="24"/>
        </w:rPr>
      </w:pPr>
      <w:r w:rsidRPr="00634213">
        <w:rPr>
          <w:rFonts w:ascii="Aptos Display" w:hAnsi="Aptos Display"/>
          <w:sz w:val="24"/>
          <w:szCs w:val="24"/>
        </w:rPr>
        <w:br w:type="page"/>
      </w:r>
    </w:p>
    <w:p w14:paraId="7217CFC2" w14:textId="77777777"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Four</w:t>
      </w:r>
    </w:p>
    <w:p w14:paraId="168A42C2" w14:textId="77777777"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Across the Fallen Log</w:t>
      </w:r>
    </w:p>
    <w:p w14:paraId="512FDAED" w14:textId="6D99C311" w:rsidR="00AA1F39" w:rsidRPr="00634213" w:rsidRDefault="00000000">
      <w:pPr>
        <w:rPr>
          <w:rFonts w:ascii="Aptos Display" w:hAnsi="Aptos Display"/>
          <w:sz w:val="24"/>
          <w:szCs w:val="24"/>
        </w:rPr>
      </w:pPr>
      <w:r w:rsidRPr="00634213">
        <w:rPr>
          <w:rFonts w:ascii="Aptos Display" w:hAnsi="Aptos Display"/>
          <w:sz w:val="24"/>
          <w:szCs w:val="24"/>
        </w:rPr>
        <w:t>They walked deeper into the woods, where the trees rose pale beneath the moon.</w:t>
      </w:r>
    </w:p>
    <w:p w14:paraId="33EE96C2" w14:textId="460E88AB" w:rsidR="00AA1F39" w:rsidRPr="00634213" w:rsidRDefault="00000000">
      <w:pPr>
        <w:rPr>
          <w:rFonts w:ascii="Aptos Display" w:hAnsi="Aptos Display"/>
          <w:sz w:val="24"/>
          <w:szCs w:val="24"/>
        </w:rPr>
      </w:pPr>
      <w:r w:rsidRPr="00634213">
        <w:rPr>
          <w:rFonts w:ascii="Aptos Display" w:hAnsi="Aptos Display"/>
          <w:sz w:val="24"/>
          <w:szCs w:val="24"/>
        </w:rPr>
        <w:t>At last</w:t>
      </w:r>
      <w:r w:rsidR="007053B3" w:rsidRPr="00634213">
        <w:rPr>
          <w:rFonts w:ascii="Aptos Display" w:hAnsi="Aptos Display"/>
          <w:sz w:val="24"/>
          <w:szCs w:val="24"/>
        </w:rPr>
        <w:t>,</w:t>
      </w:r>
      <w:r w:rsidRPr="00634213">
        <w:rPr>
          <w:rFonts w:ascii="Aptos Display" w:hAnsi="Aptos Display"/>
          <w:sz w:val="24"/>
          <w:szCs w:val="24"/>
        </w:rPr>
        <w:t xml:space="preserve"> they came to a rushing stream. Water hurried over stones, bright and restless. Spanning the stream was a fallen log, broad enough to cross but slick with moss.</w:t>
      </w:r>
    </w:p>
    <w:p w14:paraId="631A5017" w14:textId="467AB52B" w:rsidR="00AA1F39" w:rsidRPr="00634213" w:rsidRDefault="00000000">
      <w:pPr>
        <w:rPr>
          <w:rFonts w:ascii="Aptos Display" w:hAnsi="Aptos Display"/>
          <w:sz w:val="24"/>
          <w:szCs w:val="24"/>
        </w:rPr>
      </w:pPr>
      <w:r w:rsidRPr="00634213">
        <w:rPr>
          <w:rFonts w:ascii="Aptos Display" w:hAnsi="Aptos Display"/>
          <w:sz w:val="24"/>
          <w:szCs w:val="24"/>
        </w:rPr>
        <w:t>On the far bank stood a small fawn, trapped against a rocky ledge. It shifted from one trembling leg to another and let out a thin, uncertain bleat.</w:t>
      </w:r>
    </w:p>
    <w:p w14:paraId="037F645E" w14:textId="25013B9D" w:rsidR="00AA1F39" w:rsidRPr="00634213" w:rsidRDefault="00000000">
      <w:pPr>
        <w:rPr>
          <w:rFonts w:ascii="Aptos Display" w:hAnsi="Aptos Display"/>
          <w:sz w:val="24"/>
          <w:szCs w:val="24"/>
        </w:rPr>
      </w:pPr>
      <w:r w:rsidRPr="00634213">
        <w:rPr>
          <w:rFonts w:ascii="Aptos Display" w:hAnsi="Aptos Display"/>
          <w:sz w:val="24"/>
          <w:szCs w:val="24"/>
        </w:rPr>
        <w:t>Lily frowned. “It can’t get back.”</w:t>
      </w:r>
    </w:p>
    <w:p w14:paraId="493A0DBD" w14:textId="32D9FB59" w:rsidR="00AA1F39" w:rsidRPr="00634213" w:rsidRDefault="007B160B">
      <w:pPr>
        <w:rPr>
          <w:rFonts w:ascii="Aptos Display" w:hAnsi="Aptos Display"/>
          <w:sz w:val="24"/>
          <w:szCs w:val="24"/>
        </w:rPr>
      </w:pPr>
      <w:r>
        <w:rPr>
          <w:rFonts w:ascii="Aptos Display" w:hAnsi="Aptos Display"/>
          <w:noProof/>
          <w:sz w:val="24"/>
          <w:szCs w:val="24"/>
        </w:rPr>
        <w:drawing>
          <wp:anchor distT="0" distB="0" distL="114300" distR="114300" simplePos="0" relativeHeight="251693056" behindDoc="0" locked="0" layoutInCell="1" allowOverlap="1" wp14:anchorId="4C14BDD4" wp14:editId="315290C5">
            <wp:simplePos x="0" y="0"/>
            <wp:positionH relativeFrom="column">
              <wp:posOffset>-72390</wp:posOffset>
            </wp:positionH>
            <wp:positionV relativeFrom="page">
              <wp:posOffset>3790315</wp:posOffset>
            </wp:positionV>
            <wp:extent cx="3475990" cy="2314575"/>
            <wp:effectExtent l="0" t="0" r="0" b="9525"/>
            <wp:wrapThrough wrapText="bothSides">
              <wp:wrapPolygon edited="0">
                <wp:start x="355" y="0"/>
                <wp:lineTo x="0" y="711"/>
                <wp:lineTo x="0" y="20444"/>
                <wp:lineTo x="355" y="21511"/>
                <wp:lineTo x="21071" y="21511"/>
                <wp:lineTo x="21426" y="20444"/>
                <wp:lineTo x="21426" y="711"/>
                <wp:lineTo x="21071" y="0"/>
                <wp:lineTo x="355" y="0"/>
              </wp:wrapPolygon>
            </wp:wrapThrough>
            <wp:docPr id="381465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6556" name="Picture 38146556"/>
                    <pic:cNvPicPr/>
                  </pic:nvPicPr>
                  <pic:blipFill>
                    <a:blip r:embed="rId18"/>
                    <a:stretch>
                      <a:fillRect/>
                    </a:stretch>
                  </pic:blipFill>
                  <pic:spPr>
                    <a:xfrm>
                      <a:off x="0" y="0"/>
                      <a:ext cx="3475990" cy="231457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Pr="00634213">
        <w:rPr>
          <w:rFonts w:ascii="Aptos Display" w:hAnsi="Aptos Display"/>
          <w:sz w:val="24"/>
          <w:szCs w:val="24"/>
        </w:rPr>
        <w:t>“Not alone,” Ben said.</w:t>
      </w:r>
    </w:p>
    <w:p w14:paraId="532DF037" w14:textId="02D5AEE5" w:rsidR="00AA1F39" w:rsidRPr="00634213" w:rsidRDefault="00000000">
      <w:pPr>
        <w:rPr>
          <w:rFonts w:ascii="Aptos Display" w:hAnsi="Aptos Display"/>
          <w:sz w:val="24"/>
          <w:szCs w:val="24"/>
        </w:rPr>
      </w:pPr>
      <w:r w:rsidRPr="00634213">
        <w:rPr>
          <w:rFonts w:ascii="Aptos Display" w:hAnsi="Aptos Display"/>
          <w:sz w:val="24"/>
          <w:szCs w:val="24"/>
        </w:rPr>
        <w:t>Lily looked at the log, then at the dark water below.</w:t>
      </w:r>
    </w:p>
    <w:p w14:paraId="24653EAE" w14:textId="5BAFB359" w:rsidR="00AA1F39" w:rsidRPr="00634213" w:rsidRDefault="00FC67C6">
      <w:pPr>
        <w:rPr>
          <w:rFonts w:ascii="Aptos Display" w:hAnsi="Aptos Display"/>
          <w:sz w:val="24"/>
          <w:szCs w:val="24"/>
        </w:rPr>
      </w:pPr>
      <w:r w:rsidRPr="00634213">
        <w:rPr>
          <w:rFonts w:ascii="Aptos Display" w:hAnsi="Aptos Display"/>
          <w:sz w:val="24"/>
          <w:szCs w:val="24"/>
        </w:rPr>
        <w:t>“I don’t think I can do that.”</w:t>
      </w:r>
    </w:p>
    <w:p w14:paraId="5B2264BD" w14:textId="4E7284A6" w:rsidR="00AA1F39" w:rsidRPr="00634213" w:rsidRDefault="00BB648B">
      <w:pPr>
        <w:rPr>
          <w:rFonts w:ascii="Aptos Display" w:hAnsi="Aptos Display"/>
          <w:sz w:val="24"/>
          <w:szCs w:val="24"/>
        </w:rPr>
      </w:pPr>
      <w:r w:rsidRPr="00634213">
        <w:rPr>
          <w:rFonts w:ascii="Aptos Display" w:hAnsi="Aptos Display"/>
          <w:sz w:val="24"/>
          <w:szCs w:val="24"/>
        </w:rPr>
        <w:t>Ben stood beside her. “You don’t have to feel ready before you begin.”</w:t>
      </w:r>
    </w:p>
    <w:p w14:paraId="517F8418" w14:textId="07B6E51F" w:rsidR="00AA1F39" w:rsidRPr="00634213" w:rsidRDefault="001839DF">
      <w:pPr>
        <w:rPr>
          <w:rFonts w:ascii="Aptos Display" w:hAnsi="Aptos Display"/>
          <w:sz w:val="24"/>
          <w:szCs w:val="24"/>
        </w:rPr>
      </w:pPr>
      <w:r w:rsidRPr="00634213">
        <w:rPr>
          <w:rFonts w:ascii="Aptos Display" w:hAnsi="Aptos Display"/>
          <w:sz w:val="24"/>
          <w:szCs w:val="24"/>
        </w:rPr>
        <w:t>“What if I fall?”</w:t>
      </w:r>
    </w:p>
    <w:p w14:paraId="23FB79F7" w14:textId="667CC215" w:rsidR="00AA1F39" w:rsidRPr="00634213" w:rsidRDefault="00000000">
      <w:pPr>
        <w:rPr>
          <w:rFonts w:ascii="Aptos Display" w:hAnsi="Aptos Display"/>
          <w:sz w:val="24"/>
          <w:szCs w:val="24"/>
        </w:rPr>
      </w:pPr>
      <w:r w:rsidRPr="00634213">
        <w:rPr>
          <w:rFonts w:ascii="Aptos Display" w:hAnsi="Aptos Display"/>
          <w:sz w:val="24"/>
          <w:szCs w:val="24"/>
        </w:rPr>
        <w:t>“Then I help you up.”</w:t>
      </w:r>
    </w:p>
    <w:p w14:paraId="0182CC21" w14:textId="0D798A34" w:rsidR="00AA1F39" w:rsidRPr="00634213" w:rsidRDefault="00000000">
      <w:pPr>
        <w:rPr>
          <w:rFonts w:ascii="Aptos Display" w:hAnsi="Aptos Display"/>
          <w:sz w:val="24"/>
          <w:szCs w:val="24"/>
        </w:rPr>
      </w:pPr>
      <w:r w:rsidRPr="00634213">
        <w:rPr>
          <w:rFonts w:ascii="Aptos Display" w:hAnsi="Aptos Display"/>
          <w:sz w:val="24"/>
          <w:szCs w:val="24"/>
        </w:rPr>
        <w:lastRenderedPageBreak/>
        <w:t>Ben stepped onto the log first and turned, holding out his hand.</w:t>
      </w:r>
    </w:p>
    <w:p w14:paraId="11DDC7D6" w14:textId="78A48A75" w:rsidR="00AA1F39" w:rsidRPr="00634213" w:rsidRDefault="00000000">
      <w:pPr>
        <w:rPr>
          <w:rFonts w:ascii="Aptos Display" w:hAnsi="Aptos Display"/>
          <w:sz w:val="24"/>
          <w:szCs w:val="24"/>
        </w:rPr>
      </w:pPr>
      <w:r w:rsidRPr="00634213">
        <w:rPr>
          <w:rFonts w:ascii="Aptos Display" w:hAnsi="Aptos Display"/>
          <w:sz w:val="24"/>
          <w:szCs w:val="24"/>
        </w:rPr>
        <w:t>“One step at a time.”</w:t>
      </w:r>
    </w:p>
    <w:p w14:paraId="044818EA" w14:textId="7000A71C" w:rsidR="00AA1F39" w:rsidRPr="00634213" w:rsidRDefault="00000000">
      <w:pPr>
        <w:rPr>
          <w:rFonts w:ascii="Aptos Display" w:hAnsi="Aptos Display"/>
          <w:sz w:val="24"/>
          <w:szCs w:val="24"/>
        </w:rPr>
      </w:pPr>
      <w:r w:rsidRPr="00634213">
        <w:rPr>
          <w:rFonts w:ascii="Aptos Display" w:hAnsi="Aptos Display"/>
          <w:sz w:val="24"/>
          <w:szCs w:val="24"/>
        </w:rPr>
        <w:t>Lily placed one foot on the mossy wood. The stream rushed beneath her. She wobbled, caught herself, then took another step.</w:t>
      </w:r>
    </w:p>
    <w:p w14:paraId="5CF08284" w14:textId="448950DB" w:rsidR="00AA1F39" w:rsidRPr="00634213" w:rsidRDefault="001010EF">
      <w:pPr>
        <w:rPr>
          <w:rFonts w:ascii="Aptos Display" w:hAnsi="Aptos Display"/>
          <w:sz w:val="24"/>
          <w:szCs w:val="24"/>
        </w:rPr>
      </w:pPr>
      <w:r w:rsidRPr="00634213">
        <w:rPr>
          <w:rFonts w:ascii="Aptos Display" w:hAnsi="Aptos Display"/>
          <w:sz w:val="24"/>
          <w:szCs w:val="24"/>
        </w:rPr>
        <w:t>“Don’t look down,” Ben said. “Look at me.”</w:t>
      </w:r>
    </w:p>
    <w:p w14:paraId="11CBD850" w14:textId="2A03ADF0" w:rsidR="00AA1F39" w:rsidRPr="00634213" w:rsidRDefault="00070078">
      <w:pPr>
        <w:rPr>
          <w:rFonts w:ascii="Aptos Display" w:hAnsi="Aptos Display"/>
          <w:sz w:val="24"/>
          <w:szCs w:val="24"/>
        </w:rPr>
      </w:pPr>
      <w:r w:rsidRPr="00634213">
        <w:rPr>
          <w:rFonts w:ascii="Aptos Display" w:hAnsi="Aptos Display"/>
          <w:sz w:val="24"/>
          <w:szCs w:val="24"/>
        </w:rPr>
        <w:t>So, she did.</w:t>
      </w:r>
    </w:p>
    <w:p w14:paraId="54362278" w14:textId="50B7B650" w:rsidR="00AA1F39" w:rsidRPr="00634213" w:rsidRDefault="00000000">
      <w:pPr>
        <w:rPr>
          <w:rFonts w:ascii="Aptos Display" w:hAnsi="Aptos Display"/>
          <w:sz w:val="24"/>
          <w:szCs w:val="24"/>
        </w:rPr>
      </w:pPr>
      <w:r w:rsidRPr="00634213">
        <w:rPr>
          <w:rFonts w:ascii="Aptos Display" w:hAnsi="Aptos Display"/>
          <w:sz w:val="24"/>
          <w:szCs w:val="24"/>
        </w:rPr>
        <w:t>Step by step, she crossed.</w:t>
      </w:r>
    </w:p>
    <w:p w14:paraId="3BD53248" w14:textId="02A59210" w:rsidR="00AA1F39" w:rsidRPr="00634213" w:rsidRDefault="008A6BEB">
      <w:pPr>
        <w:rPr>
          <w:rFonts w:ascii="Aptos Display" w:hAnsi="Aptos Display"/>
          <w:sz w:val="24"/>
          <w:szCs w:val="24"/>
        </w:rPr>
      </w:pPr>
      <w:r>
        <w:rPr>
          <w:rFonts w:ascii="Aptos Display" w:hAnsi="Aptos Display"/>
          <w:noProof/>
          <w:sz w:val="24"/>
          <w:szCs w:val="24"/>
        </w:rPr>
        <w:drawing>
          <wp:anchor distT="0" distB="0" distL="114300" distR="114300" simplePos="0" relativeHeight="251701248" behindDoc="0" locked="0" layoutInCell="1" allowOverlap="1" wp14:anchorId="56D424C6" wp14:editId="4F97A857">
            <wp:simplePos x="0" y="0"/>
            <wp:positionH relativeFrom="column">
              <wp:posOffset>146685</wp:posOffset>
            </wp:positionH>
            <wp:positionV relativeFrom="paragraph">
              <wp:posOffset>363220</wp:posOffset>
            </wp:positionV>
            <wp:extent cx="3306164" cy="1804670"/>
            <wp:effectExtent l="0" t="0" r="8890" b="5080"/>
            <wp:wrapThrough wrapText="bothSides">
              <wp:wrapPolygon edited="0">
                <wp:start x="373" y="0"/>
                <wp:lineTo x="0" y="912"/>
                <wp:lineTo x="0" y="20065"/>
                <wp:lineTo x="373" y="21433"/>
                <wp:lineTo x="21160" y="21433"/>
                <wp:lineTo x="21534" y="20065"/>
                <wp:lineTo x="21534" y="912"/>
                <wp:lineTo x="21160" y="0"/>
                <wp:lineTo x="373" y="0"/>
              </wp:wrapPolygon>
            </wp:wrapThrough>
            <wp:docPr id="20652228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22865" name="Picture 2065222865"/>
                    <pic:cNvPicPr/>
                  </pic:nvPicPr>
                  <pic:blipFill>
                    <a:blip r:embed="rId19"/>
                    <a:stretch>
                      <a:fillRect/>
                    </a:stretch>
                  </pic:blipFill>
                  <pic:spPr>
                    <a:xfrm>
                      <a:off x="0" y="0"/>
                      <a:ext cx="3306164" cy="1804670"/>
                    </a:xfrm>
                    <a:prstGeom prst="rect">
                      <a:avLst/>
                    </a:prstGeom>
                    <a:effectLst>
                      <a:softEdge rad="127000"/>
                    </a:effectLst>
                  </pic:spPr>
                </pic:pic>
              </a:graphicData>
            </a:graphic>
          </wp:anchor>
        </w:drawing>
      </w:r>
      <w:r w:rsidRPr="00634213">
        <w:rPr>
          <w:rFonts w:ascii="Aptos Display" w:hAnsi="Aptos Display"/>
          <w:sz w:val="24"/>
          <w:szCs w:val="24"/>
        </w:rPr>
        <w:t>When her shoes touched the far bank, she let out a shaky laugh.</w:t>
      </w:r>
    </w:p>
    <w:p w14:paraId="7CF6C214" w14:textId="60359518" w:rsidR="00AA1F39" w:rsidRPr="00634213" w:rsidRDefault="00000000">
      <w:pPr>
        <w:rPr>
          <w:rFonts w:ascii="Aptos Display" w:hAnsi="Aptos Display"/>
          <w:sz w:val="24"/>
          <w:szCs w:val="24"/>
        </w:rPr>
      </w:pPr>
      <w:r w:rsidRPr="00634213">
        <w:rPr>
          <w:rFonts w:ascii="Aptos Display" w:hAnsi="Aptos Display"/>
          <w:sz w:val="24"/>
          <w:szCs w:val="24"/>
        </w:rPr>
        <w:t>I did it.”</w:t>
      </w:r>
    </w:p>
    <w:p w14:paraId="218075E0" w14:textId="712645B0" w:rsidR="00AA1F39" w:rsidRPr="00634213" w:rsidRDefault="00000000">
      <w:pPr>
        <w:rPr>
          <w:rFonts w:ascii="Aptos Display" w:hAnsi="Aptos Display"/>
          <w:sz w:val="24"/>
          <w:szCs w:val="24"/>
        </w:rPr>
      </w:pPr>
      <w:r w:rsidRPr="00634213">
        <w:rPr>
          <w:rFonts w:ascii="Aptos Display" w:hAnsi="Aptos Display"/>
          <w:sz w:val="24"/>
          <w:szCs w:val="24"/>
        </w:rPr>
        <w:t>Ben grinned. “You sure did.”</w:t>
      </w:r>
    </w:p>
    <w:p w14:paraId="5836C88C" w14:textId="615CC42C" w:rsidR="00AA1F39" w:rsidRPr="00634213" w:rsidRDefault="00000000">
      <w:pPr>
        <w:rPr>
          <w:rFonts w:ascii="Aptos Display" w:hAnsi="Aptos Display"/>
          <w:sz w:val="24"/>
          <w:szCs w:val="24"/>
        </w:rPr>
      </w:pPr>
      <w:r w:rsidRPr="00634213">
        <w:rPr>
          <w:rFonts w:ascii="Aptos Display" w:hAnsi="Aptos Display"/>
          <w:sz w:val="24"/>
          <w:szCs w:val="24"/>
        </w:rPr>
        <w:t>The fawn had one front leg trapped between roots beneath the rocky ledge. Lily crouched beside it and spoke softly while Ben loosened the roots.</w:t>
      </w:r>
    </w:p>
    <w:p w14:paraId="48B88936" w14:textId="3A1E47C7" w:rsidR="00AA1F39" w:rsidRPr="00634213" w:rsidRDefault="00000000">
      <w:pPr>
        <w:rPr>
          <w:rFonts w:ascii="Aptos Display" w:hAnsi="Aptos Display"/>
          <w:sz w:val="24"/>
          <w:szCs w:val="24"/>
        </w:rPr>
      </w:pPr>
      <w:r w:rsidRPr="00634213">
        <w:rPr>
          <w:rFonts w:ascii="Aptos Display" w:hAnsi="Aptos Display"/>
          <w:sz w:val="24"/>
          <w:szCs w:val="24"/>
        </w:rPr>
        <w:t>“It’s okay,” she whispered. “We’ve got you.”</w:t>
      </w:r>
    </w:p>
    <w:p w14:paraId="6A74BB19" w14:textId="5E9A7815" w:rsidR="00AA1F39" w:rsidRPr="00634213" w:rsidRDefault="00000000">
      <w:pPr>
        <w:rPr>
          <w:rFonts w:ascii="Aptos Display" w:hAnsi="Aptos Display"/>
          <w:sz w:val="24"/>
          <w:szCs w:val="24"/>
        </w:rPr>
      </w:pPr>
      <w:r w:rsidRPr="00634213">
        <w:rPr>
          <w:rFonts w:ascii="Aptos Display" w:hAnsi="Aptos Display"/>
          <w:sz w:val="24"/>
          <w:szCs w:val="24"/>
        </w:rPr>
        <w:t>The fawn stilled at the sound of her voice.</w:t>
      </w:r>
    </w:p>
    <w:p w14:paraId="1B3AB029" w14:textId="5AE0DA3F" w:rsidR="00AA1F39" w:rsidRDefault="00BB648B">
      <w:pPr>
        <w:rPr>
          <w:rFonts w:ascii="Aptos Display" w:hAnsi="Aptos Display"/>
          <w:sz w:val="24"/>
          <w:szCs w:val="24"/>
        </w:rPr>
      </w:pPr>
      <w:r w:rsidRPr="00634213">
        <w:rPr>
          <w:rFonts w:ascii="Aptos Display" w:hAnsi="Aptos Display"/>
          <w:sz w:val="24"/>
          <w:szCs w:val="24"/>
        </w:rPr>
        <w:t>A moment later, the trapped leg slid free.</w:t>
      </w:r>
    </w:p>
    <w:p w14:paraId="3584D4F6" w14:textId="239616A8" w:rsidR="00AA1F39" w:rsidRPr="00634213" w:rsidRDefault="00000000">
      <w:pPr>
        <w:rPr>
          <w:rFonts w:ascii="Aptos Display" w:hAnsi="Aptos Display"/>
          <w:sz w:val="24"/>
          <w:szCs w:val="24"/>
        </w:rPr>
      </w:pPr>
      <w:r w:rsidRPr="00634213">
        <w:rPr>
          <w:rFonts w:ascii="Aptos Display" w:hAnsi="Aptos Display"/>
          <w:sz w:val="24"/>
          <w:szCs w:val="24"/>
        </w:rPr>
        <w:lastRenderedPageBreak/>
        <w:t>The fawn sprang back, tested its footing, then bounded into the trees. It paused once beneath the moonlit branches before vanishing.</w:t>
      </w:r>
    </w:p>
    <w:p w14:paraId="43EAA075" w14:textId="48CDBCDC" w:rsidR="00AA1F39" w:rsidRPr="00634213" w:rsidRDefault="001839DF">
      <w:pPr>
        <w:rPr>
          <w:rFonts w:ascii="Aptos Display" w:hAnsi="Aptos Display"/>
          <w:sz w:val="24"/>
          <w:szCs w:val="24"/>
        </w:rPr>
      </w:pPr>
      <w:r w:rsidRPr="00634213">
        <w:rPr>
          <w:rFonts w:ascii="Aptos Display" w:hAnsi="Aptos Display"/>
          <w:sz w:val="24"/>
          <w:szCs w:val="24"/>
        </w:rPr>
        <w:t>Lily stood there on the bank, breathing hard.</w:t>
      </w:r>
    </w:p>
    <w:p w14:paraId="1B1A8019" w14:textId="0C0A7EC4" w:rsidR="00AA1F39" w:rsidRPr="00634213" w:rsidRDefault="00000000">
      <w:pPr>
        <w:rPr>
          <w:rFonts w:ascii="Aptos Display" w:hAnsi="Aptos Display"/>
          <w:sz w:val="24"/>
          <w:szCs w:val="24"/>
        </w:rPr>
      </w:pPr>
      <w:r w:rsidRPr="00634213">
        <w:rPr>
          <w:rFonts w:ascii="Aptos Display" w:hAnsi="Aptos Display"/>
          <w:sz w:val="24"/>
          <w:szCs w:val="24"/>
        </w:rPr>
        <w:t>A quiet kind of pride spread through her.</w:t>
      </w:r>
    </w:p>
    <w:p w14:paraId="62B0FF85" w14:textId="333BE07C" w:rsidR="00AA1F39" w:rsidRPr="00634213" w:rsidRDefault="00000000">
      <w:pPr>
        <w:rPr>
          <w:rFonts w:ascii="Aptos Display" w:hAnsi="Aptos Display"/>
          <w:sz w:val="24"/>
          <w:szCs w:val="24"/>
        </w:rPr>
      </w:pPr>
      <w:r w:rsidRPr="00634213">
        <w:rPr>
          <w:rFonts w:ascii="Aptos Display" w:hAnsi="Aptos Display"/>
          <w:sz w:val="24"/>
          <w:szCs w:val="24"/>
        </w:rPr>
        <w:t>Ben watched her with a small smile.</w:t>
      </w:r>
    </w:p>
    <w:p w14:paraId="3B477340" w14:textId="77777777" w:rsidR="00AA1F39" w:rsidRPr="00634213" w:rsidRDefault="00000000">
      <w:pPr>
        <w:rPr>
          <w:rFonts w:ascii="Aptos Display" w:hAnsi="Aptos Display"/>
          <w:sz w:val="24"/>
          <w:szCs w:val="24"/>
        </w:rPr>
      </w:pPr>
      <w:r w:rsidRPr="00634213">
        <w:rPr>
          <w:rFonts w:ascii="Aptos Display" w:hAnsi="Aptos Display"/>
          <w:sz w:val="24"/>
          <w:szCs w:val="24"/>
        </w:rPr>
        <w:t>“You know,” he said, “grief can feel a lot like standing at the edge of something you don’t know how to cross.”</w:t>
      </w:r>
    </w:p>
    <w:p w14:paraId="3F1D213C" w14:textId="77777777" w:rsidR="00AA1F39" w:rsidRPr="00634213" w:rsidRDefault="00000000">
      <w:pPr>
        <w:rPr>
          <w:rFonts w:ascii="Aptos Display" w:hAnsi="Aptos Display"/>
          <w:sz w:val="24"/>
          <w:szCs w:val="24"/>
        </w:rPr>
      </w:pPr>
      <w:r w:rsidRPr="00634213">
        <w:rPr>
          <w:rFonts w:ascii="Aptos Display" w:hAnsi="Aptos Display"/>
          <w:sz w:val="24"/>
          <w:szCs w:val="24"/>
        </w:rPr>
        <w:t>Lily looked at the stream.</w:t>
      </w:r>
    </w:p>
    <w:p w14:paraId="5B90E378" w14:textId="77777777" w:rsidR="00AA1F39" w:rsidRPr="00634213" w:rsidRDefault="00000000">
      <w:pPr>
        <w:rPr>
          <w:rFonts w:ascii="Aptos Display" w:hAnsi="Aptos Display"/>
          <w:sz w:val="24"/>
          <w:szCs w:val="24"/>
        </w:rPr>
      </w:pPr>
      <w:r w:rsidRPr="00634213">
        <w:rPr>
          <w:rFonts w:ascii="Aptos Display" w:hAnsi="Aptos Display"/>
          <w:sz w:val="24"/>
          <w:szCs w:val="24"/>
        </w:rPr>
        <w:t>“But you cross it the same way,” he said. “One step at a time. Not all at once. Just by keeping going.”</w:t>
      </w:r>
    </w:p>
    <w:p w14:paraId="60736947" w14:textId="6DA2E3CA" w:rsidR="00AA1F39" w:rsidRPr="00634213" w:rsidRDefault="00000000">
      <w:pPr>
        <w:rPr>
          <w:rFonts w:ascii="Aptos Display" w:hAnsi="Aptos Display"/>
          <w:sz w:val="24"/>
          <w:szCs w:val="24"/>
        </w:rPr>
      </w:pPr>
      <w:r w:rsidRPr="00634213">
        <w:rPr>
          <w:rFonts w:ascii="Aptos Display" w:hAnsi="Aptos Display"/>
          <w:sz w:val="24"/>
          <w:szCs w:val="24"/>
        </w:rPr>
        <w:t>Maybe healing was not a leap.</w:t>
      </w:r>
    </w:p>
    <w:p w14:paraId="469ABE35" w14:textId="348E7D2F" w:rsidR="00AA1F39" w:rsidRPr="00634213" w:rsidRDefault="00000000">
      <w:pPr>
        <w:rPr>
          <w:rFonts w:ascii="Aptos Display" w:hAnsi="Aptos Display"/>
          <w:sz w:val="24"/>
          <w:szCs w:val="24"/>
        </w:rPr>
      </w:pPr>
      <w:r w:rsidRPr="00634213">
        <w:rPr>
          <w:rFonts w:ascii="Aptos Display" w:hAnsi="Aptos Display"/>
          <w:sz w:val="24"/>
          <w:szCs w:val="24"/>
        </w:rPr>
        <w:t>Maybe it was a crossing.</w:t>
      </w:r>
    </w:p>
    <w:p w14:paraId="03CBCDC2" w14:textId="2C53C3D3" w:rsidR="0055166B" w:rsidRDefault="00FC67C6" w:rsidP="0055166B">
      <w:pPr>
        <w:tabs>
          <w:tab w:val="center" w:pos="3168"/>
        </w:tabs>
        <w:rPr>
          <w:rFonts w:ascii="Aptos Display" w:hAnsi="Aptos Display"/>
          <w:sz w:val="24"/>
          <w:szCs w:val="24"/>
        </w:rPr>
      </w:pPr>
      <w:r w:rsidRPr="00634213">
        <w:rPr>
          <w:rFonts w:ascii="Aptos Display" w:hAnsi="Aptos Display"/>
          <w:sz w:val="24"/>
          <w:szCs w:val="24"/>
        </w:rPr>
        <w:t>Slow. Unsteady. Brave</w:t>
      </w:r>
    </w:p>
    <w:p w14:paraId="124C190E" w14:textId="248C4EF8" w:rsidR="0055166B" w:rsidRDefault="00AB764E" w:rsidP="0055166B">
      <w:pPr>
        <w:tabs>
          <w:tab w:val="center" w:pos="3168"/>
        </w:tabs>
        <w:rPr>
          <w:rFonts w:ascii="Aptos Display" w:hAnsi="Aptos Display"/>
          <w:sz w:val="24"/>
          <w:szCs w:val="24"/>
        </w:rPr>
      </w:pPr>
      <w:r>
        <w:rPr>
          <w:rFonts w:ascii="Aptos Display" w:hAnsi="Aptos Display"/>
          <w:noProof/>
          <w:sz w:val="24"/>
          <w:szCs w:val="24"/>
        </w:rPr>
        <w:drawing>
          <wp:anchor distT="0" distB="0" distL="114300" distR="114300" simplePos="0" relativeHeight="251702272" behindDoc="0" locked="0" layoutInCell="1" allowOverlap="1" wp14:anchorId="38DEB561" wp14:editId="322DC7EE">
            <wp:simplePos x="0" y="0"/>
            <wp:positionH relativeFrom="column">
              <wp:posOffset>99060</wp:posOffset>
            </wp:positionH>
            <wp:positionV relativeFrom="paragraph">
              <wp:posOffset>180975</wp:posOffset>
            </wp:positionV>
            <wp:extent cx="3228975" cy="1762125"/>
            <wp:effectExtent l="0" t="0" r="9525" b="9525"/>
            <wp:wrapThrough wrapText="bothSides">
              <wp:wrapPolygon edited="0">
                <wp:start x="382" y="0"/>
                <wp:lineTo x="0" y="934"/>
                <wp:lineTo x="0" y="20082"/>
                <wp:lineTo x="382" y="21483"/>
                <wp:lineTo x="21154" y="21483"/>
                <wp:lineTo x="21536" y="20082"/>
                <wp:lineTo x="21536" y="934"/>
                <wp:lineTo x="21154" y="0"/>
                <wp:lineTo x="382" y="0"/>
              </wp:wrapPolygon>
            </wp:wrapThrough>
            <wp:docPr id="9813498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49878" name="Picture 981349878"/>
                    <pic:cNvPicPr/>
                  </pic:nvPicPr>
                  <pic:blipFill>
                    <a:blip r:embed="rId20"/>
                    <a:stretch>
                      <a:fillRect/>
                    </a:stretch>
                  </pic:blipFill>
                  <pic:spPr>
                    <a:xfrm>
                      <a:off x="0" y="0"/>
                      <a:ext cx="3228975" cy="1762125"/>
                    </a:xfrm>
                    <a:prstGeom prst="rect">
                      <a:avLst/>
                    </a:prstGeom>
                    <a:effectLst>
                      <a:softEdge rad="127000"/>
                    </a:effectLst>
                  </pic:spPr>
                </pic:pic>
              </a:graphicData>
            </a:graphic>
          </wp:anchor>
        </w:drawing>
      </w:r>
    </w:p>
    <w:p w14:paraId="56CB0E4B" w14:textId="742EBEFF" w:rsidR="0055166B" w:rsidRDefault="0055166B" w:rsidP="0055166B">
      <w:pPr>
        <w:tabs>
          <w:tab w:val="center" w:pos="3168"/>
        </w:tabs>
        <w:rPr>
          <w:rFonts w:ascii="Aptos Display" w:hAnsi="Aptos Display"/>
          <w:sz w:val="24"/>
          <w:szCs w:val="24"/>
        </w:rPr>
      </w:pPr>
    </w:p>
    <w:p w14:paraId="3CD15859" w14:textId="77777777" w:rsidR="0055166B" w:rsidRDefault="0055166B" w:rsidP="0055166B">
      <w:pPr>
        <w:tabs>
          <w:tab w:val="center" w:pos="3168"/>
        </w:tabs>
        <w:rPr>
          <w:rFonts w:ascii="Aptos Display" w:hAnsi="Aptos Display"/>
          <w:sz w:val="24"/>
          <w:szCs w:val="24"/>
        </w:rPr>
      </w:pPr>
    </w:p>
    <w:p w14:paraId="5FC41791" w14:textId="77777777" w:rsidR="00AB764E" w:rsidRDefault="00AB764E" w:rsidP="0055166B">
      <w:pPr>
        <w:tabs>
          <w:tab w:val="center" w:pos="3168"/>
        </w:tabs>
        <w:rPr>
          <w:rFonts w:ascii="Aptos Display" w:hAnsi="Aptos Display"/>
          <w:sz w:val="24"/>
          <w:szCs w:val="24"/>
        </w:rPr>
      </w:pPr>
    </w:p>
    <w:p w14:paraId="3B3702FC" w14:textId="77777777" w:rsidR="00AB764E" w:rsidRDefault="00AB764E" w:rsidP="0055166B">
      <w:pPr>
        <w:tabs>
          <w:tab w:val="center" w:pos="3168"/>
        </w:tabs>
        <w:rPr>
          <w:rFonts w:ascii="Aptos Display" w:hAnsi="Aptos Display"/>
          <w:sz w:val="24"/>
          <w:szCs w:val="24"/>
        </w:rPr>
      </w:pPr>
    </w:p>
    <w:p w14:paraId="1501F5F0" w14:textId="77777777" w:rsidR="00AB764E" w:rsidRDefault="00AB764E" w:rsidP="0055166B">
      <w:pPr>
        <w:tabs>
          <w:tab w:val="center" w:pos="3168"/>
        </w:tabs>
        <w:rPr>
          <w:rFonts w:ascii="Aptos Display" w:hAnsi="Aptos Display"/>
          <w:sz w:val="24"/>
          <w:szCs w:val="24"/>
        </w:rPr>
      </w:pPr>
    </w:p>
    <w:p w14:paraId="22CE43D8" w14:textId="77777777" w:rsidR="00AB764E" w:rsidRDefault="00AB764E" w:rsidP="0055166B">
      <w:pPr>
        <w:tabs>
          <w:tab w:val="center" w:pos="3168"/>
        </w:tabs>
        <w:rPr>
          <w:rFonts w:ascii="Aptos Display" w:hAnsi="Aptos Display"/>
          <w:sz w:val="24"/>
          <w:szCs w:val="24"/>
        </w:rPr>
      </w:pPr>
    </w:p>
    <w:p w14:paraId="722C4215" w14:textId="77777777" w:rsidR="00AB764E" w:rsidRDefault="00AB764E" w:rsidP="0055166B">
      <w:pPr>
        <w:tabs>
          <w:tab w:val="center" w:pos="3168"/>
        </w:tabs>
        <w:rPr>
          <w:rFonts w:ascii="Aptos Display" w:hAnsi="Aptos Display"/>
          <w:sz w:val="24"/>
          <w:szCs w:val="24"/>
        </w:rPr>
      </w:pPr>
    </w:p>
    <w:p w14:paraId="616FE940" w14:textId="77777777" w:rsidR="00AB764E" w:rsidRDefault="00AB764E" w:rsidP="0055166B">
      <w:pPr>
        <w:tabs>
          <w:tab w:val="center" w:pos="3168"/>
        </w:tabs>
        <w:rPr>
          <w:rFonts w:ascii="Aptos Display" w:hAnsi="Aptos Display"/>
          <w:sz w:val="24"/>
          <w:szCs w:val="24"/>
        </w:rPr>
      </w:pPr>
    </w:p>
    <w:p w14:paraId="258161BF" w14:textId="6CB17382" w:rsidR="00FC67C6" w:rsidRDefault="0055166B" w:rsidP="0055166B">
      <w:pPr>
        <w:tabs>
          <w:tab w:val="center" w:pos="3168"/>
        </w:tabs>
        <w:rPr>
          <w:rFonts w:ascii="Aptos Display" w:hAnsi="Aptos Display"/>
          <w:sz w:val="24"/>
          <w:szCs w:val="24"/>
        </w:rPr>
      </w:pPr>
      <w:r>
        <w:rPr>
          <w:rFonts w:ascii="Aptos Display" w:hAnsi="Aptos Display"/>
          <w:sz w:val="24"/>
          <w:szCs w:val="24"/>
        </w:rPr>
        <w:tab/>
      </w:r>
    </w:p>
    <w:p w14:paraId="65CDE662" w14:textId="77777777" w:rsidR="00FC67C6" w:rsidRDefault="00FC67C6">
      <w:pPr>
        <w:spacing w:after="200" w:line="276" w:lineRule="auto"/>
        <w:ind w:firstLine="0"/>
        <w:rPr>
          <w:rFonts w:ascii="Aptos Display" w:hAnsi="Aptos Display"/>
          <w:sz w:val="24"/>
          <w:szCs w:val="24"/>
        </w:rPr>
      </w:pPr>
      <w:r>
        <w:rPr>
          <w:rFonts w:ascii="Aptos Display" w:hAnsi="Aptos Display"/>
          <w:sz w:val="24"/>
          <w:szCs w:val="24"/>
        </w:rPr>
        <w:br w:type="page"/>
      </w:r>
    </w:p>
    <w:p w14:paraId="677A4361" w14:textId="77777777"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Five</w:t>
      </w:r>
    </w:p>
    <w:p w14:paraId="5877DABF" w14:textId="77777777"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Lantern Turtle</w:t>
      </w:r>
    </w:p>
    <w:p w14:paraId="090FAA8E" w14:textId="77777777" w:rsidR="00AA1F39" w:rsidRPr="00634213" w:rsidRDefault="00000000">
      <w:pPr>
        <w:rPr>
          <w:rFonts w:ascii="Aptos Display" w:hAnsi="Aptos Display"/>
          <w:sz w:val="24"/>
          <w:szCs w:val="24"/>
        </w:rPr>
      </w:pPr>
      <w:r w:rsidRPr="00634213">
        <w:rPr>
          <w:rFonts w:ascii="Aptos Display" w:hAnsi="Aptos Display"/>
          <w:sz w:val="24"/>
          <w:szCs w:val="24"/>
        </w:rPr>
        <w:t>The woods opened into a quiet clearing, and at its center lay a pond smooth as glass.</w:t>
      </w:r>
    </w:p>
    <w:p w14:paraId="390EC2E8" w14:textId="77777777" w:rsidR="00AA1F39" w:rsidRPr="00634213" w:rsidRDefault="00000000">
      <w:pPr>
        <w:rPr>
          <w:rFonts w:ascii="Aptos Display" w:hAnsi="Aptos Display"/>
          <w:sz w:val="24"/>
          <w:szCs w:val="24"/>
        </w:rPr>
      </w:pPr>
      <w:r w:rsidRPr="00634213">
        <w:rPr>
          <w:rFonts w:ascii="Aptos Display" w:hAnsi="Aptos Display"/>
          <w:sz w:val="24"/>
          <w:szCs w:val="24"/>
        </w:rPr>
        <w:t>Lily stopped at once.</w:t>
      </w:r>
    </w:p>
    <w:p w14:paraId="06581667" w14:textId="77777777" w:rsidR="00AA1F39" w:rsidRPr="00634213" w:rsidRDefault="00000000">
      <w:pPr>
        <w:rPr>
          <w:rFonts w:ascii="Aptos Display" w:hAnsi="Aptos Display"/>
          <w:sz w:val="24"/>
          <w:szCs w:val="24"/>
        </w:rPr>
      </w:pPr>
      <w:r w:rsidRPr="00634213">
        <w:rPr>
          <w:rFonts w:ascii="Aptos Display" w:hAnsi="Aptos Display"/>
          <w:sz w:val="24"/>
          <w:szCs w:val="24"/>
        </w:rPr>
        <w:t>Tiny lights floated across the water.</w:t>
      </w:r>
    </w:p>
    <w:p w14:paraId="7C6011E8" w14:textId="77777777" w:rsidR="00AA1F39" w:rsidRPr="00634213" w:rsidRDefault="00000000">
      <w:pPr>
        <w:rPr>
          <w:rFonts w:ascii="Aptos Display" w:hAnsi="Aptos Display"/>
          <w:sz w:val="24"/>
          <w:szCs w:val="24"/>
        </w:rPr>
      </w:pPr>
      <w:r w:rsidRPr="00634213">
        <w:rPr>
          <w:rFonts w:ascii="Aptos Display" w:hAnsi="Aptos Display"/>
          <w:sz w:val="24"/>
          <w:szCs w:val="24"/>
        </w:rPr>
        <w:t>“What are those?” she whispered.</w:t>
      </w:r>
    </w:p>
    <w:p w14:paraId="0C9BDCBB" w14:textId="77777777" w:rsidR="00AA1F39" w:rsidRPr="00634213" w:rsidRDefault="00000000">
      <w:pPr>
        <w:rPr>
          <w:rFonts w:ascii="Aptos Display" w:hAnsi="Aptos Display"/>
          <w:sz w:val="24"/>
          <w:szCs w:val="24"/>
        </w:rPr>
      </w:pPr>
      <w:r w:rsidRPr="00634213">
        <w:rPr>
          <w:rFonts w:ascii="Aptos Display" w:hAnsi="Aptos Display"/>
          <w:sz w:val="24"/>
          <w:szCs w:val="24"/>
        </w:rPr>
        <w:t>Ben smiled. “Look closer.”</w:t>
      </w:r>
    </w:p>
    <w:p w14:paraId="526FB7B1" w14:textId="77777777" w:rsidR="00AA1F39" w:rsidRPr="00634213" w:rsidRDefault="00000000">
      <w:pPr>
        <w:rPr>
          <w:rFonts w:ascii="Aptos Display" w:hAnsi="Aptos Display"/>
          <w:sz w:val="24"/>
          <w:szCs w:val="24"/>
        </w:rPr>
      </w:pPr>
      <w:r w:rsidRPr="00634213">
        <w:rPr>
          <w:rFonts w:ascii="Aptos Display" w:hAnsi="Aptos Display"/>
          <w:sz w:val="24"/>
          <w:szCs w:val="24"/>
        </w:rPr>
        <w:t>Lily knelt near the bank. Then she saw them clearly.</w:t>
      </w:r>
    </w:p>
    <w:p w14:paraId="22E6DF43" w14:textId="662D1E9C" w:rsidR="00AA1F39" w:rsidRPr="00634213" w:rsidRDefault="00000000">
      <w:pPr>
        <w:rPr>
          <w:rFonts w:ascii="Aptos Display" w:hAnsi="Aptos Display"/>
          <w:sz w:val="24"/>
          <w:szCs w:val="24"/>
        </w:rPr>
      </w:pPr>
      <w:r w:rsidRPr="00634213">
        <w:rPr>
          <w:rFonts w:ascii="Aptos Display" w:hAnsi="Aptos Display"/>
          <w:sz w:val="24"/>
          <w:szCs w:val="24"/>
        </w:rPr>
        <w:t>Turtles.</w:t>
      </w:r>
    </w:p>
    <w:p w14:paraId="0E0FDEA4" w14:textId="436E73DF" w:rsidR="00AA1F39" w:rsidRPr="00634213" w:rsidRDefault="00000000">
      <w:pPr>
        <w:rPr>
          <w:rFonts w:ascii="Aptos Display" w:hAnsi="Aptos Display"/>
          <w:sz w:val="24"/>
          <w:szCs w:val="24"/>
        </w:rPr>
      </w:pPr>
      <w:r w:rsidRPr="00634213">
        <w:rPr>
          <w:rFonts w:ascii="Aptos Display" w:hAnsi="Aptos Display"/>
          <w:sz w:val="24"/>
          <w:szCs w:val="24"/>
        </w:rPr>
        <w:t>Dozens of them, each carrying a soft golden glow beneath its shell, as though a lantern had been lit inside.</w:t>
      </w:r>
      <w:r w:rsidR="00391E9F" w:rsidRPr="00634213">
        <w:rPr>
          <w:rFonts w:ascii="Aptos Display" w:hAnsi="Aptos Display"/>
          <w:noProof/>
          <w:sz w:val="24"/>
          <w:szCs w:val="24"/>
        </w:rPr>
        <w:t xml:space="preserve"> </w:t>
      </w:r>
    </w:p>
    <w:p w14:paraId="11DCF021" w14:textId="5C4DAFA2" w:rsidR="00AA1F39" w:rsidRPr="00634213" w:rsidRDefault="00000000">
      <w:pPr>
        <w:rPr>
          <w:rFonts w:ascii="Aptos Display" w:hAnsi="Aptos Display"/>
          <w:sz w:val="24"/>
          <w:szCs w:val="24"/>
        </w:rPr>
      </w:pPr>
      <w:r w:rsidRPr="00634213">
        <w:rPr>
          <w:rFonts w:ascii="Aptos Display" w:hAnsi="Aptos Display"/>
          <w:sz w:val="24"/>
          <w:szCs w:val="24"/>
        </w:rPr>
        <w:t>“They’re beautiful,” Lily said.</w:t>
      </w:r>
    </w:p>
    <w:p w14:paraId="63F4DE74" w14:textId="7F60125E" w:rsidR="00AA1F39" w:rsidRPr="00634213" w:rsidRDefault="00583617">
      <w:pPr>
        <w:rPr>
          <w:rFonts w:ascii="Aptos Display" w:hAnsi="Aptos Display"/>
          <w:sz w:val="24"/>
          <w:szCs w:val="24"/>
        </w:rPr>
      </w:pPr>
      <w:r>
        <w:rPr>
          <w:rFonts w:ascii="Aptos Display" w:hAnsi="Aptos Display"/>
          <w:noProof/>
          <w:sz w:val="24"/>
          <w:szCs w:val="24"/>
        </w:rPr>
        <w:drawing>
          <wp:anchor distT="0" distB="0" distL="114300" distR="114300" simplePos="0" relativeHeight="251703296" behindDoc="1" locked="0" layoutInCell="1" allowOverlap="1" wp14:anchorId="0B575527" wp14:editId="5491C999">
            <wp:simplePos x="0" y="0"/>
            <wp:positionH relativeFrom="column">
              <wp:posOffset>394335</wp:posOffset>
            </wp:positionH>
            <wp:positionV relativeFrom="paragraph">
              <wp:posOffset>238125</wp:posOffset>
            </wp:positionV>
            <wp:extent cx="3038475" cy="2023110"/>
            <wp:effectExtent l="0" t="0" r="9525" b="0"/>
            <wp:wrapSquare wrapText="bothSides"/>
            <wp:docPr id="12422443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44344" name="Picture 1242244344"/>
                    <pic:cNvPicPr/>
                  </pic:nvPicPr>
                  <pic:blipFill>
                    <a:blip r:embed="rId21"/>
                    <a:stretch>
                      <a:fillRect/>
                    </a:stretch>
                  </pic:blipFill>
                  <pic:spPr>
                    <a:xfrm>
                      <a:off x="0" y="0"/>
                      <a:ext cx="3038475" cy="2023110"/>
                    </a:xfrm>
                    <a:prstGeom prst="rect">
                      <a:avLst/>
                    </a:prstGeom>
                    <a:effectLst>
                      <a:softEdge rad="127000"/>
                    </a:effectLst>
                  </pic:spPr>
                </pic:pic>
              </a:graphicData>
            </a:graphic>
          </wp:anchor>
        </w:drawing>
      </w:r>
      <w:r w:rsidRPr="00634213">
        <w:rPr>
          <w:rFonts w:ascii="Aptos Display" w:hAnsi="Aptos Display"/>
          <w:sz w:val="24"/>
          <w:szCs w:val="24"/>
        </w:rPr>
        <w:t>One of the turtles, smaller than the others, had drifted into a tangle of reeds near the shore. Its light flickered weakly every time it struggled.</w:t>
      </w:r>
    </w:p>
    <w:p w14:paraId="4406F862" w14:textId="107D4DA5" w:rsidR="00AA1F39" w:rsidRPr="00634213" w:rsidRDefault="00391E9F">
      <w:pPr>
        <w:rPr>
          <w:rFonts w:ascii="Aptos Display" w:hAnsi="Aptos Display"/>
          <w:sz w:val="24"/>
          <w:szCs w:val="24"/>
        </w:rPr>
      </w:pPr>
      <w:r w:rsidRPr="00634213">
        <w:rPr>
          <w:rFonts w:ascii="Aptos Display" w:hAnsi="Aptos Display"/>
          <w:sz w:val="24"/>
          <w:szCs w:val="24"/>
        </w:rPr>
        <w:t>“That one’s stuck,” Lily said.</w:t>
      </w:r>
    </w:p>
    <w:p w14:paraId="5A73A530" w14:textId="23133F58" w:rsidR="00AA1F39" w:rsidRPr="00634213" w:rsidRDefault="00000000">
      <w:pPr>
        <w:rPr>
          <w:rFonts w:ascii="Aptos Display" w:hAnsi="Aptos Display"/>
          <w:sz w:val="24"/>
          <w:szCs w:val="24"/>
        </w:rPr>
      </w:pPr>
      <w:r w:rsidRPr="00634213">
        <w:rPr>
          <w:rFonts w:ascii="Aptos Display" w:hAnsi="Aptos Display"/>
          <w:sz w:val="24"/>
          <w:szCs w:val="24"/>
        </w:rPr>
        <w:t>She reached into the reeds, but the strands were wound tightly around the turtle’s shell.</w:t>
      </w:r>
    </w:p>
    <w:p w14:paraId="2194F742" w14:textId="77777777" w:rsidR="00AA1F39" w:rsidRPr="00634213" w:rsidRDefault="00000000">
      <w:pPr>
        <w:rPr>
          <w:rFonts w:ascii="Aptos Display" w:hAnsi="Aptos Display"/>
          <w:sz w:val="24"/>
          <w:szCs w:val="24"/>
        </w:rPr>
      </w:pPr>
      <w:r w:rsidRPr="00634213">
        <w:rPr>
          <w:rFonts w:ascii="Aptos Display" w:hAnsi="Aptos Display"/>
          <w:sz w:val="24"/>
          <w:szCs w:val="24"/>
        </w:rPr>
        <w:lastRenderedPageBreak/>
        <w:t>Ben knelt beside her. “This one doesn’t need speed. It needs patience.”</w:t>
      </w:r>
    </w:p>
    <w:p w14:paraId="6ADE6A21" w14:textId="77777777" w:rsidR="00AA1F39" w:rsidRPr="00634213" w:rsidRDefault="00000000">
      <w:pPr>
        <w:rPr>
          <w:rFonts w:ascii="Aptos Display" w:hAnsi="Aptos Display"/>
          <w:sz w:val="24"/>
          <w:szCs w:val="24"/>
        </w:rPr>
      </w:pPr>
      <w:r w:rsidRPr="00634213">
        <w:rPr>
          <w:rFonts w:ascii="Aptos Display" w:hAnsi="Aptos Display"/>
          <w:sz w:val="24"/>
          <w:szCs w:val="24"/>
        </w:rPr>
        <w:t>Lily nodded.</w:t>
      </w:r>
    </w:p>
    <w:p w14:paraId="719A54F1" w14:textId="77777777" w:rsidR="00AA1F39" w:rsidRPr="00634213" w:rsidRDefault="00000000">
      <w:pPr>
        <w:rPr>
          <w:rFonts w:ascii="Aptos Display" w:hAnsi="Aptos Display"/>
          <w:sz w:val="24"/>
          <w:szCs w:val="24"/>
        </w:rPr>
      </w:pPr>
      <w:r w:rsidRPr="00634213">
        <w:rPr>
          <w:rFonts w:ascii="Aptos Display" w:hAnsi="Aptos Display"/>
          <w:sz w:val="24"/>
          <w:szCs w:val="24"/>
        </w:rPr>
        <w:t xml:space="preserve">Together they began freeing it, one wet reed at a time. The strands clung stubbornly. More than </w:t>
      </w:r>
      <w:proofErr w:type="gramStart"/>
      <w:r w:rsidRPr="00634213">
        <w:rPr>
          <w:rFonts w:ascii="Aptos Display" w:hAnsi="Aptos Display"/>
          <w:sz w:val="24"/>
          <w:szCs w:val="24"/>
        </w:rPr>
        <w:t>once</w:t>
      </w:r>
      <w:proofErr w:type="gramEnd"/>
      <w:r w:rsidRPr="00634213">
        <w:rPr>
          <w:rFonts w:ascii="Aptos Display" w:hAnsi="Aptos Display"/>
          <w:sz w:val="24"/>
          <w:szCs w:val="24"/>
        </w:rPr>
        <w:t xml:space="preserve"> Lily thought she had loosened the turtle completely, only to find one more ribbon of grass caught beneath its shell.</w:t>
      </w:r>
    </w:p>
    <w:p w14:paraId="48B9A38D" w14:textId="77777777" w:rsidR="00AA1F39" w:rsidRPr="00634213" w:rsidRDefault="00000000">
      <w:pPr>
        <w:rPr>
          <w:rFonts w:ascii="Aptos Display" w:hAnsi="Aptos Display"/>
          <w:sz w:val="24"/>
          <w:szCs w:val="24"/>
        </w:rPr>
      </w:pPr>
      <w:r w:rsidRPr="00634213">
        <w:rPr>
          <w:rFonts w:ascii="Aptos Display" w:hAnsi="Aptos Display"/>
          <w:sz w:val="24"/>
          <w:szCs w:val="24"/>
        </w:rPr>
        <w:t>“This is taking forever,” she said.</w:t>
      </w:r>
    </w:p>
    <w:p w14:paraId="14C437C2" w14:textId="77777777" w:rsidR="00AA1F39" w:rsidRPr="00634213" w:rsidRDefault="00000000">
      <w:pPr>
        <w:rPr>
          <w:rFonts w:ascii="Aptos Display" w:hAnsi="Aptos Display"/>
          <w:sz w:val="24"/>
          <w:szCs w:val="24"/>
        </w:rPr>
      </w:pPr>
      <w:r w:rsidRPr="00634213">
        <w:rPr>
          <w:rFonts w:ascii="Aptos Display" w:hAnsi="Aptos Display"/>
          <w:sz w:val="24"/>
          <w:szCs w:val="24"/>
        </w:rPr>
        <w:t>Ben gave a half smile. “Some good things do.”</w:t>
      </w:r>
    </w:p>
    <w:p w14:paraId="469BD7A8" w14:textId="77777777" w:rsidR="00AA1F39" w:rsidRPr="00634213" w:rsidRDefault="00000000">
      <w:pPr>
        <w:rPr>
          <w:rFonts w:ascii="Aptos Display" w:hAnsi="Aptos Display"/>
          <w:sz w:val="24"/>
          <w:szCs w:val="24"/>
        </w:rPr>
      </w:pPr>
      <w:r w:rsidRPr="00634213">
        <w:rPr>
          <w:rFonts w:ascii="Aptos Display" w:hAnsi="Aptos Display"/>
          <w:sz w:val="24"/>
          <w:szCs w:val="24"/>
        </w:rPr>
        <w:t xml:space="preserve">At </w:t>
      </w:r>
      <w:proofErr w:type="gramStart"/>
      <w:r w:rsidRPr="00634213">
        <w:rPr>
          <w:rFonts w:ascii="Aptos Display" w:hAnsi="Aptos Display"/>
          <w:sz w:val="24"/>
          <w:szCs w:val="24"/>
        </w:rPr>
        <w:t>last</w:t>
      </w:r>
      <w:proofErr w:type="gramEnd"/>
      <w:r w:rsidRPr="00634213">
        <w:rPr>
          <w:rFonts w:ascii="Aptos Display" w:hAnsi="Aptos Display"/>
          <w:sz w:val="24"/>
          <w:szCs w:val="24"/>
        </w:rPr>
        <w:t xml:space="preserve"> the final strand slipped loose.</w:t>
      </w:r>
    </w:p>
    <w:p w14:paraId="63AD1B20" w14:textId="7633BFD7" w:rsidR="00AA1F39" w:rsidRPr="00634213" w:rsidRDefault="00000000">
      <w:pPr>
        <w:rPr>
          <w:rFonts w:ascii="Aptos Display" w:hAnsi="Aptos Display"/>
          <w:sz w:val="24"/>
          <w:szCs w:val="24"/>
        </w:rPr>
      </w:pPr>
      <w:r w:rsidRPr="00634213">
        <w:rPr>
          <w:rFonts w:ascii="Aptos Display" w:hAnsi="Aptos Display"/>
          <w:sz w:val="24"/>
          <w:szCs w:val="24"/>
        </w:rPr>
        <w:t>The little turtle paddled forward into the open water. As it did, the glow inside its shell brightened, steady and warm. It circled once near the shore, then drifted away to join the others.</w:t>
      </w:r>
    </w:p>
    <w:p w14:paraId="02F68554" w14:textId="6B5208A9" w:rsidR="00AA1F39" w:rsidRPr="00634213" w:rsidRDefault="00391E9F">
      <w:pPr>
        <w:rPr>
          <w:rFonts w:ascii="Aptos Display" w:hAnsi="Aptos Display"/>
          <w:sz w:val="24"/>
          <w:szCs w:val="24"/>
        </w:rPr>
      </w:pPr>
      <w:r w:rsidRPr="00634213">
        <w:rPr>
          <w:rFonts w:ascii="Aptos Display" w:hAnsi="Aptos Display"/>
          <w:sz w:val="24"/>
          <w:szCs w:val="24"/>
        </w:rPr>
        <w:t>For a while</w:t>
      </w:r>
      <w:r w:rsidR="00607062">
        <w:rPr>
          <w:rFonts w:ascii="Aptos Display" w:hAnsi="Aptos Display"/>
          <w:sz w:val="24"/>
          <w:szCs w:val="24"/>
        </w:rPr>
        <w:t>,</w:t>
      </w:r>
      <w:r w:rsidRPr="00634213">
        <w:rPr>
          <w:rFonts w:ascii="Aptos Display" w:hAnsi="Aptos Display"/>
          <w:sz w:val="24"/>
          <w:szCs w:val="24"/>
        </w:rPr>
        <w:t xml:space="preserve"> Lily and Ben sat side by side on the grassy bank, watching the lantern turtles move across the pond like stars that had chosen water instead of sky.</w:t>
      </w:r>
    </w:p>
    <w:p w14:paraId="46658DCE" w14:textId="101E3459" w:rsidR="00AA1F39" w:rsidRPr="00634213" w:rsidRDefault="00000000">
      <w:pPr>
        <w:rPr>
          <w:rFonts w:ascii="Aptos Display" w:hAnsi="Aptos Display"/>
          <w:sz w:val="24"/>
          <w:szCs w:val="24"/>
        </w:rPr>
      </w:pPr>
      <w:r w:rsidRPr="00634213">
        <w:rPr>
          <w:rFonts w:ascii="Aptos Display" w:hAnsi="Aptos Display"/>
          <w:sz w:val="24"/>
          <w:szCs w:val="24"/>
        </w:rPr>
        <w:t xml:space="preserve">Lily thought of Ben’s notebook. Of all the turtles he had cared about. </w:t>
      </w:r>
      <w:r w:rsidR="00634213" w:rsidRPr="00634213">
        <w:rPr>
          <w:rFonts w:ascii="Aptos Display" w:hAnsi="Aptos Display"/>
          <w:sz w:val="24"/>
          <w:szCs w:val="24"/>
        </w:rPr>
        <w:t>In</w:t>
      </w:r>
      <w:r w:rsidRPr="00634213">
        <w:rPr>
          <w:rFonts w:ascii="Aptos Display" w:hAnsi="Aptos Display"/>
          <w:sz w:val="24"/>
          <w:szCs w:val="24"/>
        </w:rPr>
        <w:t xml:space="preserve"> the way he believed that small lives mattered.</w:t>
      </w:r>
    </w:p>
    <w:p w14:paraId="40FDEAB6" w14:textId="71CAFB5E" w:rsidR="00AA1F39" w:rsidRPr="00634213" w:rsidRDefault="0037532B">
      <w:pPr>
        <w:rPr>
          <w:rFonts w:ascii="Aptos Display" w:hAnsi="Aptos Display"/>
          <w:sz w:val="24"/>
          <w:szCs w:val="24"/>
        </w:rPr>
      </w:pPr>
      <w:r>
        <w:rPr>
          <w:rFonts w:ascii="Aptos Display" w:hAnsi="Aptos Display"/>
          <w:noProof/>
          <w:sz w:val="24"/>
          <w:szCs w:val="24"/>
        </w:rPr>
        <w:drawing>
          <wp:anchor distT="0" distB="0" distL="114300" distR="114300" simplePos="0" relativeHeight="251704320" behindDoc="0" locked="0" layoutInCell="1" allowOverlap="1" wp14:anchorId="536742B1" wp14:editId="05DCA682">
            <wp:simplePos x="0" y="0"/>
            <wp:positionH relativeFrom="column">
              <wp:posOffset>299085</wp:posOffset>
            </wp:positionH>
            <wp:positionV relativeFrom="paragraph">
              <wp:posOffset>331470</wp:posOffset>
            </wp:positionV>
            <wp:extent cx="3076575" cy="2048510"/>
            <wp:effectExtent l="0" t="0" r="9525" b="8890"/>
            <wp:wrapTopAndBottom/>
            <wp:docPr id="16096442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44232" name="Picture 1609644232"/>
                    <pic:cNvPicPr/>
                  </pic:nvPicPr>
                  <pic:blipFill>
                    <a:blip r:embed="rId22"/>
                    <a:stretch>
                      <a:fillRect/>
                    </a:stretch>
                  </pic:blipFill>
                  <pic:spPr>
                    <a:xfrm>
                      <a:off x="0" y="0"/>
                      <a:ext cx="3076575" cy="2048510"/>
                    </a:xfrm>
                    <a:prstGeom prst="rect">
                      <a:avLst/>
                    </a:prstGeom>
                    <a:effectLst>
                      <a:softEdge rad="127000"/>
                    </a:effectLst>
                  </pic:spPr>
                </pic:pic>
              </a:graphicData>
            </a:graphic>
          </wp:anchor>
        </w:drawing>
      </w:r>
      <w:r w:rsidRPr="00634213">
        <w:rPr>
          <w:rFonts w:ascii="Aptos Display" w:hAnsi="Aptos Display"/>
          <w:sz w:val="24"/>
          <w:szCs w:val="24"/>
        </w:rPr>
        <w:t>“Did you ever get tired?” she asked quietly.</w:t>
      </w:r>
    </w:p>
    <w:p w14:paraId="68220E8C" w14:textId="3471DA3A" w:rsidR="00AA1F39" w:rsidRPr="00634213" w:rsidRDefault="00000000">
      <w:pPr>
        <w:rPr>
          <w:rFonts w:ascii="Aptos Display" w:hAnsi="Aptos Display"/>
          <w:sz w:val="24"/>
          <w:szCs w:val="24"/>
        </w:rPr>
      </w:pPr>
      <w:r w:rsidRPr="00634213">
        <w:rPr>
          <w:rFonts w:ascii="Aptos Display" w:hAnsi="Aptos Display"/>
          <w:sz w:val="24"/>
          <w:szCs w:val="24"/>
        </w:rPr>
        <w:lastRenderedPageBreak/>
        <w:t>“Of caring so much?”</w:t>
      </w:r>
    </w:p>
    <w:p w14:paraId="7D95072B" w14:textId="211C2694" w:rsidR="00AA1F39" w:rsidRPr="00634213" w:rsidRDefault="00000000">
      <w:pPr>
        <w:rPr>
          <w:rFonts w:ascii="Aptos Display" w:hAnsi="Aptos Display"/>
          <w:sz w:val="24"/>
          <w:szCs w:val="24"/>
        </w:rPr>
      </w:pPr>
      <w:r w:rsidRPr="00634213">
        <w:rPr>
          <w:rFonts w:ascii="Aptos Display" w:hAnsi="Aptos Display"/>
          <w:sz w:val="24"/>
          <w:szCs w:val="24"/>
        </w:rPr>
        <w:t>Ben looked out over the pond. “Sometimes caring hurts,” he said. “But it also lights things up.”</w:t>
      </w:r>
    </w:p>
    <w:p w14:paraId="5940F58E" w14:textId="559771E5" w:rsidR="00AA1F39" w:rsidRPr="00634213" w:rsidRDefault="00000000">
      <w:pPr>
        <w:rPr>
          <w:rFonts w:ascii="Aptos Display" w:hAnsi="Aptos Display"/>
          <w:sz w:val="24"/>
          <w:szCs w:val="24"/>
        </w:rPr>
      </w:pPr>
      <w:r w:rsidRPr="00634213">
        <w:rPr>
          <w:rFonts w:ascii="Aptos Display" w:hAnsi="Aptos Display"/>
          <w:sz w:val="24"/>
          <w:szCs w:val="24"/>
        </w:rPr>
        <w:t>Maybe love did not only leave pain behind.</w:t>
      </w:r>
    </w:p>
    <w:p w14:paraId="2C192905" w14:textId="53E9E725" w:rsidR="00AA1F39" w:rsidRPr="00634213" w:rsidRDefault="00000000">
      <w:pPr>
        <w:rPr>
          <w:rFonts w:ascii="Aptos Display" w:hAnsi="Aptos Display"/>
          <w:sz w:val="24"/>
          <w:szCs w:val="24"/>
        </w:rPr>
      </w:pPr>
      <w:r w:rsidRPr="00634213">
        <w:rPr>
          <w:rFonts w:ascii="Aptos Display" w:hAnsi="Aptos Display"/>
          <w:sz w:val="24"/>
          <w:szCs w:val="24"/>
        </w:rPr>
        <w:t>Maybe it left light too.</w:t>
      </w:r>
    </w:p>
    <w:p w14:paraId="5C4775E3" w14:textId="5873867C" w:rsidR="00AA1F39" w:rsidRPr="00634213" w:rsidRDefault="00FC67C6">
      <w:pPr>
        <w:rPr>
          <w:rFonts w:ascii="Aptos Display" w:hAnsi="Aptos Display"/>
          <w:sz w:val="24"/>
          <w:szCs w:val="24"/>
        </w:rPr>
      </w:pPr>
      <w:r w:rsidRPr="00634213">
        <w:rPr>
          <w:rFonts w:ascii="Aptos Display" w:hAnsi="Aptos Display"/>
          <w:sz w:val="24"/>
          <w:szCs w:val="24"/>
        </w:rPr>
        <w:t>Ben turned toward her.</w:t>
      </w:r>
    </w:p>
    <w:p w14:paraId="3C8273D6" w14:textId="7748C3F3" w:rsidR="00AA1F39" w:rsidRPr="00634213" w:rsidRDefault="00000000">
      <w:pPr>
        <w:rPr>
          <w:rFonts w:ascii="Aptos Display" w:hAnsi="Aptos Display"/>
          <w:sz w:val="24"/>
          <w:szCs w:val="24"/>
        </w:rPr>
      </w:pPr>
      <w:r w:rsidRPr="00634213">
        <w:rPr>
          <w:rFonts w:ascii="Aptos Display" w:hAnsi="Aptos Display"/>
          <w:sz w:val="24"/>
          <w:szCs w:val="24"/>
        </w:rPr>
        <w:t>“You don’t have to carry sadness like it’s the only way to remember me,” he said. “You can carry what mattered. The kindness. The courage. The way we tried to help.”</w:t>
      </w:r>
    </w:p>
    <w:p w14:paraId="73A2A192" w14:textId="6EE000B6" w:rsidR="00AA1F39" w:rsidRPr="00634213" w:rsidRDefault="00000000">
      <w:pPr>
        <w:rPr>
          <w:rFonts w:ascii="Aptos Display" w:hAnsi="Aptos Display"/>
          <w:sz w:val="24"/>
          <w:szCs w:val="24"/>
        </w:rPr>
      </w:pPr>
      <w:proofErr w:type="gramStart"/>
      <w:r w:rsidRPr="00634213">
        <w:rPr>
          <w:rFonts w:ascii="Aptos Display" w:hAnsi="Aptos Display"/>
          <w:sz w:val="24"/>
          <w:szCs w:val="24"/>
        </w:rPr>
        <w:t>All across</w:t>
      </w:r>
      <w:proofErr w:type="gramEnd"/>
      <w:r w:rsidRPr="00634213">
        <w:rPr>
          <w:rFonts w:ascii="Aptos Display" w:hAnsi="Aptos Display"/>
          <w:sz w:val="24"/>
          <w:szCs w:val="24"/>
        </w:rPr>
        <w:t xml:space="preserve"> the pond, the lantern turtles shimmered.</w:t>
      </w:r>
    </w:p>
    <w:p w14:paraId="411D4D28" w14:textId="0EA09075" w:rsidR="00AA1F39" w:rsidRPr="00634213" w:rsidRDefault="00000000">
      <w:pPr>
        <w:rPr>
          <w:rFonts w:ascii="Aptos Display" w:hAnsi="Aptos Display"/>
          <w:sz w:val="24"/>
          <w:szCs w:val="24"/>
        </w:rPr>
      </w:pPr>
      <w:r w:rsidRPr="00634213">
        <w:rPr>
          <w:rFonts w:ascii="Aptos Display" w:hAnsi="Aptos Display"/>
          <w:sz w:val="24"/>
          <w:szCs w:val="24"/>
        </w:rPr>
        <w:t>Lily pressed her hand over her heart.</w:t>
      </w:r>
    </w:p>
    <w:p w14:paraId="1C25DFC2" w14:textId="10B0502C" w:rsidR="00AA1F39" w:rsidRPr="00634213" w:rsidRDefault="00000000">
      <w:pPr>
        <w:rPr>
          <w:rFonts w:ascii="Aptos Display" w:hAnsi="Aptos Display"/>
          <w:sz w:val="24"/>
          <w:szCs w:val="24"/>
        </w:rPr>
      </w:pPr>
      <w:r w:rsidRPr="00634213">
        <w:rPr>
          <w:rFonts w:ascii="Aptos Display" w:hAnsi="Aptos Display"/>
          <w:sz w:val="24"/>
          <w:szCs w:val="24"/>
        </w:rPr>
        <w:t>Perhaps memory could warm as well as ache.</w:t>
      </w:r>
    </w:p>
    <w:p w14:paraId="2B0BB54C" w14:textId="32B64443" w:rsidR="00391E9F" w:rsidRPr="00634213" w:rsidRDefault="00000000">
      <w:pPr>
        <w:rPr>
          <w:rFonts w:ascii="Aptos Display" w:hAnsi="Aptos Display"/>
          <w:sz w:val="24"/>
          <w:szCs w:val="24"/>
        </w:rPr>
      </w:pPr>
      <w:r w:rsidRPr="00634213">
        <w:rPr>
          <w:rFonts w:ascii="Aptos Display" w:hAnsi="Aptos Display"/>
          <w:sz w:val="24"/>
          <w:szCs w:val="24"/>
        </w:rPr>
        <w:t>A lantern, not only a wound.</w:t>
      </w:r>
    </w:p>
    <w:p w14:paraId="050093A8" w14:textId="5EA452A0" w:rsidR="00391E9F" w:rsidRPr="00634213" w:rsidRDefault="00391E9F">
      <w:pPr>
        <w:rPr>
          <w:rFonts w:ascii="Aptos Display" w:hAnsi="Aptos Display"/>
          <w:sz w:val="24"/>
          <w:szCs w:val="24"/>
        </w:rPr>
      </w:pPr>
    </w:p>
    <w:p w14:paraId="20C97E79" w14:textId="0CA15EA8" w:rsidR="00AA1F39" w:rsidRPr="00634213" w:rsidRDefault="00000000">
      <w:pPr>
        <w:rPr>
          <w:rFonts w:ascii="Aptos Display" w:hAnsi="Aptos Display"/>
          <w:sz w:val="24"/>
          <w:szCs w:val="24"/>
        </w:rPr>
      </w:pPr>
      <w:r w:rsidRPr="00634213">
        <w:rPr>
          <w:rFonts w:ascii="Aptos Display" w:hAnsi="Aptos Display"/>
          <w:sz w:val="24"/>
          <w:szCs w:val="24"/>
        </w:rPr>
        <w:br w:type="page"/>
      </w:r>
    </w:p>
    <w:p w14:paraId="6D05B176" w14:textId="0FF46732"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Six</w:t>
      </w:r>
    </w:p>
    <w:p w14:paraId="0E75DCFA" w14:textId="77777777"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Garden Above the Clouds</w:t>
      </w:r>
    </w:p>
    <w:p w14:paraId="5AAB25E1" w14:textId="65B6D424" w:rsidR="00AA1F39" w:rsidRPr="00634213" w:rsidRDefault="00000000">
      <w:pPr>
        <w:rPr>
          <w:rFonts w:ascii="Aptos Display" w:hAnsi="Aptos Display"/>
          <w:sz w:val="24"/>
          <w:szCs w:val="24"/>
        </w:rPr>
      </w:pPr>
      <w:r w:rsidRPr="00634213">
        <w:rPr>
          <w:rFonts w:ascii="Aptos Display" w:hAnsi="Aptos Display"/>
          <w:sz w:val="24"/>
          <w:szCs w:val="24"/>
        </w:rPr>
        <w:t>The clearing softened and blurred around them, and suddenly Lily found herself standing in a place so beautiful it made her go still.</w:t>
      </w:r>
    </w:p>
    <w:p w14:paraId="72D91861" w14:textId="77777777" w:rsidR="00AA1F39" w:rsidRPr="00634213" w:rsidRDefault="00000000">
      <w:pPr>
        <w:rPr>
          <w:rFonts w:ascii="Aptos Display" w:hAnsi="Aptos Display"/>
          <w:sz w:val="24"/>
          <w:szCs w:val="24"/>
        </w:rPr>
      </w:pPr>
      <w:r w:rsidRPr="00634213">
        <w:rPr>
          <w:rFonts w:ascii="Aptos Display" w:hAnsi="Aptos Display"/>
          <w:sz w:val="24"/>
          <w:szCs w:val="24"/>
        </w:rPr>
        <w:t>They were in a garden above the clouds.</w:t>
      </w:r>
    </w:p>
    <w:p w14:paraId="0D8933CF" w14:textId="76CC12FE" w:rsidR="00AA1F39" w:rsidRPr="00634213" w:rsidRDefault="00000000">
      <w:pPr>
        <w:rPr>
          <w:rFonts w:ascii="Aptos Display" w:hAnsi="Aptos Display"/>
          <w:sz w:val="24"/>
          <w:szCs w:val="24"/>
        </w:rPr>
      </w:pPr>
      <w:r w:rsidRPr="00634213">
        <w:rPr>
          <w:rFonts w:ascii="Aptos Display" w:hAnsi="Aptos Display"/>
          <w:sz w:val="24"/>
          <w:szCs w:val="24"/>
        </w:rPr>
        <w:t>Mist drifted below shining paths. Arches wrapped in silver vines curved overhead. Flowers in shades of pearl, gold, and pale blue bloomed everywhere, their petals lit from within.</w:t>
      </w:r>
    </w:p>
    <w:p w14:paraId="63953555" w14:textId="7E41C95C" w:rsidR="00AA1F39" w:rsidRPr="00634213" w:rsidRDefault="00000000">
      <w:pPr>
        <w:rPr>
          <w:rFonts w:ascii="Aptos Display" w:hAnsi="Aptos Display"/>
          <w:sz w:val="24"/>
          <w:szCs w:val="24"/>
        </w:rPr>
      </w:pPr>
      <w:r w:rsidRPr="00634213">
        <w:rPr>
          <w:rFonts w:ascii="Aptos Display" w:hAnsi="Aptos Display"/>
          <w:sz w:val="24"/>
          <w:szCs w:val="24"/>
        </w:rPr>
        <w:t xml:space="preserve">Lily turned </w:t>
      </w:r>
      <w:proofErr w:type="gramStart"/>
      <w:r w:rsidRPr="00634213">
        <w:rPr>
          <w:rFonts w:ascii="Aptos Display" w:hAnsi="Aptos Display"/>
          <w:sz w:val="24"/>
          <w:szCs w:val="24"/>
        </w:rPr>
        <w:t>in</w:t>
      </w:r>
      <w:proofErr w:type="gramEnd"/>
      <w:r w:rsidRPr="00634213">
        <w:rPr>
          <w:rFonts w:ascii="Aptos Display" w:hAnsi="Aptos Display"/>
          <w:sz w:val="24"/>
          <w:szCs w:val="24"/>
        </w:rPr>
        <w:t xml:space="preserve"> a slow circle.</w:t>
      </w:r>
    </w:p>
    <w:p w14:paraId="6E2BF35D" w14:textId="3E9C69F2" w:rsidR="00AA1F39" w:rsidRPr="00634213" w:rsidRDefault="00000000">
      <w:pPr>
        <w:rPr>
          <w:rFonts w:ascii="Aptos Display" w:hAnsi="Aptos Display"/>
          <w:sz w:val="24"/>
          <w:szCs w:val="24"/>
        </w:rPr>
      </w:pPr>
      <w:r w:rsidRPr="00634213">
        <w:rPr>
          <w:rFonts w:ascii="Aptos Display" w:hAnsi="Aptos Display"/>
          <w:sz w:val="24"/>
          <w:szCs w:val="24"/>
        </w:rPr>
        <w:t>“It’s like a secret.”</w:t>
      </w:r>
    </w:p>
    <w:p w14:paraId="27242FCC" w14:textId="18396EDD" w:rsidR="00AA1F39" w:rsidRPr="00634213" w:rsidRDefault="00275175">
      <w:pPr>
        <w:rPr>
          <w:rFonts w:ascii="Aptos Display" w:hAnsi="Aptos Display"/>
          <w:sz w:val="24"/>
          <w:szCs w:val="24"/>
        </w:rPr>
      </w:pPr>
      <w:r w:rsidRPr="00634213">
        <w:rPr>
          <w:rFonts w:ascii="Aptos Display" w:hAnsi="Aptos Display"/>
          <w:sz w:val="24"/>
          <w:szCs w:val="24"/>
        </w:rPr>
        <w:t>Ben smiled. “Maybe it is.”</w:t>
      </w:r>
    </w:p>
    <w:p w14:paraId="324A6613" w14:textId="33FF5C18" w:rsidR="00AA1F39" w:rsidRPr="00634213" w:rsidRDefault="00000000">
      <w:pPr>
        <w:rPr>
          <w:rFonts w:ascii="Aptos Display" w:hAnsi="Aptos Display"/>
          <w:sz w:val="24"/>
          <w:szCs w:val="24"/>
        </w:rPr>
      </w:pPr>
      <w:r w:rsidRPr="00634213">
        <w:rPr>
          <w:rFonts w:ascii="Aptos Display" w:hAnsi="Aptos Display"/>
          <w:sz w:val="24"/>
          <w:szCs w:val="24"/>
        </w:rPr>
        <w:t>At the center of the garden stood a stone bench beneath a flowering tree. The branches bowed overhead, and whenever the breeze stirred, petals drifted down around them.</w:t>
      </w:r>
    </w:p>
    <w:p w14:paraId="6B3AACE2" w14:textId="007FBDF0" w:rsidR="00AA1F39" w:rsidRPr="00634213" w:rsidRDefault="00000000">
      <w:pPr>
        <w:rPr>
          <w:rFonts w:ascii="Aptos Display" w:hAnsi="Aptos Display"/>
          <w:sz w:val="24"/>
          <w:szCs w:val="24"/>
        </w:rPr>
      </w:pPr>
      <w:r w:rsidRPr="00634213">
        <w:rPr>
          <w:rFonts w:ascii="Aptos Display" w:hAnsi="Aptos Display"/>
          <w:sz w:val="24"/>
          <w:szCs w:val="24"/>
        </w:rPr>
        <w:t>Lily sat. Ben sat beside her.</w:t>
      </w:r>
    </w:p>
    <w:p w14:paraId="45074CF7" w14:textId="39943BAD" w:rsidR="00AA1F39" w:rsidRPr="00634213" w:rsidRDefault="00000000">
      <w:pPr>
        <w:rPr>
          <w:rFonts w:ascii="Aptos Display" w:hAnsi="Aptos Display"/>
          <w:sz w:val="24"/>
          <w:szCs w:val="24"/>
        </w:rPr>
      </w:pPr>
      <w:r w:rsidRPr="00634213">
        <w:rPr>
          <w:rFonts w:ascii="Aptos Display" w:hAnsi="Aptos Display"/>
          <w:sz w:val="24"/>
          <w:szCs w:val="24"/>
        </w:rPr>
        <w:t>For the first time that night, no frightened creature waited to be rescued. The stillness did not feel empty.</w:t>
      </w:r>
    </w:p>
    <w:p w14:paraId="44208B1A" w14:textId="0AC54990" w:rsidR="00AA1F39" w:rsidRPr="00634213" w:rsidRDefault="00F83C58">
      <w:pPr>
        <w:rPr>
          <w:rFonts w:ascii="Aptos Display" w:hAnsi="Aptos Display"/>
          <w:sz w:val="24"/>
          <w:szCs w:val="24"/>
        </w:rPr>
      </w:pPr>
      <w:r>
        <w:rPr>
          <w:rFonts w:ascii="Aptos Display" w:hAnsi="Aptos Display"/>
          <w:noProof/>
          <w:sz w:val="24"/>
          <w:szCs w:val="24"/>
        </w:rPr>
        <w:drawing>
          <wp:anchor distT="0" distB="0" distL="114300" distR="114300" simplePos="0" relativeHeight="251705344" behindDoc="0" locked="0" layoutInCell="1" allowOverlap="1" wp14:anchorId="4FAC8A8B" wp14:editId="48E56482">
            <wp:simplePos x="0" y="0"/>
            <wp:positionH relativeFrom="column">
              <wp:posOffset>-110490</wp:posOffset>
            </wp:positionH>
            <wp:positionV relativeFrom="paragraph">
              <wp:posOffset>342265</wp:posOffset>
            </wp:positionV>
            <wp:extent cx="3794760" cy="2071370"/>
            <wp:effectExtent l="0" t="0" r="0" b="5080"/>
            <wp:wrapThrough wrapText="bothSides">
              <wp:wrapPolygon edited="0">
                <wp:start x="325" y="0"/>
                <wp:lineTo x="0" y="795"/>
                <wp:lineTo x="0" y="20262"/>
                <wp:lineTo x="325" y="21454"/>
                <wp:lineTo x="21145" y="21454"/>
                <wp:lineTo x="21470" y="20262"/>
                <wp:lineTo x="21470" y="795"/>
                <wp:lineTo x="21145" y="0"/>
                <wp:lineTo x="325" y="0"/>
              </wp:wrapPolygon>
            </wp:wrapThrough>
            <wp:docPr id="5325547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54761" name="Picture 532554761"/>
                    <pic:cNvPicPr/>
                  </pic:nvPicPr>
                  <pic:blipFill>
                    <a:blip r:embed="rId23"/>
                    <a:stretch>
                      <a:fillRect/>
                    </a:stretch>
                  </pic:blipFill>
                  <pic:spPr>
                    <a:xfrm>
                      <a:off x="0" y="0"/>
                      <a:ext cx="3794760" cy="2071370"/>
                    </a:xfrm>
                    <a:prstGeom prst="rect">
                      <a:avLst/>
                    </a:prstGeom>
                    <a:effectLst>
                      <a:softEdge rad="127000"/>
                    </a:effectLst>
                  </pic:spPr>
                </pic:pic>
              </a:graphicData>
            </a:graphic>
          </wp:anchor>
        </w:drawing>
      </w:r>
      <w:r w:rsidRPr="00634213">
        <w:rPr>
          <w:rFonts w:ascii="Aptos Display" w:hAnsi="Aptos Display"/>
          <w:sz w:val="24"/>
          <w:szCs w:val="24"/>
        </w:rPr>
        <w:t>It felt purposeful.</w:t>
      </w:r>
    </w:p>
    <w:p w14:paraId="2F854973" w14:textId="14F20851" w:rsidR="00AA1F39" w:rsidRPr="00634213" w:rsidRDefault="00000000">
      <w:pPr>
        <w:rPr>
          <w:rFonts w:ascii="Aptos Display" w:hAnsi="Aptos Display"/>
          <w:sz w:val="24"/>
          <w:szCs w:val="24"/>
        </w:rPr>
      </w:pPr>
      <w:r w:rsidRPr="00634213">
        <w:rPr>
          <w:rFonts w:ascii="Aptos Display" w:hAnsi="Aptos Display"/>
          <w:sz w:val="24"/>
          <w:szCs w:val="24"/>
        </w:rPr>
        <w:lastRenderedPageBreak/>
        <w:t>“I don’t want to forget you,” Lily said.</w:t>
      </w:r>
    </w:p>
    <w:p w14:paraId="275F94EC" w14:textId="19307389" w:rsidR="00AA1F39" w:rsidRPr="00634213" w:rsidRDefault="00000000">
      <w:pPr>
        <w:rPr>
          <w:rFonts w:ascii="Aptos Display" w:hAnsi="Aptos Display"/>
          <w:sz w:val="24"/>
          <w:szCs w:val="24"/>
        </w:rPr>
      </w:pPr>
      <w:r w:rsidRPr="00634213">
        <w:rPr>
          <w:rFonts w:ascii="Aptos Display" w:hAnsi="Aptos Display"/>
          <w:sz w:val="24"/>
          <w:szCs w:val="24"/>
        </w:rPr>
        <w:t>“You won’t,” Ben answered.</w:t>
      </w:r>
    </w:p>
    <w:p w14:paraId="18E0FAE7" w14:textId="6EBA98AE" w:rsidR="00AA1F39" w:rsidRPr="00634213" w:rsidRDefault="00000000">
      <w:pPr>
        <w:rPr>
          <w:rFonts w:ascii="Aptos Display" w:hAnsi="Aptos Display"/>
          <w:sz w:val="24"/>
          <w:szCs w:val="24"/>
        </w:rPr>
      </w:pPr>
      <w:r w:rsidRPr="00634213">
        <w:rPr>
          <w:rFonts w:ascii="Aptos Display" w:hAnsi="Aptos Display"/>
          <w:sz w:val="24"/>
          <w:szCs w:val="24"/>
        </w:rPr>
        <w:t>“But what if things change?” she asked. “What if I laugh more again? What if I have normal days? What if one day I don’t think about you every second?”</w:t>
      </w:r>
    </w:p>
    <w:p w14:paraId="0A06293E" w14:textId="562C6B49" w:rsidR="00AA1F39" w:rsidRPr="00634213" w:rsidRDefault="00000000">
      <w:pPr>
        <w:rPr>
          <w:rFonts w:ascii="Aptos Display" w:hAnsi="Aptos Display"/>
          <w:sz w:val="24"/>
          <w:szCs w:val="24"/>
        </w:rPr>
      </w:pPr>
      <w:r w:rsidRPr="00634213">
        <w:rPr>
          <w:rFonts w:ascii="Aptos Display" w:hAnsi="Aptos Display"/>
          <w:sz w:val="24"/>
          <w:szCs w:val="24"/>
        </w:rPr>
        <w:t>Ben turned toward her.</w:t>
      </w:r>
    </w:p>
    <w:p w14:paraId="2968E147" w14:textId="5D04B3E7" w:rsidR="00AA1F39" w:rsidRPr="00634213" w:rsidRDefault="00000000">
      <w:pPr>
        <w:rPr>
          <w:rFonts w:ascii="Aptos Display" w:hAnsi="Aptos Display"/>
          <w:sz w:val="24"/>
          <w:szCs w:val="24"/>
        </w:rPr>
      </w:pPr>
      <w:r w:rsidRPr="00634213">
        <w:rPr>
          <w:rFonts w:ascii="Aptos Display" w:hAnsi="Aptos Display"/>
          <w:sz w:val="24"/>
          <w:szCs w:val="24"/>
        </w:rPr>
        <w:t>“That won’t mean you loved me less.”</w:t>
      </w:r>
    </w:p>
    <w:p w14:paraId="37972BA6" w14:textId="79520264" w:rsidR="00AA1F39" w:rsidRPr="00634213" w:rsidRDefault="00000000">
      <w:pPr>
        <w:rPr>
          <w:rFonts w:ascii="Aptos Display" w:hAnsi="Aptos Display"/>
          <w:sz w:val="24"/>
          <w:szCs w:val="24"/>
        </w:rPr>
      </w:pPr>
      <w:r w:rsidRPr="00634213">
        <w:rPr>
          <w:rFonts w:ascii="Aptos Display" w:hAnsi="Aptos Display"/>
          <w:sz w:val="24"/>
          <w:szCs w:val="24"/>
        </w:rPr>
        <w:t>Lily looked at him, stunned by how badly she had needed those words.</w:t>
      </w:r>
    </w:p>
    <w:p w14:paraId="3D724464" w14:textId="1BBB4EC4" w:rsidR="00AA1F39" w:rsidRPr="00634213" w:rsidRDefault="00000000">
      <w:pPr>
        <w:rPr>
          <w:rFonts w:ascii="Aptos Display" w:hAnsi="Aptos Display"/>
          <w:sz w:val="24"/>
          <w:szCs w:val="24"/>
        </w:rPr>
      </w:pPr>
      <w:r w:rsidRPr="00634213">
        <w:rPr>
          <w:rFonts w:ascii="Aptos Display" w:hAnsi="Aptos Display"/>
          <w:sz w:val="24"/>
          <w:szCs w:val="24"/>
        </w:rPr>
        <w:t>“It will mean love is doing what love is supposed to do,” he said. “It stays with you while helping you live.”</w:t>
      </w:r>
    </w:p>
    <w:p w14:paraId="63B675EF" w14:textId="7E16A0B7" w:rsidR="00AA1F39" w:rsidRPr="00634213" w:rsidRDefault="00000000">
      <w:pPr>
        <w:rPr>
          <w:rFonts w:ascii="Aptos Display" w:hAnsi="Aptos Display"/>
          <w:sz w:val="24"/>
          <w:szCs w:val="24"/>
        </w:rPr>
      </w:pPr>
      <w:r w:rsidRPr="00634213">
        <w:rPr>
          <w:rFonts w:ascii="Aptos Display" w:hAnsi="Aptos Display"/>
          <w:sz w:val="24"/>
          <w:szCs w:val="24"/>
        </w:rPr>
        <w:t>Something inside Lily opened then.</w:t>
      </w:r>
    </w:p>
    <w:p w14:paraId="69D74835" w14:textId="74EAFE66" w:rsidR="00AA1F39" w:rsidRPr="00634213" w:rsidRDefault="00000000">
      <w:pPr>
        <w:rPr>
          <w:rFonts w:ascii="Aptos Display" w:hAnsi="Aptos Display"/>
          <w:sz w:val="24"/>
          <w:szCs w:val="24"/>
        </w:rPr>
      </w:pPr>
      <w:r w:rsidRPr="00634213">
        <w:rPr>
          <w:rFonts w:ascii="Aptos Display" w:hAnsi="Aptos Display"/>
          <w:sz w:val="24"/>
          <w:szCs w:val="24"/>
        </w:rPr>
        <w:t>She had been afraid of healing because she thought healing might take Ben farther away. But Ben was telling her something different.</w:t>
      </w:r>
    </w:p>
    <w:p w14:paraId="02FA1929" w14:textId="3F1C0733" w:rsidR="00AA1F39" w:rsidRPr="00634213" w:rsidRDefault="00000000">
      <w:pPr>
        <w:rPr>
          <w:rFonts w:ascii="Aptos Display" w:hAnsi="Aptos Display"/>
          <w:sz w:val="24"/>
          <w:szCs w:val="24"/>
        </w:rPr>
      </w:pPr>
      <w:r w:rsidRPr="00634213">
        <w:rPr>
          <w:rFonts w:ascii="Aptos Display" w:hAnsi="Aptos Display"/>
          <w:sz w:val="24"/>
          <w:szCs w:val="24"/>
        </w:rPr>
        <w:t>Healing would not erase him.</w:t>
      </w:r>
    </w:p>
    <w:p w14:paraId="4FA3EFB1" w14:textId="31087564" w:rsidR="00AA1F39" w:rsidRPr="00634213" w:rsidRDefault="00000000">
      <w:pPr>
        <w:rPr>
          <w:rFonts w:ascii="Aptos Display" w:hAnsi="Aptos Display"/>
          <w:sz w:val="24"/>
          <w:szCs w:val="24"/>
        </w:rPr>
      </w:pPr>
      <w:r w:rsidRPr="00634213">
        <w:rPr>
          <w:rFonts w:ascii="Aptos Display" w:hAnsi="Aptos Display"/>
          <w:sz w:val="24"/>
          <w:szCs w:val="24"/>
        </w:rPr>
        <w:t>It would carry him forward.</w:t>
      </w:r>
    </w:p>
    <w:p w14:paraId="5F2F432D" w14:textId="1B4474DF" w:rsidR="00AA1F39" w:rsidRPr="00634213" w:rsidRDefault="00000000">
      <w:pPr>
        <w:rPr>
          <w:rFonts w:ascii="Aptos Display" w:hAnsi="Aptos Display"/>
          <w:sz w:val="24"/>
          <w:szCs w:val="24"/>
        </w:rPr>
      </w:pPr>
      <w:r w:rsidRPr="00634213">
        <w:rPr>
          <w:rFonts w:ascii="Aptos Display" w:hAnsi="Aptos Display"/>
          <w:sz w:val="24"/>
          <w:szCs w:val="24"/>
        </w:rPr>
        <w:t>Tears slid down Lily’s cheeks. Ben did not rush them away. He simply sat beside her while petals drifted through the glowing air.</w:t>
      </w:r>
    </w:p>
    <w:p w14:paraId="3330F914" w14:textId="0ECDB2F2" w:rsidR="00AA1F39" w:rsidRPr="00634213" w:rsidRDefault="00FC67C6">
      <w:pPr>
        <w:rPr>
          <w:rFonts w:ascii="Aptos Display" w:hAnsi="Aptos Display"/>
          <w:sz w:val="24"/>
          <w:szCs w:val="24"/>
        </w:rPr>
      </w:pPr>
      <w:r w:rsidRPr="00634213">
        <w:rPr>
          <w:rFonts w:ascii="Aptos Display" w:hAnsi="Aptos Display"/>
          <w:sz w:val="24"/>
          <w:szCs w:val="24"/>
        </w:rPr>
        <w:t>After a while</w:t>
      </w:r>
      <w:r>
        <w:rPr>
          <w:rFonts w:ascii="Aptos Display" w:hAnsi="Aptos Display"/>
          <w:sz w:val="24"/>
          <w:szCs w:val="24"/>
        </w:rPr>
        <w:t>,</w:t>
      </w:r>
      <w:r w:rsidRPr="00634213">
        <w:rPr>
          <w:rFonts w:ascii="Aptos Display" w:hAnsi="Aptos Display"/>
          <w:sz w:val="24"/>
          <w:szCs w:val="24"/>
        </w:rPr>
        <w:t xml:space="preserve"> he pointed toward the garden path. Tiny creatures moved among the flowers—silver-winged moths, golden bees, even a small hedgehog shuffling through fallen petals.</w:t>
      </w:r>
    </w:p>
    <w:p w14:paraId="6C095890" w14:textId="0456B985" w:rsidR="00154E79" w:rsidRDefault="00154E79">
      <w:pPr>
        <w:rPr>
          <w:rFonts w:ascii="Aptos Display" w:hAnsi="Aptos Display"/>
          <w:sz w:val="24"/>
          <w:szCs w:val="24"/>
        </w:rPr>
      </w:pPr>
    </w:p>
    <w:p w14:paraId="7960FC6C" w14:textId="77777777" w:rsidR="00154E79" w:rsidRDefault="00154E79">
      <w:pPr>
        <w:rPr>
          <w:rFonts w:ascii="Aptos Display" w:hAnsi="Aptos Display"/>
          <w:sz w:val="24"/>
          <w:szCs w:val="24"/>
        </w:rPr>
      </w:pPr>
    </w:p>
    <w:p w14:paraId="78D04509" w14:textId="3D97889E" w:rsidR="00AA1F39" w:rsidRPr="00634213" w:rsidRDefault="00000000">
      <w:pPr>
        <w:rPr>
          <w:rFonts w:ascii="Aptos Display" w:hAnsi="Aptos Display"/>
          <w:sz w:val="24"/>
          <w:szCs w:val="24"/>
        </w:rPr>
      </w:pPr>
      <w:r w:rsidRPr="00634213">
        <w:rPr>
          <w:rFonts w:ascii="Aptos Display" w:hAnsi="Aptos Display"/>
          <w:sz w:val="24"/>
          <w:szCs w:val="24"/>
        </w:rPr>
        <w:t>Look,” he said. “Everything here keeps growing. Even after storms.”</w:t>
      </w:r>
    </w:p>
    <w:p w14:paraId="68F56320" w14:textId="4D71420F" w:rsidR="00AA1F39" w:rsidRPr="00634213" w:rsidRDefault="00000000">
      <w:pPr>
        <w:rPr>
          <w:rFonts w:ascii="Aptos Display" w:hAnsi="Aptos Display"/>
          <w:sz w:val="24"/>
          <w:szCs w:val="24"/>
        </w:rPr>
      </w:pPr>
      <w:r w:rsidRPr="00634213">
        <w:rPr>
          <w:rFonts w:ascii="Aptos Display" w:hAnsi="Aptos Display"/>
          <w:sz w:val="24"/>
          <w:szCs w:val="24"/>
        </w:rPr>
        <w:t>Flowers after winter.</w:t>
      </w:r>
    </w:p>
    <w:p w14:paraId="28E8C261" w14:textId="20559244" w:rsidR="00AA1F39" w:rsidRPr="00634213" w:rsidRDefault="00000000">
      <w:pPr>
        <w:rPr>
          <w:rFonts w:ascii="Aptos Display" w:hAnsi="Aptos Display"/>
          <w:sz w:val="24"/>
          <w:szCs w:val="24"/>
        </w:rPr>
      </w:pPr>
      <w:r w:rsidRPr="00634213">
        <w:rPr>
          <w:rFonts w:ascii="Aptos Display" w:hAnsi="Aptos Display"/>
          <w:sz w:val="24"/>
          <w:szCs w:val="24"/>
        </w:rPr>
        <w:t>Morning after night.</w:t>
      </w:r>
    </w:p>
    <w:p w14:paraId="0475D178" w14:textId="206BAB2B" w:rsidR="00AA1F39" w:rsidRPr="00634213" w:rsidRDefault="00000000">
      <w:pPr>
        <w:rPr>
          <w:rFonts w:ascii="Aptos Display" w:hAnsi="Aptos Display"/>
          <w:sz w:val="24"/>
          <w:szCs w:val="24"/>
        </w:rPr>
      </w:pPr>
      <w:r w:rsidRPr="00634213">
        <w:rPr>
          <w:rFonts w:ascii="Aptos Display" w:hAnsi="Aptos Display"/>
          <w:sz w:val="24"/>
          <w:szCs w:val="24"/>
        </w:rPr>
        <w:lastRenderedPageBreak/>
        <w:t>Love after loss.</w:t>
      </w:r>
    </w:p>
    <w:p w14:paraId="36F18DFC" w14:textId="180E3DD2" w:rsidR="00AA1F39" w:rsidRPr="00634213" w:rsidRDefault="00000000">
      <w:pPr>
        <w:rPr>
          <w:rFonts w:ascii="Aptos Display" w:hAnsi="Aptos Display"/>
          <w:sz w:val="24"/>
          <w:szCs w:val="24"/>
        </w:rPr>
      </w:pPr>
      <w:r w:rsidRPr="00634213">
        <w:rPr>
          <w:rFonts w:ascii="Aptos Display" w:hAnsi="Aptos Display"/>
          <w:sz w:val="24"/>
          <w:szCs w:val="24"/>
        </w:rPr>
        <w:t>Lily wiped her eyes and drew a slow breath.</w:t>
      </w:r>
    </w:p>
    <w:p w14:paraId="6BE0C886" w14:textId="0681999F" w:rsidR="00AA1F39" w:rsidRPr="00634213" w:rsidRDefault="00000000">
      <w:pPr>
        <w:rPr>
          <w:rFonts w:ascii="Aptos Display" w:hAnsi="Aptos Display"/>
          <w:sz w:val="24"/>
          <w:szCs w:val="24"/>
        </w:rPr>
      </w:pPr>
      <w:r w:rsidRPr="00634213">
        <w:rPr>
          <w:rFonts w:ascii="Aptos Display" w:hAnsi="Aptos Display"/>
          <w:sz w:val="24"/>
          <w:szCs w:val="24"/>
        </w:rPr>
        <w:t>“I think I understand,” she whispered.</w:t>
      </w:r>
    </w:p>
    <w:p w14:paraId="29799D90" w14:textId="7B4D9B0D" w:rsidR="00AA1F39" w:rsidRPr="00634213" w:rsidRDefault="00000000">
      <w:pPr>
        <w:rPr>
          <w:rFonts w:ascii="Aptos Display" w:hAnsi="Aptos Display"/>
          <w:sz w:val="24"/>
          <w:szCs w:val="24"/>
        </w:rPr>
      </w:pPr>
      <w:r w:rsidRPr="00634213">
        <w:rPr>
          <w:rFonts w:ascii="Aptos Display" w:hAnsi="Aptos Display"/>
          <w:sz w:val="24"/>
          <w:szCs w:val="24"/>
        </w:rPr>
        <w:t>Ben smiled. “You’re beginning to.”</w:t>
      </w:r>
    </w:p>
    <w:p w14:paraId="399E71E8" w14:textId="461FDDC0" w:rsidR="00AA1F39" w:rsidRPr="00634213" w:rsidRDefault="00000000">
      <w:pPr>
        <w:rPr>
          <w:rFonts w:ascii="Aptos Display" w:hAnsi="Aptos Display"/>
          <w:sz w:val="24"/>
          <w:szCs w:val="24"/>
        </w:rPr>
      </w:pPr>
      <w:r w:rsidRPr="00634213">
        <w:rPr>
          <w:rFonts w:ascii="Aptos Display" w:hAnsi="Aptos Display"/>
          <w:sz w:val="24"/>
          <w:szCs w:val="24"/>
        </w:rPr>
        <w:br w:type="page"/>
      </w:r>
    </w:p>
    <w:p w14:paraId="0E84ADE5" w14:textId="38F78565" w:rsidR="00AA1F39" w:rsidRPr="00434EE5" w:rsidRDefault="00000000">
      <w:pPr>
        <w:spacing w:before="480" w:after="120"/>
        <w:ind w:firstLine="0"/>
        <w:jc w:val="center"/>
        <w:rPr>
          <w:rFonts w:ascii="Aptos Display" w:hAnsi="Aptos Display"/>
          <w:sz w:val="28"/>
          <w:szCs w:val="28"/>
        </w:rPr>
      </w:pPr>
      <w:r w:rsidRPr="00434EE5">
        <w:rPr>
          <w:rFonts w:ascii="Aptos Display" w:hAnsi="Aptos Display"/>
          <w:b/>
          <w:sz w:val="28"/>
          <w:szCs w:val="28"/>
        </w:rPr>
        <w:lastRenderedPageBreak/>
        <w:t>Chapter Seven</w:t>
      </w:r>
    </w:p>
    <w:p w14:paraId="130FF127" w14:textId="77777777"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Wolf at the Edge of the Trees</w:t>
      </w:r>
    </w:p>
    <w:p w14:paraId="65A3192B" w14:textId="77777777" w:rsidR="00AA1F39" w:rsidRPr="00634213" w:rsidRDefault="00000000">
      <w:pPr>
        <w:rPr>
          <w:rFonts w:ascii="Aptos Display" w:hAnsi="Aptos Display"/>
          <w:sz w:val="24"/>
          <w:szCs w:val="24"/>
        </w:rPr>
      </w:pPr>
      <w:r w:rsidRPr="00634213">
        <w:rPr>
          <w:rFonts w:ascii="Aptos Display" w:hAnsi="Aptos Display"/>
          <w:sz w:val="24"/>
          <w:szCs w:val="24"/>
        </w:rPr>
        <w:t>The garden path descended into a shadowed glade at the edge of a forest.</w:t>
      </w:r>
    </w:p>
    <w:p w14:paraId="3D0962B5" w14:textId="77777777" w:rsidR="00AA1F39" w:rsidRPr="00634213" w:rsidRDefault="00000000">
      <w:pPr>
        <w:rPr>
          <w:rFonts w:ascii="Aptos Display" w:hAnsi="Aptos Display"/>
          <w:sz w:val="24"/>
          <w:szCs w:val="24"/>
        </w:rPr>
      </w:pPr>
      <w:r w:rsidRPr="00634213">
        <w:rPr>
          <w:rFonts w:ascii="Aptos Display" w:hAnsi="Aptos Display"/>
          <w:sz w:val="24"/>
          <w:szCs w:val="24"/>
        </w:rPr>
        <w:t>There, between the trees, stood a great gray wolf.</w:t>
      </w:r>
    </w:p>
    <w:p w14:paraId="2C1C9CA9" w14:textId="77777777" w:rsidR="00AA1F39" w:rsidRPr="00634213" w:rsidRDefault="00000000">
      <w:pPr>
        <w:rPr>
          <w:rFonts w:ascii="Aptos Display" w:hAnsi="Aptos Display"/>
          <w:sz w:val="24"/>
          <w:szCs w:val="24"/>
        </w:rPr>
      </w:pPr>
      <w:r w:rsidRPr="00634213">
        <w:rPr>
          <w:rFonts w:ascii="Aptos Display" w:hAnsi="Aptos Display"/>
          <w:sz w:val="24"/>
          <w:szCs w:val="24"/>
        </w:rPr>
        <w:t>Lily froze.</w:t>
      </w:r>
    </w:p>
    <w:p w14:paraId="60B2D03E" w14:textId="77777777" w:rsidR="00AA1F39" w:rsidRPr="00634213" w:rsidRDefault="00000000">
      <w:pPr>
        <w:rPr>
          <w:rFonts w:ascii="Aptos Display" w:hAnsi="Aptos Display"/>
          <w:sz w:val="24"/>
          <w:szCs w:val="24"/>
        </w:rPr>
      </w:pPr>
      <w:r w:rsidRPr="00634213">
        <w:rPr>
          <w:rFonts w:ascii="Aptos Display" w:hAnsi="Aptos Display"/>
          <w:sz w:val="24"/>
          <w:szCs w:val="24"/>
        </w:rPr>
        <w:t>Moonlight silvered its thick fur. Its pale eyes shone like glass. One front paw was lifted off the ground, and from it jutted a long black thorn.</w:t>
      </w:r>
    </w:p>
    <w:p w14:paraId="46EBB3FD" w14:textId="77777777" w:rsidR="00AA1F39" w:rsidRPr="00634213" w:rsidRDefault="00000000">
      <w:pPr>
        <w:rPr>
          <w:rFonts w:ascii="Aptos Display" w:hAnsi="Aptos Display"/>
          <w:sz w:val="24"/>
          <w:szCs w:val="24"/>
        </w:rPr>
      </w:pPr>
      <w:r w:rsidRPr="00634213">
        <w:rPr>
          <w:rFonts w:ascii="Aptos Display" w:hAnsi="Aptos Display"/>
          <w:sz w:val="24"/>
          <w:szCs w:val="24"/>
        </w:rPr>
        <w:t>The wolf did not snarl. It did not bare its teeth. Still, pain stood around it like a fence.</w:t>
      </w:r>
    </w:p>
    <w:p w14:paraId="5B64C61A" w14:textId="77777777" w:rsidR="00AA1F39" w:rsidRPr="00634213" w:rsidRDefault="00000000">
      <w:pPr>
        <w:rPr>
          <w:rFonts w:ascii="Aptos Display" w:hAnsi="Aptos Display"/>
          <w:sz w:val="24"/>
          <w:szCs w:val="24"/>
        </w:rPr>
      </w:pPr>
      <w:r w:rsidRPr="00634213">
        <w:rPr>
          <w:rFonts w:ascii="Aptos Display" w:hAnsi="Aptos Display"/>
          <w:sz w:val="24"/>
          <w:szCs w:val="24"/>
        </w:rPr>
        <w:t>“I can’t do this,” Lily whispered.</w:t>
      </w:r>
    </w:p>
    <w:p w14:paraId="4410C171" w14:textId="77777777" w:rsidR="00AA1F39" w:rsidRPr="00634213" w:rsidRDefault="00000000">
      <w:pPr>
        <w:rPr>
          <w:rFonts w:ascii="Aptos Display" w:hAnsi="Aptos Display"/>
          <w:sz w:val="24"/>
          <w:szCs w:val="24"/>
        </w:rPr>
      </w:pPr>
      <w:r w:rsidRPr="00634213">
        <w:rPr>
          <w:rFonts w:ascii="Aptos Display" w:hAnsi="Aptos Display"/>
          <w:sz w:val="24"/>
          <w:szCs w:val="24"/>
        </w:rPr>
        <w:t>Ben’s voice stayed calm. “You can.”</w:t>
      </w:r>
    </w:p>
    <w:p w14:paraId="51D9D867" w14:textId="368E0F16" w:rsidR="00AA1F39" w:rsidRPr="00634213" w:rsidRDefault="00433C25">
      <w:pPr>
        <w:rPr>
          <w:rFonts w:ascii="Aptos Display" w:hAnsi="Aptos Display"/>
          <w:sz w:val="24"/>
          <w:szCs w:val="24"/>
        </w:rPr>
      </w:pPr>
      <w:r>
        <w:rPr>
          <w:rFonts w:ascii="Aptos Display" w:hAnsi="Aptos Display"/>
          <w:noProof/>
          <w:sz w:val="24"/>
          <w:szCs w:val="24"/>
        </w:rPr>
        <w:drawing>
          <wp:anchor distT="0" distB="0" distL="114300" distR="114300" simplePos="0" relativeHeight="251706368" behindDoc="0" locked="0" layoutInCell="1" allowOverlap="1" wp14:anchorId="729B67D8" wp14:editId="75B652FE">
            <wp:simplePos x="0" y="0"/>
            <wp:positionH relativeFrom="column">
              <wp:posOffset>146685</wp:posOffset>
            </wp:positionH>
            <wp:positionV relativeFrom="paragraph">
              <wp:posOffset>276225</wp:posOffset>
            </wp:positionV>
            <wp:extent cx="3476625" cy="1897716"/>
            <wp:effectExtent l="0" t="0" r="0" b="7620"/>
            <wp:wrapThrough wrapText="bothSides">
              <wp:wrapPolygon edited="0">
                <wp:start x="355" y="0"/>
                <wp:lineTo x="0" y="867"/>
                <wp:lineTo x="0" y="21036"/>
                <wp:lineTo x="355" y="21470"/>
                <wp:lineTo x="21067" y="21470"/>
                <wp:lineTo x="21422" y="21036"/>
                <wp:lineTo x="21422" y="867"/>
                <wp:lineTo x="21067" y="0"/>
                <wp:lineTo x="355" y="0"/>
              </wp:wrapPolygon>
            </wp:wrapThrough>
            <wp:docPr id="14427113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11301" name="Picture 1442711301"/>
                    <pic:cNvPicPr/>
                  </pic:nvPicPr>
                  <pic:blipFill>
                    <a:blip r:embed="rId24"/>
                    <a:stretch>
                      <a:fillRect/>
                    </a:stretch>
                  </pic:blipFill>
                  <pic:spPr>
                    <a:xfrm>
                      <a:off x="0" y="0"/>
                      <a:ext cx="3476625" cy="1897716"/>
                    </a:xfrm>
                    <a:prstGeom prst="rect">
                      <a:avLst/>
                    </a:prstGeom>
                    <a:effectLst>
                      <a:softEdge rad="127000"/>
                    </a:effectLst>
                  </pic:spPr>
                </pic:pic>
              </a:graphicData>
            </a:graphic>
          </wp:anchor>
        </w:drawing>
      </w:r>
      <w:r w:rsidRPr="00634213">
        <w:rPr>
          <w:rFonts w:ascii="Aptos Display" w:hAnsi="Aptos Display"/>
          <w:sz w:val="24"/>
          <w:szCs w:val="24"/>
        </w:rPr>
        <w:t>“It’s a wolf.”</w:t>
      </w:r>
    </w:p>
    <w:p w14:paraId="2D4FC4C8" w14:textId="0912F001" w:rsidR="00AA1F39" w:rsidRPr="00634213" w:rsidRDefault="00433C12">
      <w:pPr>
        <w:rPr>
          <w:rFonts w:ascii="Aptos Display" w:hAnsi="Aptos Display"/>
          <w:sz w:val="24"/>
          <w:szCs w:val="24"/>
        </w:rPr>
      </w:pPr>
      <w:r w:rsidRPr="00634213">
        <w:rPr>
          <w:rFonts w:ascii="Aptos Display" w:hAnsi="Aptos Display"/>
          <w:sz w:val="24"/>
          <w:szCs w:val="24"/>
        </w:rPr>
        <w:t>“It’s hurt.”</w:t>
      </w:r>
    </w:p>
    <w:p w14:paraId="683CEC91" w14:textId="433155B2" w:rsidR="00AA1F39" w:rsidRPr="00634213" w:rsidRDefault="00000000">
      <w:pPr>
        <w:rPr>
          <w:rFonts w:ascii="Aptos Display" w:hAnsi="Aptos Display"/>
          <w:sz w:val="24"/>
          <w:szCs w:val="24"/>
        </w:rPr>
      </w:pPr>
      <w:r w:rsidRPr="00634213">
        <w:rPr>
          <w:rFonts w:ascii="Aptos Display" w:hAnsi="Aptos Display"/>
          <w:sz w:val="24"/>
          <w:szCs w:val="24"/>
        </w:rPr>
        <w:t>Those words changed something.</w:t>
      </w:r>
    </w:p>
    <w:p w14:paraId="044C748F" w14:textId="1028FF9B" w:rsidR="00AA1F39" w:rsidRPr="00634213" w:rsidRDefault="00000000">
      <w:pPr>
        <w:rPr>
          <w:rFonts w:ascii="Aptos Display" w:hAnsi="Aptos Display"/>
          <w:sz w:val="24"/>
          <w:szCs w:val="24"/>
        </w:rPr>
      </w:pPr>
      <w:r w:rsidRPr="00634213">
        <w:rPr>
          <w:rFonts w:ascii="Aptos Display" w:hAnsi="Aptos Display"/>
          <w:sz w:val="24"/>
          <w:szCs w:val="24"/>
        </w:rPr>
        <w:t>Lily looked again.</w:t>
      </w:r>
    </w:p>
    <w:p w14:paraId="04204B6C" w14:textId="6C14BFEA" w:rsidR="00AA1F39" w:rsidRPr="00634213" w:rsidRDefault="00000000">
      <w:pPr>
        <w:rPr>
          <w:rFonts w:ascii="Aptos Display" w:hAnsi="Aptos Display"/>
          <w:sz w:val="24"/>
          <w:szCs w:val="24"/>
        </w:rPr>
      </w:pPr>
      <w:r w:rsidRPr="00634213">
        <w:rPr>
          <w:rFonts w:ascii="Aptos Display" w:hAnsi="Aptos Display"/>
          <w:sz w:val="24"/>
          <w:szCs w:val="24"/>
        </w:rPr>
        <w:t>Not at its size. Not at its teeth.</w:t>
      </w:r>
    </w:p>
    <w:p w14:paraId="65FA2DEC" w14:textId="6ACD7CBB" w:rsidR="00AA1F39" w:rsidRPr="00634213" w:rsidRDefault="00000000">
      <w:pPr>
        <w:rPr>
          <w:rFonts w:ascii="Aptos Display" w:hAnsi="Aptos Display"/>
          <w:sz w:val="24"/>
          <w:szCs w:val="24"/>
        </w:rPr>
      </w:pPr>
      <w:r w:rsidRPr="00634213">
        <w:rPr>
          <w:rFonts w:ascii="Aptos Display" w:hAnsi="Aptos Display"/>
          <w:sz w:val="24"/>
          <w:szCs w:val="24"/>
        </w:rPr>
        <w:t>At the wound.</w:t>
      </w:r>
    </w:p>
    <w:p w14:paraId="49C09FB5" w14:textId="49ED4230" w:rsidR="00AA1F39" w:rsidRPr="00634213" w:rsidRDefault="00000000">
      <w:pPr>
        <w:rPr>
          <w:rFonts w:ascii="Aptos Display" w:hAnsi="Aptos Display"/>
          <w:sz w:val="24"/>
          <w:szCs w:val="24"/>
        </w:rPr>
      </w:pPr>
      <w:r w:rsidRPr="00634213">
        <w:rPr>
          <w:rFonts w:ascii="Aptos Display" w:hAnsi="Aptos Display"/>
          <w:sz w:val="24"/>
          <w:szCs w:val="24"/>
        </w:rPr>
        <w:lastRenderedPageBreak/>
        <w:t>Ben knelt a few feet away from the animal and spoke in a low, steady tone. Lily could not make out the words, but she understood what the tone carried.</w:t>
      </w:r>
    </w:p>
    <w:p w14:paraId="7DBBCEF2" w14:textId="55F77279" w:rsidR="00AA1F39" w:rsidRPr="00634213" w:rsidRDefault="00000000">
      <w:pPr>
        <w:rPr>
          <w:rFonts w:ascii="Aptos Display" w:hAnsi="Aptos Display"/>
          <w:sz w:val="24"/>
          <w:szCs w:val="24"/>
        </w:rPr>
      </w:pPr>
      <w:r w:rsidRPr="00634213">
        <w:rPr>
          <w:rFonts w:ascii="Aptos Display" w:hAnsi="Aptos Display"/>
          <w:sz w:val="24"/>
          <w:szCs w:val="24"/>
        </w:rPr>
        <w:t>Peace. Patience. Permission.</w:t>
      </w:r>
    </w:p>
    <w:p w14:paraId="28FF2535" w14:textId="3008C0B1" w:rsidR="00AA1F39" w:rsidRPr="00634213" w:rsidRDefault="00000000">
      <w:pPr>
        <w:rPr>
          <w:rFonts w:ascii="Aptos Display" w:hAnsi="Aptos Display"/>
          <w:sz w:val="24"/>
          <w:szCs w:val="24"/>
        </w:rPr>
      </w:pPr>
      <w:r w:rsidRPr="00634213">
        <w:rPr>
          <w:rFonts w:ascii="Aptos Display" w:hAnsi="Aptos Display"/>
          <w:sz w:val="24"/>
          <w:szCs w:val="24"/>
        </w:rPr>
        <w:t>The wolf’s ears lowered. Its breathing eased.</w:t>
      </w:r>
    </w:p>
    <w:p w14:paraId="5F432F81" w14:textId="2D92E968" w:rsidR="00AA1F39" w:rsidRPr="00634213" w:rsidRDefault="00000000">
      <w:pPr>
        <w:rPr>
          <w:rFonts w:ascii="Aptos Display" w:hAnsi="Aptos Display"/>
          <w:sz w:val="24"/>
          <w:szCs w:val="24"/>
        </w:rPr>
      </w:pPr>
      <w:r w:rsidRPr="00634213">
        <w:rPr>
          <w:rFonts w:ascii="Aptos Display" w:hAnsi="Aptos Display"/>
          <w:sz w:val="24"/>
          <w:szCs w:val="24"/>
        </w:rPr>
        <w:t>“Your turn,” Ben said softly.</w:t>
      </w:r>
    </w:p>
    <w:p w14:paraId="2F824C1E" w14:textId="7C6DECA3" w:rsidR="00AA1F39" w:rsidRPr="00634213" w:rsidRDefault="00000000">
      <w:pPr>
        <w:rPr>
          <w:rFonts w:ascii="Aptos Display" w:hAnsi="Aptos Display"/>
          <w:sz w:val="24"/>
          <w:szCs w:val="24"/>
        </w:rPr>
      </w:pPr>
      <w:r w:rsidRPr="00634213">
        <w:rPr>
          <w:rFonts w:ascii="Aptos Display" w:hAnsi="Aptos Display"/>
          <w:sz w:val="24"/>
          <w:szCs w:val="24"/>
        </w:rPr>
        <w:t>Lily moved closer and knelt beside him.</w:t>
      </w:r>
    </w:p>
    <w:p w14:paraId="34AEF616" w14:textId="6D4FF3FF" w:rsidR="00AA1F39" w:rsidRPr="00634213" w:rsidRDefault="00000000">
      <w:pPr>
        <w:rPr>
          <w:rFonts w:ascii="Aptos Display" w:hAnsi="Aptos Display"/>
          <w:sz w:val="24"/>
          <w:szCs w:val="24"/>
        </w:rPr>
      </w:pPr>
      <w:r w:rsidRPr="00634213">
        <w:rPr>
          <w:rFonts w:ascii="Aptos Display" w:hAnsi="Aptos Display"/>
          <w:sz w:val="24"/>
          <w:szCs w:val="24"/>
        </w:rPr>
        <w:t>“Quick and gentle,” Ben murmured.</w:t>
      </w:r>
    </w:p>
    <w:p w14:paraId="68D8B04C" w14:textId="7DF0ABC7" w:rsidR="00AA1F39" w:rsidRPr="00634213" w:rsidRDefault="00000000">
      <w:pPr>
        <w:rPr>
          <w:rFonts w:ascii="Aptos Display" w:hAnsi="Aptos Display"/>
          <w:sz w:val="24"/>
          <w:szCs w:val="24"/>
        </w:rPr>
      </w:pPr>
      <w:r w:rsidRPr="00634213">
        <w:rPr>
          <w:rFonts w:ascii="Aptos Display" w:hAnsi="Aptos Display"/>
          <w:sz w:val="24"/>
          <w:szCs w:val="24"/>
        </w:rPr>
        <w:t xml:space="preserve">She nodded, wrapped trembling fingers around the thorn, and </w:t>
      </w:r>
      <w:r w:rsidR="00433C25" w:rsidRPr="00634213">
        <w:rPr>
          <w:rFonts w:ascii="Aptos Display" w:hAnsi="Aptos Display"/>
          <w:sz w:val="24"/>
          <w:szCs w:val="24"/>
        </w:rPr>
        <w:t>pulled. The</w:t>
      </w:r>
      <w:r w:rsidRPr="00634213">
        <w:rPr>
          <w:rFonts w:ascii="Aptos Display" w:hAnsi="Aptos Display"/>
          <w:sz w:val="24"/>
          <w:szCs w:val="24"/>
        </w:rPr>
        <w:t xml:space="preserve"> wolf flinched. A low sound rumbled in its chest.</w:t>
      </w:r>
    </w:p>
    <w:p w14:paraId="5BF04EF1" w14:textId="77777777" w:rsidR="00AA1F39" w:rsidRPr="00634213" w:rsidRDefault="00000000">
      <w:pPr>
        <w:rPr>
          <w:rFonts w:ascii="Aptos Display" w:hAnsi="Aptos Display"/>
          <w:sz w:val="24"/>
          <w:szCs w:val="24"/>
        </w:rPr>
      </w:pPr>
      <w:r w:rsidRPr="00634213">
        <w:rPr>
          <w:rFonts w:ascii="Aptos Display" w:hAnsi="Aptos Display"/>
          <w:sz w:val="24"/>
          <w:szCs w:val="24"/>
        </w:rPr>
        <w:t>Then the thorn came free.</w:t>
      </w:r>
    </w:p>
    <w:p w14:paraId="2D114CA4" w14:textId="77777777" w:rsidR="00AA1F39" w:rsidRPr="00634213" w:rsidRDefault="00000000">
      <w:pPr>
        <w:rPr>
          <w:rFonts w:ascii="Aptos Display" w:hAnsi="Aptos Display"/>
          <w:sz w:val="24"/>
          <w:szCs w:val="24"/>
        </w:rPr>
      </w:pPr>
      <w:r w:rsidRPr="00634213">
        <w:rPr>
          <w:rFonts w:ascii="Aptos Display" w:hAnsi="Aptos Display"/>
          <w:sz w:val="24"/>
          <w:szCs w:val="24"/>
        </w:rPr>
        <w:t>For one long moment, nobody moved.</w:t>
      </w:r>
    </w:p>
    <w:p w14:paraId="0BB6084C" w14:textId="18183C3D" w:rsidR="00AA1F39" w:rsidRPr="00634213" w:rsidRDefault="00000000">
      <w:pPr>
        <w:rPr>
          <w:rFonts w:ascii="Aptos Display" w:hAnsi="Aptos Display"/>
          <w:sz w:val="24"/>
          <w:szCs w:val="24"/>
        </w:rPr>
      </w:pPr>
      <w:r w:rsidRPr="00634213">
        <w:rPr>
          <w:rFonts w:ascii="Aptos Display" w:hAnsi="Aptos Display"/>
          <w:sz w:val="24"/>
          <w:szCs w:val="24"/>
        </w:rPr>
        <w:t>The wolf lowered its paw to the ground. Tested it once. Twice. Then it lifted its head and looked directly at Lily.</w:t>
      </w:r>
    </w:p>
    <w:p w14:paraId="6169017B" w14:textId="00D05F81" w:rsidR="00AA1F39" w:rsidRPr="00634213" w:rsidRDefault="00000000">
      <w:pPr>
        <w:rPr>
          <w:rFonts w:ascii="Aptos Display" w:hAnsi="Aptos Display"/>
          <w:sz w:val="24"/>
          <w:szCs w:val="24"/>
        </w:rPr>
      </w:pPr>
      <w:r w:rsidRPr="00634213">
        <w:rPr>
          <w:rFonts w:ascii="Aptos Display" w:hAnsi="Aptos Display"/>
          <w:sz w:val="24"/>
          <w:szCs w:val="24"/>
        </w:rPr>
        <w:t>Its eyes no longer seemed frightening.</w:t>
      </w:r>
    </w:p>
    <w:p w14:paraId="146ABC87" w14:textId="16BC4DD7" w:rsidR="00AA1F39" w:rsidRPr="00634213" w:rsidRDefault="00000000">
      <w:pPr>
        <w:rPr>
          <w:rFonts w:ascii="Aptos Display" w:hAnsi="Aptos Display"/>
          <w:sz w:val="24"/>
          <w:szCs w:val="24"/>
        </w:rPr>
      </w:pPr>
      <w:r w:rsidRPr="00634213">
        <w:rPr>
          <w:rFonts w:ascii="Aptos Display" w:hAnsi="Aptos Display"/>
          <w:sz w:val="24"/>
          <w:szCs w:val="24"/>
        </w:rPr>
        <w:t>Only tired.</w:t>
      </w:r>
    </w:p>
    <w:p w14:paraId="5DCF4FA6" w14:textId="5DA897C1" w:rsidR="00AA1F39" w:rsidRPr="00634213" w:rsidRDefault="00000000">
      <w:pPr>
        <w:rPr>
          <w:rFonts w:ascii="Aptos Display" w:hAnsi="Aptos Display"/>
          <w:sz w:val="24"/>
          <w:szCs w:val="24"/>
        </w:rPr>
      </w:pPr>
      <w:r w:rsidRPr="00634213">
        <w:rPr>
          <w:rFonts w:ascii="Aptos Display" w:hAnsi="Aptos Display"/>
          <w:sz w:val="24"/>
          <w:szCs w:val="24"/>
        </w:rPr>
        <w:t>Only wounded.</w:t>
      </w:r>
    </w:p>
    <w:p w14:paraId="752F6D84" w14:textId="4AD79D28" w:rsidR="00AA1F39" w:rsidRPr="00634213" w:rsidRDefault="00000000">
      <w:pPr>
        <w:rPr>
          <w:rFonts w:ascii="Aptos Display" w:hAnsi="Aptos Display"/>
          <w:sz w:val="24"/>
          <w:szCs w:val="24"/>
        </w:rPr>
      </w:pPr>
      <w:r w:rsidRPr="00634213">
        <w:rPr>
          <w:rFonts w:ascii="Aptos Display" w:hAnsi="Aptos Display"/>
          <w:sz w:val="24"/>
          <w:szCs w:val="24"/>
        </w:rPr>
        <w:t>Then it turned and slipped into the trees.</w:t>
      </w:r>
    </w:p>
    <w:p w14:paraId="37895578" w14:textId="02E63F4B" w:rsidR="00AA1F39" w:rsidRPr="00634213" w:rsidRDefault="00000000">
      <w:pPr>
        <w:rPr>
          <w:rFonts w:ascii="Aptos Display" w:hAnsi="Aptos Display"/>
          <w:sz w:val="24"/>
          <w:szCs w:val="24"/>
        </w:rPr>
      </w:pPr>
      <w:r w:rsidRPr="00634213">
        <w:rPr>
          <w:rFonts w:ascii="Aptos Display" w:hAnsi="Aptos Display"/>
          <w:sz w:val="24"/>
          <w:szCs w:val="24"/>
        </w:rPr>
        <w:t>Lily sat back on her heels, breathing fast.</w:t>
      </w:r>
    </w:p>
    <w:p w14:paraId="2AA0A174" w14:textId="54EC771C" w:rsidR="00AA1F39" w:rsidRPr="00634213" w:rsidRDefault="00433C25">
      <w:pPr>
        <w:rPr>
          <w:rFonts w:ascii="Aptos Display" w:hAnsi="Aptos Display"/>
          <w:sz w:val="24"/>
          <w:szCs w:val="24"/>
        </w:rPr>
      </w:pPr>
      <w:r>
        <w:rPr>
          <w:rFonts w:ascii="Aptos Display" w:hAnsi="Aptos Display"/>
          <w:noProof/>
          <w:sz w:val="24"/>
          <w:szCs w:val="24"/>
        </w:rPr>
        <w:drawing>
          <wp:anchor distT="0" distB="0" distL="114300" distR="114300" simplePos="0" relativeHeight="251707392" behindDoc="1" locked="0" layoutInCell="1" allowOverlap="1" wp14:anchorId="7174E61B" wp14:editId="167F14C1">
            <wp:simplePos x="0" y="0"/>
            <wp:positionH relativeFrom="column">
              <wp:posOffset>-196215</wp:posOffset>
            </wp:positionH>
            <wp:positionV relativeFrom="page">
              <wp:posOffset>5505450</wp:posOffset>
            </wp:positionV>
            <wp:extent cx="3794760" cy="2071370"/>
            <wp:effectExtent l="0" t="0" r="0" b="5080"/>
            <wp:wrapTight wrapText="bothSides">
              <wp:wrapPolygon edited="0">
                <wp:start x="325" y="0"/>
                <wp:lineTo x="0" y="795"/>
                <wp:lineTo x="0" y="20262"/>
                <wp:lineTo x="325" y="21454"/>
                <wp:lineTo x="21145" y="21454"/>
                <wp:lineTo x="21470" y="20262"/>
                <wp:lineTo x="21470" y="795"/>
                <wp:lineTo x="21145" y="0"/>
                <wp:lineTo x="325" y="0"/>
              </wp:wrapPolygon>
            </wp:wrapTight>
            <wp:docPr id="14633811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81177" name="Picture 1463381177"/>
                    <pic:cNvPicPr/>
                  </pic:nvPicPr>
                  <pic:blipFill>
                    <a:blip r:embed="rId25"/>
                    <a:stretch>
                      <a:fillRect/>
                    </a:stretch>
                  </pic:blipFill>
                  <pic:spPr>
                    <a:xfrm>
                      <a:off x="0" y="0"/>
                      <a:ext cx="3794760" cy="2071370"/>
                    </a:xfrm>
                    <a:prstGeom prst="rect">
                      <a:avLst/>
                    </a:prstGeom>
                    <a:effectLst>
                      <a:softEdge rad="127000"/>
                    </a:effectLst>
                  </pic:spPr>
                </pic:pic>
              </a:graphicData>
            </a:graphic>
          </wp:anchor>
        </w:drawing>
      </w:r>
      <w:r w:rsidRPr="00634213">
        <w:rPr>
          <w:rFonts w:ascii="Aptos Display" w:hAnsi="Aptos Display"/>
          <w:sz w:val="24"/>
          <w:szCs w:val="24"/>
        </w:rPr>
        <w:t>“I thought it would hurt us.”</w:t>
      </w:r>
    </w:p>
    <w:p w14:paraId="6F5EB634" w14:textId="77777777" w:rsidR="00AA1F39" w:rsidRPr="00634213" w:rsidRDefault="00000000">
      <w:pPr>
        <w:rPr>
          <w:rFonts w:ascii="Aptos Display" w:hAnsi="Aptos Display"/>
          <w:sz w:val="24"/>
          <w:szCs w:val="24"/>
        </w:rPr>
      </w:pPr>
      <w:r w:rsidRPr="00634213">
        <w:rPr>
          <w:rFonts w:ascii="Aptos Display" w:hAnsi="Aptos Display"/>
          <w:sz w:val="24"/>
          <w:szCs w:val="24"/>
        </w:rPr>
        <w:lastRenderedPageBreak/>
        <w:t>Ben stood. “Sometimes what looks frightening is really just pain wearing a sharp shape.”</w:t>
      </w:r>
    </w:p>
    <w:p w14:paraId="1F80EBA5" w14:textId="213F6457" w:rsidR="00AA1F39" w:rsidRPr="00634213" w:rsidRDefault="00000000">
      <w:pPr>
        <w:rPr>
          <w:rFonts w:ascii="Aptos Display" w:hAnsi="Aptos Display"/>
          <w:sz w:val="24"/>
          <w:szCs w:val="24"/>
        </w:rPr>
      </w:pPr>
      <w:r w:rsidRPr="00634213">
        <w:rPr>
          <w:rFonts w:ascii="Aptos Display" w:hAnsi="Aptos Display"/>
          <w:sz w:val="24"/>
          <w:szCs w:val="24"/>
        </w:rPr>
        <w:t>Lily looked at the thorn in her hand.</w:t>
      </w:r>
    </w:p>
    <w:p w14:paraId="2FDCCB12" w14:textId="0E17E15C" w:rsidR="00AA1F39" w:rsidRPr="00634213" w:rsidRDefault="00154E79">
      <w:pPr>
        <w:rPr>
          <w:rFonts w:ascii="Aptos Display" w:hAnsi="Aptos Display"/>
          <w:sz w:val="24"/>
          <w:szCs w:val="24"/>
        </w:rPr>
      </w:pPr>
      <w:r w:rsidRPr="00634213">
        <w:rPr>
          <w:rFonts w:ascii="Aptos Display" w:hAnsi="Aptos Display"/>
          <w:sz w:val="24"/>
          <w:szCs w:val="24"/>
        </w:rPr>
        <w:t>Not everything sharp is cruel, she thought.</w:t>
      </w:r>
    </w:p>
    <w:p w14:paraId="446738DF" w14:textId="6AF309A0" w:rsidR="00AA1F39" w:rsidRPr="00634213" w:rsidRDefault="00000000">
      <w:pPr>
        <w:rPr>
          <w:rFonts w:ascii="Aptos Display" w:hAnsi="Aptos Display"/>
          <w:sz w:val="24"/>
          <w:szCs w:val="24"/>
        </w:rPr>
      </w:pPr>
      <w:r w:rsidRPr="00634213">
        <w:rPr>
          <w:rFonts w:ascii="Aptos Display" w:hAnsi="Aptos Display"/>
          <w:sz w:val="24"/>
          <w:szCs w:val="24"/>
        </w:rPr>
        <w:t>Some things are wounded.</w:t>
      </w:r>
    </w:p>
    <w:p w14:paraId="46FD99DA" w14:textId="77777777" w:rsidR="00AA1F39" w:rsidRPr="00634213" w:rsidRDefault="00000000">
      <w:pPr>
        <w:rPr>
          <w:rFonts w:ascii="Aptos Display" w:hAnsi="Aptos Display"/>
          <w:sz w:val="24"/>
          <w:szCs w:val="24"/>
        </w:rPr>
      </w:pPr>
      <w:r w:rsidRPr="00634213">
        <w:rPr>
          <w:rFonts w:ascii="Aptos Display" w:hAnsi="Aptos Display"/>
          <w:sz w:val="24"/>
          <w:szCs w:val="24"/>
        </w:rPr>
        <w:t>Compassion, she realized, often begins the moment we stop assuming the worst and start looking for what hurts.</w:t>
      </w:r>
    </w:p>
    <w:p w14:paraId="0A042E0B" w14:textId="0CAF35B9" w:rsidR="00AA1F39" w:rsidRPr="00634213" w:rsidRDefault="00000000">
      <w:pPr>
        <w:rPr>
          <w:rFonts w:ascii="Aptos Display" w:hAnsi="Aptos Display"/>
          <w:sz w:val="24"/>
          <w:szCs w:val="24"/>
        </w:rPr>
      </w:pPr>
      <w:r w:rsidRPr="00634213">
        <w:rPr>
          <w:rFonts w:ascii="Aptos Display" w:hAnsi="Aptos Display"/>
          <w:sz w:val="24"/>
          <w:szCs w:val="24"/>
        </w:rPr>
        <w:t>She carried the thorn a little way down the path before laying it gently among the roots of a tree.</w:t>
      </w:r>
    </w:p>
    <w:p w14:paraId="15DB616F" w14:textId="2A257920" w:rsidR="00456B0F" w:rsidRDefault="00433C12">
      <w:pPr>
        <w:rPr>
          <w:rFonts w:ascii="Aptos Display" w:hAnsi="Aptos Display"/>
          <w:sz w:val="24"/>
          <w:szCs w:val="24"/>
        </w:rPr>
      </w:pPr>
      <w:r w:rsidRPr="00634213">
        <w:rPr>
          <w:rFonts w:ascii="Aptos Display" w:hAnsi="Aptos Display"/>
          <w:sz w:val="24"/>
          <w:szCs w:val="24"/>
        </w:rPr>
        <w:t xml:space="preserve">Some things, once removed, </w:t>
      </w:r>
      <w:r w:rsidR="007420AB">
        <w:rPr>
          <w:rFonts w:ascii="Aptos Display" w:hAnsi="Aptos Display"/>
          <w:sz w:val="24"/>
          <w:szCs w:val="24"/>
        </w:rPr>
        <w:t>no longer need to be carried</w:t>
      </w:r>
      <w:r w:rsidRPr="00634213">
        <w:rPr>
          <w:rFonts w:ascii="Aptos Display" w:hAnsi="Aptos Display"/>
          <w:sz w:val="24"/>
          <w:szCs w:val="24"/>
        </w:rPr>
        <w:t>.</w:t>
      </w:r>
    </w:p>
    <w:p w14:paraId="5E387231" w14:textId="359B6444" w:rsidR="00456B0F" w:rsidRDefault="00456B0F">
      <w:pPr>
        <w:rPr>
          <w:rFonts w:ascii="Aptos Display" w:hAnsi="Aptos Display"/>
          <w:sz w:val="24"/>
          <w:szCs w:val="24"/>
        </w:rPr>
      </w:pPr>
    </w:p>
    <w:p w14:paraId="28BD8BE7" w14:textId="5FD55D51" w:rsidR="00456B0F" w:rsidRDefault="00456B0F">
      <w:pPr>
        <w:rPr>
          <w:rFonts w:ascii="Aptos Display" w:hAnsi="Aptos Display"/>
          <w:sz w:val="24"/>
          <w:szCs w:val="24"/>
        </w:rPr>
      </w:pPr>
    </w:p>
    <w:p w14:paraId="576D13BF" w14:textId="6F5F6045" w:rsidR="00AA1F39" w:rsidRPr="00634213" w:rsidRDefault="00000000">
      <w:pPr>
        <w:rPr>
          <w:rFonts w:ascii="Aptos Display" w:hAnsi="Aptos Display"/>
          <w:sz w:val="24"/>
          <w:szCs w:val="24"/>
        </w:rPr>
      </w:pPr>
      <w:r w:rsidRPr="00634213">
        <w:rPr>
          <w:rFonts w:ascii="Aptos Display" w:hAnsi="Aptos Display"/>
          <w:sz w:val="24"/>
          <w:szCs w:val="24"/>
        </w:rPr>
        <w:br w:type="page"/>
      </w:r>
    </w:p>
    <w:p w14:paraId="16D0CC2B" w14:textId="69CBC14E" w:rsidR="00A61D50" w:rsidRPr="00434EE5" w:rsidRDefault="00A61D50" w:rsidP="00434EE5">
      <w:pPr>
        <w:pStyle w:val="NormalWeb"/>
        <w:jc w:val="center"/>
        <w:rPr>
          <w:rFonts w:ascii="Aptos Display" w:hAnsi="Aptos Display"/>
          <w:b/>
          <w:bCs/>
          <w:sz w:val="28"/>
          <w:szCs w:val="28"/>
        </w:rPr>
      </w:pPr>
      <w:r w:rsidRPr="00434EE5">
        <w:rPr>
          <w:rStyle w:val="citation-377"/>
          <w:rFonts w:ascii="Aptos Display" w:hAnsi="Aptos Display"/>
          <w:b/>
          <w:bCs/>
          <w:sz w:val="28"/>
          <w:szCs w:val="28"/>
        </w:rPr>
        <w:lastRenderedPageBreak/>
        <w:t>Chapter Eight</w:t>
      </w:r>
    </w:p>
    <w:p w14:paraId="63354358" w14:textId="77777777" w:rsidR="00A61D50" w:rsidRPr="00434EE5" w:rsidRDefault="00A61D50" w:rsidP="00434EE5">
      <w:pPr>
        <w:pStyle w:val="NormalWeb"/>
        <w:jc w:val="center"/>
        <w:rPr>
          <w:rFonts w:ascii="Aptos Display" w:hAnsi="Aptos Display"/>
        </w:rPr>
      </w:pPr>
      <w:r w:rsidRPr="00434EE5">
        <w:rPr>
          <w:rStyle w:val="citation-376"/>
          <w:rFonts w:ascii="Aptos Display" w:hAnsi="Aptos Display"/>
        </w:rPr>
        <w:t xml:space="preserve">The Broken Nest </w:t>
      </w:r>
    </w:p>
    <w:p w14:paraId="4E58D4C5" w14:textId="77777777" w:rsidR="00A61D50" w:rsidRPr="00434EE5" w:rsidRDefault="00A61D50" w:rsidP="00A61D50">
      <w:pPr>
        <w:pStyle w:val="NormalWeb"/>
        <w:rPr>
          <w:rStyle w:val="citation-375"/>
          <w:rFonts w:ascii="Aptos Display" w:hAnsi="Aptos Display"/>
        </w:rPr>
      </w:pPr>
      <w:r w:rsidRPr="00434EE5">
        <w:rPr>
          <w:rStyle w:val="citation-375"/>
          <w:rFonts w:ascii="Aptos Display" w:hAnsi="Aptos Display"/>
        </w:rPr>
        <w:t xml:space="preserve">The sky beyond the willow branches had begun to soften. </w:t>
      </w:r>
    </w:p>
    <w:p w14:paraId="069B873A" w14:textId="346CD5F5" w:rsidR="00A61D50" w:rsidRPr="00434EE5" w:rsidRDefault="00A61D50" w:rsidP="00A61D50">
      <w:pPr>
        <w:pStyle w:val="NormalWeb"/>
        <w:rPr>
          <w:rFonts w:ascii="Aptos Display" w:hAnsi="Aptos Display"/>
        </w:rPr>
      </w:pPr>
      <w:r w:rsidRPr="00434EE5">
        <w:rPr>
          <w:rStyle w:val="citation-374"/>
          <w:rFonts w:ascii="Aptos Display" w:eastAsiaTheme="majorEastAsia" w:hAnsi="Aptos Display"/>
        </w:rPr>
        <w:t xml:space="preserve">The deep, velvety blue of the long night was receding, replaced by a delicate wash of lavender—the very first hint of the approaching dawn. </w:t>
      </w:r>
    </w:p>
    <w:p w14:paraId="179F6F2D" w14:textId="77777777" w:rsidR="00A61D50" w:rsidRPr="00434EE5" w:rsidRDefault="00A61D50" w:rsidP="00A61D50">
      <w:pPr>
        <w:pStyle w:val="NormalWeb"/>
        <w:rPr>
          <w:rFonts w:ascii="Aptos Display" w:hAnsi="Aptos Display"/>
        </w:rPr>
      </w:pPr>
      <w:r w:rsidRPr="00434EE5">
        <w:rPr>
          <w:rStyle w:val="citation-373"/>
          <w:rFonts w:ascii="Aptos Display" w:eastAsiaTheme="majorEastAsia" w:hAnsi="Aptos Display"/>
        </w:rPr>
        <w:t xml:space="preserve">Lily felt the cool morning air move through the leaves, smelling of damp earth and hidden things. </w:t>
      </w:r>
    </w:p>
    <w:p w14:paraId="5A78C02D" w14:textId="77777777" w:rsidR="00A61D50" w:rsidRPr="00434EE5" w:rsidRDefault="00A61D50" w:rsidP="00A61D50">
      <w:pPr>
        <w:pStyle w:val="NormalWeb"/>
        <w:rPr>
          <w:rFonts w:ascii="Aptos Display" w:hAnsi="Aptos Display"/>
        </w:rPr>
      </w:pPr>
      <w:r w:rsidRPr="00434EE5">
        <w:rPr>
          <w:rStyle w:val="citation-372"/>
          <w:rFonts w:ascii="Aptos Display" w:eastAsiaTheme="majorEastAsia" w:hAnsi="Aptos Display"/>
        </w:rPr>
        <w:t xml:space="preserve">She climbed onto a massive willow root that curved out over the water like a wooden bridge. </w:t>
      </w:r>
    </w:p>
    <w:p w14:paraId="65716C57" w14:textId="77777777" w:rsidR="00A61D50" w:rsidRPr="00434EE5" w:rsidRDefault="00A61D50" w:rsidP="00A61D50">
      <w:pPr>
        <w:pStyle w:val="NormalWeb"/>
        <w:rPr>
          <w:rFonts w:ascii="Aptos Display" w:hAnsi="Aptos Display"/>
        </w:rPr>
      </w:pPr>
      <w:r w:rsidRPr="00434EE5">
        <w:rPr>
          <w:rStyle w:val="citation-371"/>
          <w:rFonts w:ascii="Aptos Display" w:hAnsi="Aptos Display"/>
        </w:rPr>
        <w:t xml:space="preserve">“Look, Ben,” she said, her voice a quiet whisper. </w:t>
      </w:r>
    </w:p>
    <w:p w14:paraId="4B563852" w14:textId="7CA461E3" w:rsidR="00A61D50" w:rsidRPr="00434EE5" w:rsidRDefault="00A61D50" w:rsidP="00A61D50">
      <w:pPr>
        <w:pStyle w:val="NormalWeb"/>
        <w:rPr>
          <w:rFonts w:ascii="Aptos Display" w:hAnsi="Aptos Display"/>
        </w:rPr>
      </w:pPr>
      <w:r w:rsidRPr="00434EE5">
        <w:rPr>
          <w:rStyle w:val="citation-370"/>
          <w:rFonts w:ascii="Aptos Display" w:eastAsiaTheme="majorEastAsia" w:hAnsi="Aptos Display"/>
        </w:rPr>
        <w:t xml:space="preserve">Ben stood on the mossy ground below, looking </w:t>
      </w:r>
      <w:r w:rsidR="00E301A9">
        <w:rPr>
          <w:rStyle w:val="citation-370"/>
          <w:rFonts w:ascii="Aptos Display" w:eastAsiaTheme="majorEastAsia" w:hAnsi="Aptos Display"/>
        </w:rPr>
        <w:t>in the direction</w:t>
      </w:r>
      <w:r w:rsidRPr="00434EE5">
        <w:rPr>
          <w:rStyle w:val="citation-370"/>
          <w:rFonts w:ascii="Aptos Display" w:eastAsiaTheme="majorEastAsia" w:hAnsi="Aptos Display"/>
        </w:rPr>
        <w:t xml:space="preserve"> she pointed. </w:t>
      </w:r>
    </w:p>
    <w:p w14:paraId="45BB7F26" w14:textId="696B94AB" w:rsidR="00A61D50" w:rsidRPr="00434EE5" w:rsidRDefault="00A61D50" w:rsidP="00A61D50">
      <w:pPr>
        <w:pStyle w:val="NormalWeb"/>
        <w:rPr>
          <w:rFonts w:ascii="Aptos Display" w:hAnsi="Aptos Display"/>
        </w:rPr>
      </w:pPr>
      <w:r w:rsidRPr="00434EE5">
        <w:rPr>
          <w:rFonts w:ascii="Aptos Display" w:hAnsi="Aptos Display"/>
          <w:noProof/>
        </w:rPr>
        <w:drawing>
          <wp:anchor distT="0" distB="0" distL="114300" distR="114300" simplePos="0" relativeHeight="251709440" behindDoc="0" locked="0" layoutInCell="1" allowOverlap="1" wp14:anchorId="7B0D979C" wp14:editId="29AAA528">
            <wp:simplePos x="0" y="0"/>
            <wp:positionH relativeFrom="column">
              <wp:posOffset>22860</wp:posOffset>
            </wp:positionH>
            <wp:positionV relativeFrom="paragraph">
              <wp:posOffset>894715</wp:posOffset>
            </wp:positionV>
            <wp:extent cx="3794760" cy="2071370"/>
            <wp:effectExtent l="0" t="0" r="0" b="5080"/>
            <wp:wrapThrough wrapText="bothSides">
              <wp:wrapPolygon edited="0">
                <wp:start x="325" y="0"/>
                <wp:lineTo x="0" y="795"/>
                <wp:lineTo x="0" y="20262"/>
                <wp:lineTo x="325" y="21454"/>
                <wp:lineTo x="21145" y="21454"/>
                <wp:lineTo x="21470" y="20262"/>
                <wp:lineTo x="21470" y="795"/>
                <wp:lineTo x="21145" y="0"/>
                <wp:lineTo x="325" y="0"/>
              </wp:wrapPolygon>
            </wp:wrapThrough>
            <wp:docPr id="5475643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64395" name="Picture 547564395"/>
                    <pic:cNvPicPr/>
                  </pic:nvPicPr>
                  <pic:blipFill>
                    <a:blip r:embed="rId26"/>
                    <a:stretch>
                      <a:fillRect/>
                    </a:stretch>
                  </pic:blipFill>
                  <pic:spPr>
                    <a:xfrm>
                      <a:off x="0" y="0"/>
                      <a:ext cx="3794760" cy="2071370"/>
                    </a:xfrm>
                    <a:prstGeom prst="rect">
                      <a:avLst/>
                    </a:prstGeom>
                    <a:effectLst>
                      <a:softEdge rad="127000"/>
                    </a:effectLst>
                  </pic:spPr>
                </pic:pic>
              </a:graphicData>
            </a:graphic>
          </wp:anchor>
        </w:drawing>
      </w:r>
      <w:r w:rsidRPr="00434EE5">
        <w:rPr>
          <w:rStyle w:val="citation-369"/>
          <w:rFonts w:ascii="Aptos Display" w:hAnsi="Aptos Display"/>
        </w:rPr>
        <w:t xml:space="preserve">High on a low-hanging branch, a small bird’s nest tilted dangerously. </w:t>
      </w:r>
      <w:r w:rsidRPr="00434EE5">
        <w:rPr>
          <w:rStyle w:val="citation-368"/>
          <w:rFonts w:ascii="Aptos Display" w:eastAsiaTheme="majorEastAsia" w:hAnsi="Aptos Display"/>
        </w:rPr>
        <w:t xml:space="preserve">The wood beneath it had split, and the home was sliding toward the rushing water below. </w:t>
      </w:r>
    </w:p>
    <w:p w14:paraId="4509BB15" w14:textId="28455AA9" w:rsidR="00A61D50" w:rsidRPr="00A00A68" w:rsidRDefault="00A61D50" w:rsidP="00A61D50">
      <w:pPr>
        <w:pStyle w:val="NormalWeb"/>
        <w:rPr>
          <w:rFonts w:ascii="Aptos Display" w:hAnsi="Aptos Display"/>
        </w:rPr>
      </w:pPr>
      <w:r w:rsidRPr="00A00A68">
        <w:rPr>
          <w:rStyle w:val="citation-367"/>
          <w:rFonts w:ascii="Aptos Display" w:hAnsi="Aptos Display"/>
        </w:rPr>
        <w:lastRenderedPageBreak/>
        <w:t xml:space="preserve">Inside, three tiny hatchlings huddled together, their soft gray down trembling in the breeze. </w:t>
      </w:r>
    </w:p>
    <w:p w14:paraId="215AEC26" w14:textId="3238E63D" w:rsidR="00A61D50" w:rsidRPr="00A00A68" w:rsidRDefault="00A61D50" w:rsidP="00A61D50">
      <w:pPr>
        <w:pStyle w:val="NormalWeb"/>
        <w:rPr>
          <w:rFonts w:ascii="Aptos Display" w:hAnsi="Aptos Display"/>
        </w:rPr>
      </w:pPr>
      <w:r w:rsidRPr="00A00A68">
        <w:rPr>
          <w:rStyle w:val="citation-366"/>
          <w:rFonts w:ascii="Aptos Display" w:hAnsi="Aptos Display"/>
        </w:rPr>
        <w:t xml:space="preserve">They opened their orange beaks toward the paling sky, letting out high, thin peeps that carried the weight of fear. </w:t>
      </w:r>
    </w:p>
    <w:p w14:paraId="38222747" w14:textId="2219B314" w:rsidR="00A61D50" w:rsidRPr="00A00A68" w:rsidRDefault="00A61D50" w:rsidP="00A61D50">
      <w:pPr>
        <w:pStyle w:val="NormalWeb"/>
        <w:rPr>
          <w:rFonts w:ascii="Aptos Display" w:hAnsi="Aptos Display"/>
        </w:rPr>
      </w:pPr>
      <w:r w:rsidRPr="00A00A68">
        <w:rPr>
          <w:rStyle w:val="citation-365"/>
          <w:rFonts w:ascii="Aptos Display" w:hAnsi="Aptos Display"/>
        </w:rPr>
        <w:t xml:space="preserve">“If it falls…” Lily’s voice trailed off. </w:t>
      </w:r>
    </w:p>
    <w:p w14:paraId="11498E7C" w14:textId="447B9857" w:rsidR="00A61D50" w:rsidRPr="00A00A68" w:rsidRDefault="00A61D50" w:rsidP="00A61D50">
      <w:pPr>
        <w:pStyle w:val="NormalWeb"/>
        <w:rPr>
          <w:rFonts w:ascii="Aptos Display" w:hAnsi="Aptos Display"/>
        </w:rPr>
      </w:pPr>
      <w:r w:rsidRPr="00A00A68">
        <w:rPr>
          <w:rStyle w:val="citation-364"/>
          <w:rFonts w:ascii="Aptos Display" w:hAnsi="Aptos Display"/>
        </w:rPr>
        <w:t xml:space="preserve">Ben moved toward the muddy edge of the water where the tall cattails grew. </w:t>
      </w:r>
    </w:p>
    <w:p w14:paraId="4DEBEDA8" w14:textId="3EB88A2E" w:rsidR="00A61D50" w:rsidRPr="00A00A68" w:rsidRDefault="00A61D50" w:rsidP="00A61D50">
      <w:pPr>
        <w:pStyle w:val="NormalWeb"/>
        <w:rPr>
          <w:rFonts w:ascii="Aptos Display" w:hAnsi="Aptos Display"/>
        </w:rPr>
      </w:pPr>
      <w:r w:rsidRPr="00A00A68">
        <w:rPr>
          <w:rStyle w:val="citation-363"/>
          <w:rFonts w:ascii="Aptos Display" w:hAnsi="Aptos Display"/>
        </w:rPr>
        <w:t xml:space="preserve">“Then we support it,” he said. </w:t>
      </w:r>
    </w:p>
    <w:p w14:paraId="6F09323A" w14:textId="07408F40" w:rsidR="00A61D50" w:rsidRPr="00A00A68" w:rsidRDefault="00A61D50" w:rsidP="00A61D50">
      <w:pPr>
        <w:pStyle w:val="NormalWeb"/>
        <w:rPr>
          <w:rFonts w:ascii="Aptos Display" w:hAnsi="Aptos Display"/>
        </w:rPr>
      </w:pPr>
      <w:r w:rsidRPr="00A00A68">
        <w:rPr>
          <w:rStyle w:val="citation-362"/>
          <w:rFonts w:ascii="Aptos Display" w:hAnsi="Aptos Display"/>
        </w:rPr>
        <w:t xml:space="preserve">He began pulling long, strong reeds from the bank and brought a bundle back to her. </w:t>
      </w:r>
    </w:p>
    <w:p w14:paraId="4ED8C000" w14:textId="4FFEADC7" w:rsidR="00A61D50" w:rsidRPr="00A00A68" w:rsidRDefault="00A61D50" w:rsidP="00A61D50">
      <w:pPr>
        <w:pStyle w:val="NormalWeb"/>
        <w:rPr>
          <w:rFonts w:ascii="Aptos Display" w:hAnsi="Aptos Display"/>
        </w:rPr>
      </w:pPr>
      <w:r w:rsidRPr="00A00A68">
        <w:rPr>
          <w:rStyle w:val="citation-361"/>
          <w:rFonts w:ascii="Aptos Display" w:hAnsi="Aptos Display"/>
        </w:rPr>
        <w:t xml:space="preserve">Lily sat on the root and took the stems from his hand. </w:t>
      </w:r>
      <w:r w:rsidRPr="00A00A68">
        <w:rPr>
          <w:rStyle w:val="citation-360"/>
          <w:rFonts w:ascii="Aptos Display" w:hAnsi="Aptos Display"/>
        </w:rPr>
        <w:t xml:space="preserve">Her fingers felt quick and sure, remembering the lessons of the fox and the turtle. </w:t>
      </w:r>
    </w:p>
    <w:p w14:paraId="6C4A8D40" w14:textId="4E3CEC87" w:rsidR="00A61D50" w:rsidRPr="00A00A68" w:rsidRDefault="00241D54" w:rsidP="00A61D50">
      <w:pPr>
        <w:pStyle w:val="NormalWeb"/>
        <w:rPr>
          <w:rFonts w:ascii="Aptos Display" w:hAnsi="Aptos Display"/>
        </w:rPr>
      </w:pPr>
      <w:r w:rsidRPr="00A00A68">
        <w:rPr>
          <w:rFonts w:ascii="Aptos Display" w:hAnsi="Aptos Display"/>
          <w:noProof/>
        </w:rPr>
        <w:drawing>
          <wp:anchor distT="0" distB="0" distL="114300" distR="114300" simplePos="0" relativeHeight="251718656" behindDoc="1" locked="0" layoutInCell="1" allowOverlap="1" wp14:anchorId="6688B0FB" wp14:editId="09AB8295">
            <wp:simplePos x="0" y="0"/>
            <wp:positionH relativeFrom="column">
              <wp:posOffset>403860</wp:posOffset>
            </wp:positionH>
            <wp:positionV relativeFrom="page">
              <wp:posOffset>5219700</wp:posOffset>
            </wp:positionV>
            <wp:extent cx="2886075" cy="1921510"/>
            <wp:effectExtent l="0" t="0" r="9525" b="2540"/>
            <wp:wrapTopAndBottom/>
            <wp:docPr id="12918775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77579" name="Picture 1291877579"/>
                    <pic:cNvPicPr/>
                  </pic:nvPicPr>
                  <pic:blipFill>
                    <a:blip r:embed="rId27"/>
                    <a:stretch>
                      <a:fillRect/>
                    </a:stretch>
                  </pic:blipFill>
                  <pic:spPr>
                    <a:xfrm>
                      <a:off x="0" y="0"/>
                      <a:ext cx="2886075" cy="1921510"/>
                    </a:xfrm>
                    <a:prstGeom prst="rect">
                      <a:avLst/>
                    </a:prstGeom>
                    <a:effectLst>
                      <a:softEdge rad="127000"/>
                    </a:effectLst>
                  </pic:spPr>
                </pic:pic>
              </a:graphicData>
            </a:graphic>
          </wp:anchor>
        </w:drawing>
      </w:r>
      <w:r w:rsidR="00A61D50" w:rsidRPr="00A00A68">
        <w:rPr>
          <w:rStyle w:val="citation-359"/>
          <w:rFonts w:ascii="Aptos Display" w:hAnsi="Aptos Display"/>
        </w:rPr>
        <w:t xml:space="preserve">Together, they wove the damp grasses into a thick, sturdy band. </w:t>
      </w:r>
      <w:r w:rsidR="00A61D50" w:rsidRPr="00A00A68">
        <w:rPr>
          <w:rStyle w:val="citation-358"/>
          <w:rFonts w:ascii="Aptos Display" w:hAnsi="Aptos Display"/>
        </w:rPr>
        <w:t xml:space="preserve">They didn’t need many words; the rhythm of the work was enough. </w:t>
      </w:r>
    </w:p>
    <w:p w14:paraId="0319B482" w14:textId="6733EDF6" w:rsidR="00A61D50" w:rsidRDefault="00A61D50" w:rsidP="00A61D50">
      <w:pPr>
        <w:pStyle w:val="NormalWeb"/>
        <w:rPr>
          <w:rStyle w:val="citation-357"/>
          <w:rFonts w:ascii="Aptos Display" w:hAnsi="Aptos Display"/>
        </w:rPr>
      </w:pPr>
      <w:r w:rsidRPr="00A00A68">
        <w:rPr>
          <w:rStyle w:val="citation-357"/>
          <w:rFonts w:ascii="Aptos Display" w:hAnsi="Aptos Display"/>
        </w:rPr>
        <w:lastRenderedPageBreak/>
        <w:t xml:space="preserve">Lily felt a strange focus take hold of her, a patience she hadn't known she possessed. </w:t>
      </w:r>
    </w:p>
    <w:p w14:paraId="0C2E9434" w14:textId="2423F9D8" w:rsidR="00A61D50" w:rsidRPr="00A00A68" w:rsidRDefault="00A61D50" w:rsidP="00A61D50">
      <w:pPr>
        <w:pStyle w:val="NormalWeb"/>
        <w:rPr>
          <w:rFonts w:ascii="Aptos Display" w:hAnsi="Aptos Display"/>
        </w:rPr>
      </w:pPr>
      <w:r w:rsidRPr="00A00A68">
        <w:rPr>
          <w:rStyle w:val="citation-356"/>
          <w:rFonts w:ascii="Aptos Display" w:hAnsi="Aptos Display"/>
        </w:rPr>
        <w:t xml:space="preserve">When the braid was long enough, Lily reached up toward the tilting branch. </w:t>
      </w:r>
    </w:p>
    <w:p w14:paraId="71F8527A" w14:textId="65620726" w:rsidR="00A61D50" w:rsidRPr="00A00A68" w:rsidRDefault="00A61D50" w:rsidP="00A61D50">
      <w:pPr>
        <w:pStyle w:val="NormalWeb"/>
        <w:rPr>
          <w:rFonts w:ascii="Aptos Display" w:hAnsi="Aptos Display"/>
        </w:rPr>
      </w:pPr>
      <w:r w:rsidRPr="00A00A68">
        <w:rPr>
          <w:rStyle w:val="citation-355"/>
          <w:rFonts w:ascii="Aptos Display" w:hAnsi="Aptos Display"/>
        </w:rPr>
        <w:t xml:space="preserve">“Easy, easy,” she murmured. </w:t>
      </w:r>
    </w:p>
    <w:p w14:paraId="5E80FD02" w14:textId="77777777" w:rsidR="00A61D50" w:rsidRPr="00A00A68" w:rsidRDefault="00A61D50" w:rsidP="00A61D50">
      <w:pPr>
        <w:pStyle w:val="NormalWeb"/>
        <w:rPr>
          <w:rFonts w:ascii="Aptos Display" w:hAnsi="Aptos Display"/>
        </w:rPr>
      </w:pPr>
      <w:r w:rsidRPr="00A00A68">
        <w:rPr>
          <w:rStyle w:val="citation-354"/>
          <w:rFonts w:ascii="Aptos Display" w:hAnsi="Aptos Display"/>
        </w:rPr>
        <w:t xml:space="preserve">She looped the braided reeds around the branch, binding the split wood securely to the main trunk of the tree. </w:t>
      </w:r>
    </w:p>
    <w:p w14:paraId="1577199C" w14:textId="77777777" w:rsidR="00A61D50" w:rsidRPr="00A00A68" w:rsidRDefault="00A61D50" w:rsidP="00A61D50">
      <w:pPr>
        <w:pStyle w:val="NormalWeb"/>
        <w:rPr>
          <w:rFonts w:ascii="Aptos Display" w:hAnsi="Aptos Display"/>
        </w:rPr>
      </w:pPr>
      <w:r w:rsidRPr="00A00A68">
        <w:rPr>
          <w:rStyle w:val="citation-353"/>
          <w:rFonts w:ascii="Aptos Display" w:hAnsi="Aptos Display"/>
        </w:rPr>
        <w:t xml:space="preserve">The branch swayed, then held firm. </w:t>
      </w:r>
    </w:p>
    <w:p w14:paraId="151E2E05" w14:textId="2E47D4DC" w:rsidR="00A61D50" w:rsidRPr="00A00A68" w:rsidRDefault="00A61D50" w:rsidP="00A61D50">
      <w:pPr>
        <w:pStyle w:val="NormalWeb"/>
        <w:rPr>
          <w:rFonts w:ascii="Aptos Display" w:hAnsi="Aptos Display"/>
        </w:rPr>
      </w:pPr>
      <w:r w:rsidRPr="00A00A68">
        <w:rPr>
          <w:rStyle w:val="citation-352"/>
          <w:rFonts w:ascii="Aptos Display" w:hAnsi="Aptos Display"/>
        </w:rPr>
        <w:t xml:space="preserve">The hatchlings quieted. </w:t>
      </w:r>
      <w:r w:rsidRPr="00A00A68">
        <w:rPr>
          <w:rStyle w:val="citation-351"/>
          <w:rFonts w:ascii="Aptos Display" w:hAnsi="Aptos Display"/>
        </w:rPr>
        <w:t xml:space="preserve">As the warm light of dawn began to seep into the nest, their peeps turned into small, reassured chirps. </w:t>
      </w:r>
    </w:p>
    <w:p w14:paraId="41D84012" w14:textId="47DD0702" w:rsidR="00A61D50" w:rsidRPr="00A00A68" w:rsidRDefault="00A61D50" w:rsidP="00A61D50">
      <w:pPr>
        <w:pStyle w:val="NormalWeb"/>
        <w:rPr>
          <w:rFonts w:ascii="Aptos Display" w:hAnsi="Aptos Display"/>
        </w:rPr>
      </w:pPr>
      <w:r w:rsidRPr="00A00A68">
        <w:rPr>
          <w:rStyle w:val="citation-350"/>
          <w:rFonts w:ascii="Aptos Display" w:hAnsi="Aptos Display"/>
        </w:rPr>
        <w:t xml:space="preserve">Lily sat back on her heels and let out a long breath. </w:t>
      </w:r>
    </w:p>
    <w:p w14:paraId="201ECC9B" w14:textId="0BBBB392" w:rsidR="00A61D50" w:rsidRPr="00A00A68" w:rsidRDefault="00A61D50" w:rsidP="00A61D50">
      <w:pPr>
        <w:pStyle w:val="NormalWeb"/>
        <w:rPr>
          <w:rFonts w:ascii="Aptos Display" w:hAnsi="Aptos Display"/>
        </w:rPr>
      </w:pPr>
      <w:r w:rsidRPr="00A00A68">
        <w:rPr>
          <w:rStyle w:val="citation-349"/>
          <w:rFonts w:ascii="Aptos Display" w:hAnsi="Aptos Display"/>
        </w:rPr>
        <w:t xml:space="preserve">She looked down at Ben, who was watching her with a half-smile. </w:t>
      </w:r>
    </w:p>
    <w:p w14:paraId="589C1685" w14:textId="0562B611" w:rsidR="00A61D50" w:rsidRPr="00A00A68" w:rsidRDefault="00A00A68" w:rsidP="00A61D50">
      <w:pPr>
        <w:pStyle w:val="NormalWeb"/>
        <w:rPr>
          <w:rFonts w:ascii="Aptos Display" w:hAnsi="Aptos Display"/>
        </w:rPr>
      </w:pPr>
      <w:r>
        <w:rPr>
          <w:rFonts w:ascii="Aptos Display" w:hAnsi="Aptos Display"/>
          <w:noProof/>
        </w:rPr>
        <w:drawing>
          <wp:anchor distT="0" distB="0" distL="114300" distR="114300" simplePos="0" relativeHeight="251719680" behindDoc="0" locked="0" layoutInCell="1" allowOverlap="1" wp14:anchorId="079F1F2D" wp14:editId="7839C798">
            <wp:simplePos x="0" y="0"/>
            <wp:positionH relativeFrom="column">
              <wp:posOffset>3810</wp:posOffset>
            </wp:positionH>
            <wp:positionV relativeFrom="paragraph">
              <wp:posOffset>361315</wp:posOffset>
            </wp:positionV>
            <wp:extent cx="3794760" cy="2071370"/>
            <wp:effectExtent l="0" t="0" r="0" b="5080"/>
            <wp:wrapThrough wrapText="bothSides">
              <wp:wrapPolygon edited="0">
                <wp:start x="325" y="0"/>
                <wp:lineTo x="0" y="795"/>
                <wp:lineTo x="0" y="20262"/>
                <wp:lineTo x="325" y="21454"/>
                <wp:lineTo x="21145" y="21454"/>
                <wp:lineTo x="21470" y="20262"/>
                <wp:lineTo x="21470" y="795"/>
                <wp:lineTo x="21145" y="0"/>
                <wp:lineTo x="325" y="0"/>
              </wp:wrapPolygon>
            </wp:wrapThrough>
            <wp:docPr id="6583239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23965" name="Picture 658323965"/>
                    <pic:cNvPicPr/>
                  </pic:nvPicPr>
                  <pic:blipFill>
                    <a:blip r:embed="rId26"/>
                    <a:stretch>
                      <a:fillRect/>
                    </a:stretch>
                  </pic:blipFill>
                  <pic:spPr>
                    <a:xfrm>
                      <a:off x="0" y="0"/>
                      <a:ext cx="3794760" cy="2071370"/>
                    </a:xfrm>
                    <a:prstGeom prst="rect">
                      <a:avLst/>
                    </a:prstGeom>
                    <a:effectLst>
                      <a:softEdge rad="127000"/>
                    </a:effectLst>
                  </pic:spPr>
                </pic:pic>
              </a:graphicData>
            </a:graphic>
          </wp:anchor>
        </w:drawing>
      </w:r>
      <w:r w:rsidR="00A61D50" w:rsidRPr="00A00A68">
        <w:rPr>
          <w:rStyle w:val="citation-348"/>
          <w:rFonts w:ascii="Aptos Display" w:hAnsi="Aptos Display"/>
        </w:rPr>
        <w:t xml:space="preserve">“We fixed it,” she said softly. </w:t>
      </w:r>
    </w:p>
    <w:p w14:paraId="7718DFB4" w14:textId="7E308468" w:rsidR="00A61D50" w:rsidRPr="00A00A68" w:rsidRDefault="00A61D50" w:rsidP="00A61D50">
      <w:pPr>
        <w:pStyle w:val="NormalWeb"/>
        <w:rPr>
          <w:rFonts w:ascii="Aptos Display" w:hAnsi="Aptos Display"/>
        </w:rPr>
      </w:pPr>
      <w:r w:rsidRPr="00A00A68">
        <w:rPr>
          <w:rStyle w:val="citation-347"/>
          <w:rFonts w:ascii="Aptos Display" w:hAnsi="Aptos Display"/>
        </w:rPr>
        <w:lastRenderedPageBreak/>
        <w:t xml:space="preserve">“We supported it,” Ben corrected gently. </w:t>
      </w:r>
    </w:p>
    <w:p w14:paraId="104AF21B" w14:textId="1E5D418A" w:rsidR="00A61D50" w:rsidRPr="00A00A68" w:rsidRDefault="00A61D50" w:rsidP="00A61D50">
      <w:pPr>
        <w:pStyle w:val="NormalWeb"/>
        <w:rPr>
          <w:rFonts w:ascii="Aptos Display" w:hAnsi="Aptos Display"/>
        </w:rPr>
      </w:pPr>
      <w:r w:rsidRPr="00A00A68">
        <w:rPr>
          <w:rStyle w:val="citation-346"/>
          <w:rFonts w:ascii="Aptos Display" w:hAnsi="Aptos Display"/>
        </w:rPr>
        <w:t xml:space="preserve">Tears slid down Lily’s cheeks, but they didn't feel sharp or heavy. </w:t>
      </w:r>
    </w:p>
    <w:p w14:paraId="2636B713" w14:textId="740F9253" w:rsidR="00A61D50" w:rsidRPr="00A00A68" w:rsidRDefault="00A61D50" w:rsidP="00A61D50">
      <w:pPr>
        <w:pStyle w:val="NormalWeb"/>
        <w:rPr>
          <w:rFonts w:ascii="Aptos Display" w:hAnsi="Aptos Display"/>
        </w:rPr>
      </w:pPr>
      <w:r w:rsidRPr="00A00A68">
        <w:rPr>
          <w:rStyle w:val="citation-345"/>
          <w:rFonts w:ascii="Aptos Display" w:hAnsi="Aptos Display"/>
        </w:rPr>
        <w:t xml:space="preserve">They felt like the mist rising off the pond—something that was simply part of the morning. </w:t>
      </w:r>
    </w:p>
    <w:p w14:paraId="1C1A0F66" w14:textId="77777777" w:rsidR="00A61D50" w:rsidRPr="00A00A68" w:rsidRDefault="00A61D50" w:rsidP="00A61D50">
      <w:pPr>
        <w:pStyle w:val="NormalWeb"/>
        <w:rPr>
          <w:rFonts w:ascii="Aptos Display" w:hAnsi="Aptos Display"/>
        </w:rPr>
      </w:pPr>
      <w:r w:rsidRPr="00A00A68">
        <w:rPr>
          <w:rStyle w:val="citation-344"/>
          <w:rFonts w:ascii="Aptos Display" w:eastAsiaTheme="majorEastAsia" w:hAnsi="Aptos Display"/>
        </w:rPr>
        <w:t xml:space="preserve">She realized then that Ben’s lessons were not just about saving animals. </w:t>
      </w:r>
      <w:r w:rsidRPr="00A00A68">
        <w:rPr>
          <w:rStyle w:val="citation-343"/>
          <w:rFonts w:ascii="Aptos Display" w:eastAsiaTheme="majorEastAsia" w:hAnsi="Aptos Display"/>
        </w:rPr>
        <w:t xml:space="preserve">They were about her. </w:t>
      </w:r>
    </w:p>
    <w:p w14:paraId="2ECD7813" w14:textId="77777777" w:rsidR="00A61D50" w:rsidRPr="00A00A68" w:rsidRDefault="00A61D50" w:rsidP="00A61D50">
      <w:pPr>
        <w:pStyle w:val="NormalWeb"/>
        <w:rPr>
          <w:rFonts w:ascii="Aptos Display" w:hAnsi="Aptos Display"/>
        </w:rPr>
      </w:pPr>
      <w:r w:rsidRPr="00A00A68">
        <w:rPr>
          <w:rStyle w:val="citation-342"/>
          <w:rFonts w:ascii="Aptos Display" w:eastAsiaTheme="majorEastAsia" w:hAnsi="Aptos Display"/>
        </w:rPr>
        <w:t xml:space="preserve">She had been afraid that healing meant leaving him behind in the dark, but here, in the lavender light, she saw the truth. </w:t>
      </w:r>
    </w:p>
    <w:p w14:paraId="1B843756" w14:textId="77777777" w:rsidR="00A61D50" w:rsidRPr="00A00A68" w:rsidRDefault="00A61D50" w:rsidP="00A61D50">
      <w:pPr>
        <w:pStyle w:val="NormalWeb"/>
        <w:rPr>
          <w:rFonts w:ascii="Aptos Display" w:hAnsi="Aptos Display"/>
        </w:rPr>
      </w:pPr>
      <w:r w:rsidRPr="00A00A68">
        <w:rPr>
          <w:rStyle w:val="citation-341"/>
          <w:rFonts w:ascii="Aptos Display" w:eastAsiaTheme="majorEastAsia" w:hAnsi="Aptos Display"/>
        </w:rPr>
        <w:t xml:space="preserve">Healing did not take Ben farther away. </w:t>
      </w:r>
      <w:r w:rsidRPr="00A00A68">
        <w:rPr>
          <w:rStyle w:val="citation-340"/>
          <w:rFonts w:ascii="Aptos Display" w:eastAsiaTheme="majorEastAsia" w:hAnsi="Aptos Display"/>
        </w:rPr>
        <w:t xml:space="preserve">It did not erase the love she had for him; it gave that love a way to keep moving. </w:t>
      </w:r>
    </w:p>
    <w:p w14:paraId="3A4BAE31" w14:textId="7BC838B6" w:rsidR="00A61D50" w:rsidRPr="00A00A68" w:rsidRDefault="00A61D50" w:rsidP="00A61D50">
      <w:pPr>
        <w:pStyle w:val="NormalWeb"/>
        <w:rPr>
          <w:rFonts w:ascii="Aptos Display" w:hAnsi="Aptos Display"/>
        </w:rPr>
      </w:pPr>
      <w:r w:rsidRPr="00A00A68">
        <w:rPr>
          <w:rStyle w:val="citation-339"/>
          <w:rFonts w:ascii="Aptos Display" w:eastAsiaTheme="majorEastAsia" w:hAnsi="Aptos Display"/>
        </w:rPr>
        <w:t xml:space="preserve">They sat together on the willow root while the world began to wake up. </w:t>
      </w:r>
    </w:p>
    <w:p w14:paraId="04666060" w14:textId="4B349122" w:rsidR="00A61D50" w:rsidRPr="00A00A68" w:rsidRDefault="005749E4" w:rsidP="00A61D50">
      <w:pPr>
        <w:pStyle w:val="NormalWeb"/>
        <w:rPr>
          <w:rFonts w:ascii="Aptos Display" w:hAnsi="Aptos Display"/>
        </w:rPr>
      </w:pPr>
      <w:r>
        <w:rPr>
          <w:rFonts w:ascii="Aptos Display" w:hAnsi="Aptos Display"/>
          <w:bCs/>
          <w:noProof/>
        </w:rPr>
        <w:drawing>
          <wp:anchor distT="0" distB="0" distL="114300" distR="114300" simplePos="0" relativeHeight="251721728" behindDoc="1" locked="0" layoutInCell="1" allowOverlap="1" wp14:anchorId="408067F4" wp14:editId="6949A967">
            <wp:simplePos x="0" y="0"/>
            <wp:positionH relativeFrom="column">
              <wp:posOffset>-167640</wp:posOffset>
            </wp:positionH>
            <wp:positionV relativeFrom="paragraph">
              <wp:posOffset>455295</wp:posOffset>
            </wp:positionV>
            <wp:extent cx="3794760" cy="2527935"/>
            <wp:effectExtent l="0" t="0" r="0" b="5715"/>
            <wp:wrapTight wrapText="bothSides">
              <wp:wrapPolygon edited="0">
                <wp:start x="325" y="0"/>
                <wp:lineTo x="0" y="651"/>
                <wp:lineTo x="0" y="20998"/>
                <wp:lineTo x="325" y="21486"/>
                <wp:lineTo x="21145" y="21486"/>
                <wp:lineTo x="21470" y="20998"/>
                <wp:lineTo x="21470" y="651"/>
                <wp:lineTo x="21145" y="0"/>
                <wp:lineTo x="325" y="0"/>
              </wp:wrapPolygon>
            </wp:wrapTight>
            <wp:docPr id="713847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47964" name="Picture 713847964"/>
                    <pic:cNvPicPr/>
                  </pic:nvPicPr>
                  <pic:blipFill>
                    <a:blip r:embed="rId28"/>
                    <a:stretch>
                      <a:fillRect/>
                    </a:stretch>
                  </pic:blipFill>
                  <pic:spPr>
                    <a:xfrm>
                      <a:off x="0" y="0"/>
                      <a:ext cx="3794760" cy="2527935"/>
                    </a:xfrm>
                    <a:prstGeom prst="rect">
                      <a:avLst/>
                    </a:prstGeom>
                    <a:effectLst>
                      <a:softEdge rad="127000"/>
                    </a:effectLst>
                  </pic:spPr>
                </pic:pic>
              </a:graphicData>
            </a:graphic>
          </wp:anchor>
        </w:drawing>
      </w:r>
      <w:r w:rsidR="00A61D50" w:rsidRPr="00A00A68">
        <w:rPr>
          <w:rStyle w:val="citation-338"/>
          <w:rFonts w:ascii="Aptos Display" w:hAnsi="Aptos Display"/>
        </w:rPr>
        <w:t xml:space="preserve">The last of the moonlight lifted like a fading dream. </w:t>
      </w:r>
    </w:p>
    <w:p w14:paraId="668BFCCB" w14:textId="6F04826C" w:rsidR="00A61D50" w:rsidRPr="00A00A68" w:rsidRDefault="00E301A9" w:rsidP="00A61D50">
      <w:pPr>
        <w:pStyle w:val="NormalWeb"/>
        <w:rPr>
          <w:rFonts w:ascii="Aptos Display" w:hAnsi="Aptos Display"/>
        </w:rPr>
      </w:pPr>
      <w:r w:rsidRPr="00A00A68">
        <w:rPr>
          <w:rStyle w:val="citation-337"/>
          <w:rFonts w:ascii="Aptos Display" w:hAnsi="Aptos Display"/>
        </w:rPr>
        <w:lastRenderedPageBreak/>
        <w:t>It was morning</w:t>
      </w:r>
      <w:r w:rsidR="00A61D50" w:rsidRPr="00A00A68">
        <w:rPr>
          <w:rStyle w:val="citation-337"/>
          <w:rFonts w:ascii="Aptos Display" w:hAnsi="Aptos Display"/>
        </w:rPr>
        <w:t xml:space="preserve"> here, and it felt new and full of light. </w:t>
      </w:r>
    </w:p>
    <w:p w14:paraId="236DE13F" w14:textId="77777777" w:rsidR="00A61D50" w:rsidRPr="00A00A68" w:rsidRDefault="00A61D50" w:rsidP="00A61D50">
      <w:pPr>
        <w:pStyle w:val="NormalWeb"/>
        <w:rPr>
          <w:rFonts w:ascii="Aptos Display" w:hAnsi="Aptos Display"/>
        </w:rPr>
      </w:pPr>
      <w:r w:rsidRPr="00A00A68">
        <w:rPr>
          <w:rStyle w:val="citation-336"/>
          <w:rFonts w:ascii="Aptos Display" w:hAnsi="Aptos Display"/>
        </w:rPr>
        <w:t xml:space="preserve">Lily stood up, her heart feeling steady. </w:t>
      </w:r>
    </w:p>
    <w:p w14:paraId="4966FE22" w14:textId="77777777" w:rsidR="00A61D50" w:rsidRPr="00A00A68" w:rsidRDefault="00A61D50" w:rsidP="00A61D50">
      <w:pPr>
        <w:pStyle w:val="NormalWeb"/>
        <w:rPr>
          <w:rFonts w:ascii="Aptos Display" w:hAnsi="Aptos Display"/>
        </w:rPr>
      </w:pPr>
      <w:r w:rsidRPr="00A00A68">
        <w:rPr>
          <w:rStyle w:val="citation-335"/>
          <w:rFonts w:ascii="Aptos Display" w:hAnsi="Aptos Display"/>
        </w:rPr>
        <w:t xml:space="preserve">They rose together, ready for the next chapter, wherever it might lead. </w:t>
      </w:r>
    </w:p>
    <w:p w14:paraId="721DC820" w14:textId="11E5DE0C" w:rsidR="00A61D50" w:rsidRPr="00A61D50" w:rsidRDefault="00A61D50" w:rsidP="00A61D50">
      <w:pPr>
        <w:spacing w:before="480" w:after="120"/>
        <w:ind w:firstLine="0"/>
        <w:jc w:val="center"/>
        <w:rPr>
          <w:rFonts w:ascii="Aptos Display" w:hAnsi="Aptos Display"/>
          <w:b/>
          <w:sz w:val="24"/>
          <w:szCs w:val="24"/>
        </w:rPr>
      </w:pPr>
      <w:r w:rsidRPr="00A61D50">
        <w:rPr>
          <w:rFonts w:ascii="Aptos Display" w:hAnsi="Aptos Display"/>
          <w:bCs/>
          <w:sz w:val="24"/>
          <w:szCs w:val="24"/>
        </w:rPr>
        <w:t>They sat together on the willow root while the world began to wake up. The last of the moonlight lifted like a fading</w:t>
      </w:r>
      <w:r w:rsidRPr="00A61D50">
        <w:rPr>
          <w:rFonts w:ascii="Aptos Display" w:hAnsi="Aptos Display"/>
          <w:b/>
          <w:sz w:val="24"/>
          <w:szCs w:val="24"/>
        </w:rPr>
        <w:t xml:space="preserve"> dream, leaving behind a morning that felt new and full of light.</w:t>
      </w:r>
    </w:p>
    <w:p w14:paraId="6D895E91" w14:textId="53C1CFF1" w:rsidR="00504F73" w:rsidRPr="00504F73" w:rsidRDefault="00504F73" w:rsidP="00A61D50">
      <w:pPr>
        <w:spacing w:before="480" w:after="120"/>
        <w:ind w:firstLine="0"/>
        <w:jc w:val="center"/>
        <w:rPr>
          <w:rFonts w:ascii="Aptos Display" w:hAnsi="Aptos Display"/>
          <w:sz w:val="24"/>
          <w:szCs w:val="24"/>
        </w:rPr>
      </w:pPr>
      <w:r w:rsidRPr="00504F73">
        <w:rPr>
          <w:rFonts w:ascii="Aptos Display" w:hAnsi="Aptos Display"/>
          <w:sz w:val="24"/>
          <w:szCs w:val="24"/>
        </w:rPr>
        <w:t>Lily climbed down. They had</w:t>
      </w:r>
      <w:r w:rsidR="007420AB">
        <w:rPr>
          <w:rFonts w:ascii="Aptos Display" w:hAnsi="Aptos Display"/>
          <w:sz w:val="24"/>
          <w:szCs w:val="24"/>
        </w:rPr>
        <w:t xml:space="preserve"> a</w:t>
      </w:r>
      <w:r w:rsidRPr="00504F73">
        <w:rPr>
          <w:rFonts w:ascii="Aptos Display" w:hAnsi="Aptos Display"/>
          <w:sz w:val="24"/>
          <w:szCs w:val="24"/>
        </w:rPr>
        <w:t>nswered hurt with love. They had fixed what could be fixed.</w:t>
      </w:r>
    </w:p>
    <w:p w14:paraId="49FDD7D0" w14:textId="61F524B9" w:rsidR="00504F73" w:rsidRPr="00504F73" w:rsidRDefault="00504F73" w:rsidP="00504F73">
      <w:pPr>
        <w:rPr>
          <w:rFonts w:ascii="Aptos Display" w:hAnsi="Aptos Display"/>
          <w:sz w:val="24"/>
          <w:szCs w:val="24"/>
        </w:rPr>
      </w:pPr>
      <w:r w:rsidRPr="00504F73">
        <w:rPr>
          <w:rFonts w:ascii="Aptos Display" w:hAnsi="Aptos Display"/>
          <w:sz w:val="24"/>
          <w:szCs w:val="24"/>
        </w:rPr>
        <w:t>Lily started to say, looking at Ben.</w:t>
      </w:r>
    </w:p>
    <w:p w14:paraId="2A4D1936" w14:textId="6B7CD43B" w:rsidR="00504F73" w:rsidRPr="00504F73" w:rsidRDefault="00504F73" w:rsidP="00504F73">
      <w:pPr>
        <w:rPr>
          <w:rFonts w:ascii="Aptos Display" w:hAnsi="Aptos Display"/>
          <w:sz w:val="24"/>
          <w:szCs w:val="24"/>
        </w:rPr>
      </w:pPr>
      <w:r w:rsidRPr="00504F73">
        <w:rPr>
          <w:rFonts w:ascii="Aptos Display" w:hAnsi="Aptos Display"/>
          <w:sz w:val="24"/>
          <w:szCs w:val="24"/>
        </w:rPr>
        <w:t>Ben gave a half-smile, looking at the safe nest. “Not every ending needs to be written in a book, Lil. Some stay in the heart.”</w:t>
      </w:r>
    </w:p>
    <w:p w14:paraId="6ACCED81" w14:textId="124AE20B" w:rsidR="00504F73" w:rsidRPr="00504F73" w:rsidRDefault="00504F73" w:rsidP="00504F73">
      <w:pPr>
        <w:rPr>
          <w:rFonts w:ascii="Aptos Display" w:hAnsi="Aptos Display"/>
          <w:sz w:val="24"/>
          <w:szCs w:val="24"/>
        </w:rPr>
      </w:pPr>
      <w:r w:rsidRPr="00504F73">
        <w:rPr>
          <w:rFonts w:ascii="Aptos Display" w:hAnsi="Aptos Display"/>
          <w:sz w:val="24"/>
          <w:szCs w:val="24"/>
        </w:rPr>
        <w:t>Tears slid down Lily’s cheeks, but they were no longer sharp tears. Ben did not brush them away or rush her to stop. He simply sat beside her while the lavender-blue morning became gold, and the world began to wake up.</w:t>
      </w:r>
    </w:p>
    <w:p w14:paraId="52C0533E" w14:textId="77777777" w:rsidR="00504F73" w:rsidRPr="00504F73" w:rsidRDefault="00504F73" w:rsidP="00504F73">
      <w:pPr>
        <w:rPr>
          <w:rFonts w:ascii="Aptos Display" w:hAnsi="Aptos Display"/>
          <w:sz w:val="24"/>
          <w:szCs w:val="24"/>
        </w:rPr>
      </w:pPr>
      <w:r w:rsidRPr="00504F73">
        <w:rPr>
          <w:rFonts w:ascii="Aptos Display" w:hAnsi="Aptos Display"/>
          <w:sz w:val="24"/>
          <w:szCs w:val="24"/>
        </w:rPr>
        <w:t>He didn't need to ask if she understood. Healing did not take Ben farther away. Healing would not erase him.</w:t>
      </w:r>
    </w:p>
    <w:p w14:paraId="37464239" w14:textId="77777777" w:rsidR="00504F73" w:rsidRPr="00504F73" w:rsidRDefault="00504F73" w:rsidP="00504F73">
      <w:pPr>
        <w:rPr>
          <w:rFonts w:ascii="Aptos Display" w:hAnsi="Aptos Display"/>
          <w:sz w:val="24"/>
          <w:szCs w:val="24"/>
        </w:rPr>
      </w:pPr>
      <w:r w:rsidRPr="00504F73">
        <w:rPr>
          <w:rFonts w:ascii="Aptos Display" w:hAnsi="Aptos Display"/>
          <w:sz w:val="24"/>
          <w:szCs w:val="24"/>
        </w:rPr>
        <w:t>It would carry him forward.</w:t>
      </w:r>
    </w:p>
    <w:p w14:paraId="1D67503D" w14:textId="77777777" w:rsidR="00504F73" w:rsidRPr="00504F73" w:rsidRDefault="00504F73" w:rsidP="00504F73">
      <w:pPr>
        <w:rPr>
          <w:rFonts w:ascii="Aptos Display" w:hAnsi="Aptos Display"/>
          <w:sz w:val="24"/>
          <w:szCs w:val="24"/>
        </w:rPr>
      </w:pPr>
      <w:r w:rsidRPr="00504F73">
        <w:rPr>
          <w:rFonts w:ascii="Aptos Display" w:hAnsi="Aptos Display"/>
          <w:sz w:val="24"/>
          <w:szCs w:val="24"/>
        </w:rPr>
        <w:t>They rose together as the last of the moonlight lifted like mist, ready for the next chapter, wherever it might lead.</w:t>
      </w:r>
    </w:p>
    <w:p w14:paraId="218101DB" w14:textId="7D010C67" w:rsidR="00AA1F39" w:rsidRPr="00634213" w:rsidRDefault="00000000">
      <w:pPr>
        <w:rPr>
          <w:rFonts w:ascii="Aptos Display" w:hAnsi="Aptos Display"/>
          <w:sz w:val="24"/>
          <w:szCs w:val="24"/>
        </w:rPr>
      </w:pPr>
      <w:r w:rsidRPr="00634213">
        <w:rPr>
          <w:rFonts w:ascii="Aptos Display" w:hAnsi="Aptos Display"/>
          <w:sz w:val="24"/>
          <w:szCs w:val="24"/>
        </w:rPr>
        <w:br w:type="page"/>
      </w:r>
    </w:p>
    <w:p w14:paraId="6D30F690" w14:textId="351810EC" w:rsidR="00AA1F39" w:rsidRPr="00634213" w:rsidRDefault="00000000">
      <w:pPr>
        <w:spacing w:before="480" w:after="120"/>
        <w:ind w:firstLine="0"/>
        <w:jc w:val="center"/>
        <w:rPr>
          <w:rFonts w:ascii="Aptos Display" w:hAnsi="Aptos Display"/>
          <w:sz w:val="24"/>
          <w:szCs w:val="24"/>
        </w:rPr>
      </w:pPr>
      <w:r w:rsidRPr="00634213">
        <w:rPr>
          <w:rFonts w:ascii="Aptos Display" w:hAnsi="Aptos Display"/>
          <w:b/>
          <w:sz w:val="24"/>
          <w:szCs w:val="24"/>
        </w:rPr>
        <w:lastRenderedPageBreak/>
        <w:t>Chapter Nine</w:t>
      </w:r>
    </w:p>
    <w:p w14:paraId="0A6FE182" w14:textId="593ACD5C"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Morning Light</w:t>
      </w:r>
    </w:p>
    <w:p w14:paraId="012B00FC" w14:textId="1786969C" w:rsidR="00AA1F39" w:rsidRPr="00634213" w:rsidRDefault="00000000">
      <w:pPr>
        <w:rPr>
          <w:rFonts w:ascii="Aptos Display" w:hAnsi="Aptos Display"/>
          <w:sz w:val="24"/>
          <w:szCs w:val="24"/>
        </w:rPr>
      </w:pPr>
      <w:r w:rsidRPr="00634213">
        <w:rPr>
          <w:rFonts w:ascii="Aptos Display" w:hAnsi="Aptos Display"/>
          <w:sz w:val="24"/>
          <w:szCs w:val="24"/>
        </w:rPr>
        <w:t>Lily woke with damp cheeks and sunlight resting across her bed.</w:t>
      </w:r>
    </w:p>
    <w:p w14:paraId="69D18555" w14:textId="456FA5C6" w:rsidR="00AA1F39" w:rsidRPr="00634213" w:rsidRDefault="00000000">
      <w:pPr>
        <w:rPr>
          <w:rFonts w:ascii="Aptos Display" w:hAnsi="Aptos Display"/>
          <w:sz w:val="24"/>
          <w:szCs w:val="24"/>
        </w:rPr>
      </w:pPr>
      <w:r w:rsidRPr="00634213">
        <w:rPr>
          <w:rFonts w:ascii="Aptos Display" w:hAnsi="Aptos Display"/>
          <w:sz w:val="24"/>
          <w:szCs w:val="24"/>
        </w:rPr>
        <w:t>For a moment</w:t>
      </w:r>
      <w:r w:rsidR="00EA51A6">
        <w:rPr>
          <w:rFonts w:ascii="Aptos Display" w:hAnsi="Aptos Display"/>
          <w:sz w:val="24"/>
          <w:szCs w:val="24"/>
        </w:rPr>
        <w:t>,</w:t>
      </w:r>
      <w:r w:rsidRPr="00634213">
        <w:rPr>
          <w:rFonts w:ascii="Aptos Display" w:hAnsi="Aptos Display"/>
          <w:sz w:val="24"/>
          <w:szCs w:val="24"/>
        </w:rPr>
        <w:t xml:space="preserve"> she did not move.</w:t>
      </w:r>
    </w:p>
    <w:p w14:paraId="25F4FA27" w14:textId="0FB3A2F9" w:rsidR="00AA1F39" w:rsidRPr="00634213" w:rsidRDefault="00000000">
      <w:pPr>
        <w:rPr>
          <w:rFonts w:ascii="Aptos Display" w:hAnsi="Aptos Display"/>
          <w:sz w:val="24"/>
          <w:szCs w:val="24"/>
        </w:rPr>
      </w:pPr>
      <w:r w:rsidRPr="00634213">
        <w:rPr>
          <w:rFonts w:ascii="Aptos Display" w:hAnsi="Aptos Display"/>
          <w:sz w:val="24"/>
          <w:szCs w:val="24"/>
        </w:rPr>
        <w:t>She was afraid the dream might scatter if she reached for it too quickly. But it did not scatter.</w:t>
      </w:r>
    </w:p>
    <w:p w14:paraId="422D7B2A" w14:textId="506EEE68" w:rsidR="00AA1F39" w:rsidRPr="00634213" w:rsidRDefault="00000000">
      <w:pPr>
        <w:rPr>
          <w:rFonts w:ascii="Aptos Display" w:hAnsi="Aptos Display"/>
          <w:sz w:val="24"/>
          <w:szCs w:val="24"/>
        </w:rPr>
      </w:pPr>
      <w:r w:rsidRPr="00634213">
        <w:rPr>
          <w:rFonts w:ascii="Aptos Display" w:hAnsi="Aptos Display"/>
          <w:sz w:val="24"/>
          <w:szCs w:val="24"/>
        </w:rPr>
        <w:t>It stayed.</w:t>
      </w:r>
    </w:p>
    <w:p w14:paraId="65DAE1A8" w14:textId="399846B7" w:rsidR="00AA1F39" w:rsidRPr="00634213" w:rsidRDefault="00000000">
      <w:pPr>
        <w:rPr>
          <w:rFonts w:ascii="Aptos Display" w:hAnsi="Aptos Display"/>
          <w:sz w:val="24"/>
          <w:szCs w:val="24"/>
        </w:rPr>
      </w:pPr>
      <w:r w:rsidRPr="00634213">
        <w:rPr>
          <w:rFonts w:ascii="Aptos Display" w:hAnsi="Aptos Display"/>
          <w:sz w:val="24"/>
          <w:szCs w:val="24"/>
        </w:rPr>
        <w:t>Ben’s hand in hers. The fox in the brambles. The bird with the bent wing. The fallen log. The lantern turtle pond. The garden above the clouds. The wolf. The nest.</w:t>
      </w:r>
    </w:p>
    <w:p w14:paraId="190FDD59" w14:textId="10BDB225" w:rsidR="00AA1F39" w:rsidRPr="00634213" w:rsidRDefault="00492AB3">
      <w:pPr>
        <w:rPr>
          <w:rFonts w:ascii="Aptos Display" w:hAnsi="Aptos Display"/>
          <w:sz w:val="24"/>
          <w:szCs w:val="24"/>
        </w:rPr>
      </w:pPr>
      <w:r w:rsidRPr="00634213">
        <w:rPr>
          <w:rFonts w:ascii="Aptos Display" w:hAnsi="Aptos Display"/>
          <w:sz w:val="24"/>
          <w:szCs w:val="24"/>
        </w:rPr>
        <w:t>The dream was not fading.</w:t>
      </w:r>
    </w:p>
    <w:p w14:paraId="10AB67B7" w14:textId="51B57001" w:rsidR="00AA1F39" w:rsidRPr="00634213" w:rsidRDefault="00000000">
      <w:pPr>
        <w:rPr>
          <w:rFonts w:ascii="Aptos Display" w:hAnsi="Aptos Display"/>
          <w:sz w:val="24"/>
          <w:szCs w:val="24"/>
        </w:rPr>
      </w:pPr>
      <w:r w:rsidRPr="00634213">
        <w:rPr>
          <w:rFonts w:ascii="Aptos Display" w:hAnsi="Aptos Display"/>
          <w:sz w:val="24"/>
          <w:szCs w:val="24"/>
        </w:rPr>
        <w:t>It was settling.</w:t>
      </w:r>
    </w:p>
    <w:p w14:paraId="1AB69CCB" w14:textId="7B53FBF0" w:rsidR="00AA1F39" w:rsidRPr="00634213" w:rsidRDefault="00000000">
      <w:pPr>
        <w:rPr>
          <w:rFonts w:ascii="Aptos Display" w:hAnsi="Aptos Display"/>
          <w:sz w:val="24"/>
          <w:szCs w:val="24"/>
        </w:rPr>
      </w:pPr>
      <w:r w:rsidRPr="00634213">
        <w:rPr>
          <w:rFonts w:ascii="Aptos Display" w:hAnsi="Aptos Display"/>
          <w:sz w:val="24"/>
          <w:szCs w:val="24"/>
        </w:rPr>
        <w:t>Lily sat up slowly and pressed her hand to her chest.</w:t>
      </w:r>
    </w:p>
    <w:p w14:paraId="6AA9CBE5" w14:textId="5701D3A0" w:rsidR="00AA1F39" w:rsidRPr="00634213" w:rsidRDefault="00000000">
      <w:pPr>
        <w:rPr>
          <w:rFonts w:ascii="Aptos Display" w:hAnsi="Aptos Display"/>
          <w:sz w:val="24"/>
          <w:szCs w:val="24"/>
        </w:rPr>
      </w:pPr>
      <w:r w:rsidRPr="00634213">
        <w:rPr>
          <w:rFonts w:ascii="Aptos Display" w:hAnsi="Aptos Display"/>
          <w:sz w:val="24"/>
          <w:szCs w:val="24"/>
        </w:rPr>
        <w:t>The ache was still there.</w:t>
      </w:r>
    </w:p>
    <w:p w14:paraId="0EFFFA38" w14:textId="1A44F12D" w:rsidR="00AA1F39" w:rsidRPr="00634213" w:rsidRDefault="00291675">
      <w:pPr>
        <w:rPr>
          <w:rFonts w:ascii="Aptos Display" w:hAnsi="Aptos Display"/>
          <w:sz w:val="24"/>
          <w:szCs w:val="24"/>
        </w:rPr>
      </w:pPr>
      <w:r w:rsidRPr="00634213">
        <w:rPr>
          <w:rFonts w:ascii="Aptos Display" w:hAnsi="Aptos Display"/>
          <w:sz w:val="24"/>
          <w:szCs w:val="24"/>
        </w:rPr>
        <w:t>But it no longer felt empty.</w:t>
      </w:r>
    </w:p>
    <w:p w14:paraId="0D2EEAA6" w14:textId="61E51526" w:rsidR="00AA1F39" w:rsidRPr="00634213" w:rsidRDefault="00E301A9">
      <w:pPr>
        <w:rPr>
          <w:rFonts w:ascii="Aptos Display" w:hAnsi="Aptos Display"/>
          <w:sz w:val="24"/>
          <w:szCs w:val="24"/>
        </w:rPr>
      </w:pPr>
      <w:r>
        <w:rPr>
          <w:rFonts w:ascii="Aptos Display" w:hAnsi="Aptos Display"/>
          <w:noProof/>
          <w:sz w:val="24"/>
          <w:szCs w:val="24"/>
        </w:rPr>
        <w:drawing>
          <wp:anchor distT="0" distB="0" distL="114300" distR="114300" simplePos="0" relativeHeight="251710464" behindDoc="1" locked="0" layoutInCell="1" allowOverlap="1" wp14:anchorId="117E50E3" wp14:editId="31FDBE35">
            <wp:simplePos x="0" y="0"/>
            <wp:positionH relativeFrom="column">
              <wp:posOffset>775335</wp:posOffset>
            </wp:positionH>
            <wp:positionV relativeFrom="page">
              <wp:posOffset>4867275</wp:posOffset>
            </wp:positionV>
            <wp:extent cx="1908175" cy="2846070"/>
            <wp:effectExtent l="0" t="0" r="0" b="0"/>
            <wp:wrapTopAndBottom/>
            <wp:docPr id="19232369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36954" name="Picture 1923236954"/>
                    <pic:cNvPicPr/>
                  </pic:nvPicPr>
                  <pic:blipFill>
                    <a:blip r:embed="rId29"/>
                    <a:stretch>
                      <a:fillRect/>
                    </a:stretch>
                  </pic:blipFill>
                  <pic:spPr>
                    <a:xfrm>
                      <a:off x="0" y="0"/>
                      <a:ext cx="1908175" cy="284607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Pr="00634213">
        <w:rPr>
          <w:rFonts w:ascii="Aptos Display" w:hAnsi="Aptos Display"/>
          <w:sz w:val="24"/>
          <w:szCs w:val="24"/>
        </w:rPr>
        <w:t>It felt lit from within.</w:t>
      </w:r>
    </w:p>
    <w:p w14:paraId="5BEC8D89" w14:textId="64EC04C5" w:rsidR="00AA1F39" w:rsidRPr="00634213" w:rsidRDefault="00000000">
      <w:pPr>
        <w:rPr>
          <w:rFonts w:ascii="Aptos Display" w:hAnsi="Aptos Display"/>
          <w:sz w:val="24"/>
          <w:szCs w:val="24"/>
        </w:rPr>
      </w:pPr>
      <w:r w:rsidRPr="00634213">
        <w:rPr>
          <w:rFonts w:ascii="Aptos Display" w:hAnsi="Aptos Display"/>
          <w:sz w:val="24"/>
          <w:szCs w:val="24"/>
        </w:rPr>
        <w:lastRenderedPageBreak/>
        <w:t>At breakfast, her mother looked at her and paused.</w:t>
      </w:r>
    </w:p>
    <w:p w14:paraId="1CFEB98E" w14:textId="6559B67C" w:rsidR="00AA1F39" w:rsidRPr="00634213" w:rsidRDefault="00000000">
      <w:pPr>
        <w:rPr>
          <w:rFonts w:ascii="Aptos Display" w:hAnsi="Aptos Display"/>
          <w:sz w:val="24"/>
          <w:szCs w:val="24"/>
        </w:rPr>
      </w:pPr>
      <w:r w:rsidRPr="00634213">
        <w:rPr>
          <w:rFonts w:ascii="Aptos Display" w:hAnsi="Aptos Display"/>
          <w:sz w:val="24"/>
          <w:szCs w:val="24"/>
        </w:rPr>
        <w:t>“You seem different this morning.”</w:t>
      </w:r>
    </w:p>
    <w:p w14:paraId="73214EEE" w14:textId="68193921" w:rsidR="00AA1F39" w:rsidRPr="00634213" w:rsidRDefault="00000000">
      <w:pPr>
        <w:rPr>
          <w:rFonts w:ascii="Aptos Display" w:hAnsi="Aptos Display"/>
          <w:sz w:val="24"/>
          <w:szCs w:val="24"/>
        </w:rPr>
      </w:pPr>
      <w:r w:rsidRPr="00634213">
        <w:rPr>
          <w:rFonts w:ascii="Aptos Display" w:hAnsi="Aptos Display"/>
          <w:sz w:val="24"/>
          <w:szCs w:val="24"/>
        </w:rPr>
        <w:t>Lily lowered her spoon. “I had a dream about Ben.”</w:t>
      </w:r>
    </w:p>
    <w:p w14:paraId="5FDDF233" w14:textId="480042BC" w:rsidR="00AA1F39" w:rsidRPr="00634213" w:rsidRDefault="00000000">
      <w:pPr>
        <w:rPr>
          <w:rFonts w:ascii="Aptos Display" w:hAnsi="Aptos Display"/>
          <w:sz w:val="24"/>
          <w:szCs w:val="24"/>
        </w:rPr>
      </w:pPr>
      <w:r w:rsidRPr="00634213">
        <w:rPr>
          <w:rFonts w:ascii="Aptos Display" w:hAnsi="Aptos Display"/>
          <w:sz w:val="24"/>
          <w:szCs w:val="24"/>
        </w:rPr>
        <w:t>mother’s expression softened. “A good one?”</w:t>
      </w:r>
    </w:p>
    <w:p w14:paraId="60A1848A" w14:textId="1670962D" w:rsidR="00AA1F39" w:rsidRPr="00634213" w:rsidRDefault="00000000">
      <w:pPr>
        <w:rPr>
          <w:rFonts w:ascii="Aptos Display" w:hAnsi="Aptos Display"/>
          <w:sz w:val="24"/>
          <w:szCs w:val="24"/>
        </w:rPr>
      </w:pPr>
      <w:r w:rsidRPr="00634213">
        <w:rPr>
          <w:rFonts w:ascii="Aptos Display" w:hAnsi="Aptos Display"/>
          <w:sz w:val="24"/>
          <w:szCs w:val="24"/>
        </w:rPr>
        <w:t>Lily nodded. “A very important one.”</w:t>
      </w:r>
    </w:p>
    <w:p w14:paraId="2F667F32" w14:textId="6F789D1E" w:rsidR="00AA1F39" w:rsidRPr="00634213" w:rsidRDefault="00000000">
      <w:pPr>
        <w:rPr>
          <w:rFonts w:ascii="Aptos Display" w:hAnsi="Aptos Display"/>
          <w:sz w:val="24"/>
          <w:szCs w:val="24"/>
        </w:rPr>
      </w:pPr>
      <w:r w:rsidRPr="00634213">
        <w:rPr>
          <w:rFonts w:ascii="Aptos Display" w:hAnsi="Aptos Display"/>
          <w:sz w:val="24"/>
          <w:szCs w:val="24"/>
        </w:rPr>
        <w:t xml:space="preserve">She did not </w:t>
      </w:r>
      <w:r w:rsidR="0072553A">
        <w:rPr>
          <w:rFonts w:ascii="Aptos Display" w:hAnsi="Aptos Display"/>
          <w:sz w:val="24"/>
          <w:szCs w:val="24"/>
        </w:rPr>
        <w:t>yet know how to explain it all</w:t>
      </w:r>
      <w:r w:rsidRPr="00634213">
        <w:rPr>
          <w:rFonts w:ascii="Aptos Display" w:hAnsi="Aptos Display"/>
          <w:sz w:val="24"/>
          <w:szCs w:val="24"/>
        </w:rPr>
        <w:t>. But when breakfast was over</w:t>
      </w:r>
      <w:r w:rsidR="0072553A">
        <w:rPr>
          <w:rFonts w:ascii="Aptos Display" w:hAnsi="Aptos Display"/>
          <w:sz w:val="24"/>
          <w:szCs w:val="24"/>
        </w:rPr>
        <w:t>,</w:t>
      </w:r>
      <w:r w:rsidRPr="00634213">
        <w:rPr>
          <w:rFonts w:ascii="Aptos Display" w:hAnsi="Aptos Display"/>
          <w:sz w:val="24"/>
          <w:szCs w:val="24"/>
        </w:rPr>
        <w:t xml:space="preserve"> and she stepped outside into the cool morning, the world looked </w:t>
      </w:r>
      <w:r w:rsidR="0072553A" w:rsidRPr="00634213">
        <w:rPr>
          <w:rFonts w:ascii="Aptos Display" w:hAnsi="Aptos Display"/>
          <w:sz w:val="24"/>
          <w:szCs w:val="24"/>
        </w:rPr>
        <w:t>like she had changed</w:t>
      </w:r>
      <w:r w:rsidRPr="00634213">
        <w:rPr>
          <w:rFonts w:ascii="Aptos Display" w:hAnsi="Aptos Display"/>
          <w:sz w:val="24"/>
          <w:szCs w:val="24"/>
        </w:rPr>
        <w:t>.</w:t>
      </w:r>
    </w:p>
    <w:p w14:paraId="0A2A6B92" w14:textId="77777777" w:rsidR="00AA1F39" w:rsidRPr="00634213" w:rsidRDefault="00000000">
      <w:pPr>
        <w:rPr>
          <w:rFonts w:ascii="Aptos Display" w:hAnsi="Aptos Display"/>
          <w:sz w:val="24"/>
          <w:szCs w:val="24"/>
        </w:rPr>
      </w:pPr>
      <w:r w:rsidRPr="00634213">
        <w:rPr>
          <w:rFonts w:ascii="Aptos Display" w:hAnsi="Aptos Display"/>
          <w:sz w:val="24"/>
          <w:szCs w:val="24"/>
        </w:rPr>
        <w:t>Not because the trees were different.</w:t>
      </w:r>
    </w:p>
    <w:p w14:paraId="186D81AE" w14:textId="69A144CA" w:rsidR="00AA1F39" w:rsidRPr="00634213" w:rsidRDefault="00000000">
      <w:pPr>
        <w:rPr>
          <w:rFonts w:ascii="Aptos Display" w:hAnsi="Aptos Display"/>
          <w:sz w:val="24"/>
          <w:szCs w:val="24"/>
        </w:rPr>
      </w:pPr>
      <w:r w:rsidRPr="00634213">
        <w:rPr>
          <w:rFonts w:ascii="Aptos Display" w:hAnsi="Aptos Display"/>
          <w:sz w:val="24"/>
          <w:szCs w:val="24"/>
        </w:rPr>
        <w:t>Not because the sky was different.</w:t>
      </w:r>
    </w:p>
    <w:p w14:paraId="7F84E0D9" w14:textId="3135F258" w:rsidR="00AA1F39" w:rsidRPr="00634213" w:rsidRDefault="00A84862">
      <w:pPr>
        <w:rPr>
          <w:rFonts w:ascii="Aptos Display" w:hAnsi="Aptos Display"/>
          <w:sz w:val="24"/>
          <w:szCs w:val="24"/>
        </w:rPr>
      </w:pPr>
      <w:r>
        <w:rPr>
          <w:rFonts w:ascii="Aptos Display" w:hAnsi="Aptos Display"/>
          <w:noProof/>
          <w:sz w:val="24"/>
          <w:szCs w:val="24"/>
        </w:rPr>
        <w:drawing>
          <wp:anchor distT="0" distB="0" distL="114300" distR="114300" simplePos="0" relativeHeight="251711488" behindDoc="1" locked="0" layoutInCell="1" allowOverlap="1" wp14:anchorId="07B2BDB6" wp14:editId="7D89CC5B">
            <wp:simplePos x="0" y="0"/>
            <wp:positionH relativeFrom="column">
              <wp:posOffset>175260</wp:posOffset>
            </wp:positionH>
            <wp:positionV relativeFrom="page">
              <wp:posOffset>4114800</wp:posOffset>
            </wp:positionV>
            <wp:extent cx="3048000" cy="2029460"/>
            <wp:effectExtent l="0" t="0" r="0" b="8890"/>
            <wp:wrapTight wrapText="bothSides">
              <wp:wrapPolygon edited="0">
                <wp:start x="405" y="0"/>
                <wp:lineTo x="0" y="811"/>
                <wp:lineTo x="0" y="20275"/>
                <wp:lineTo x="405" y="21492"/>
                <wp:lineTo x="21060" y="21492"/>
                <wp:lineTo x="21465" y="20275"/>
                <wp:lineTo x="21465" y="811"/>
                <wp:lineTo x="21060" y="0"/>
                <wp:lineTo x="405" y="0"/>
              </wp:wrapPolygon>
            </wp:wrapTight>
            <wp:docPr id="12650930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93018" name="Picture 1265093018"/>
                    <pic:cNvPicPr/>
                  </pic:nvPicPr>
                  <pic:blipFill>
                    <a:blip r:embed="rId30"/>
                    <a:stretch>
                      <a:fillRect/>
                    </a:stretch>
                  </pic:blipFill>
                  <pic:spPr>
                    <a:xfrm>
                      <a:off x="0" y="0"/>
                      <a:ext cx="3048000" cy="2029460"/>
                    </a:xfrm>
                    <a:prstGeom prst="rect">
                      <a:avLst/>
                    </a:prstGeom>
                    <a:effectLst>
                      <a:softEdge rad="127000"/>
                    </a:effectLst>
                  </pic:spPr>
                </pic:pic>
              </a:graphicData>
            </a:graphic>
          </wp:anchor>
        </w:drawing>
      </w:r>
      <w:r w:rsidR="00492AB3" w:rsidRPr="00634213">
        <w:rPr>
          <w:rFonts w:ascii="Aptos Display" w:hAnsi="Aptos Display"/>
          <w:sz w:val="24"/>
          <w:szCs w:val="24"/>
        </w:rPr>
        <w:t>Because she was.</w:t>
      </w:r>
      <w:r w:rsidR="00EA51A6">
        <w:rPr>
          <w:rFonts w:ascii="Aptos Display" w:hAnsi="Aptos Display"/>
          <w:sz w:val="24"/>
          <w:szCs w:val="24"/>
        </w:rPr>
        <w:t xml:space="preserve"> </w:t>
      </w:r>
      <w:r w:rsidR="00492AB3" w:rsidRPr="00634213">
        <w:rPr>
          <w:rFonts w:ascii="Aptos Display" w:hAnsi="Aptos Display"/>
          <w:sz w:val="24"/>
          <w:szCs w:val="24"/>
        </w:rPr>
        <w:t xml:space="preserve">Near the edge of the driveway, a small bird fluttered awkwardly in the grass. One wing dragged slightly. It </w:t>
      </w:r>
      <w:r w:rsidR="0072553A" w:rsidRPr="00634213">
        <w:rPr>
          <w:rFonts w:ascii="Aptos Display" w:hAnsi="Aptos Display"/>
          <w:sz w:val="24"/>
          <w:szCs w:val="24"/>
        </w:rPr>
        <w:t>did not hurt</w:t>
      </w:r>
      <w:r w:rsidR="00492AB3" w:rsidRPr="00634213">
        <w:rPr>
          <w:rFonts w:ascii="Aptos Display" w:hAnsi="Aptos Display"/>
          <w:sz w:val="24"/>
          <w:szCs w:val="24"/>
        </w:rPr>
        <w:t xml:space="preserve"> badly—perhaps only stunned—but it could not right itself.</w:t>
      </w:r>
    </w:p>
    <w:p w14:paraId="27B2D381" w14:textId="486DA3E9" w:rsidR="00AA1F39" w:rsidRPr="00634213" w:rsidRDefault="00000000">
      <w:pPr>
        <w:rPr>
          <w:rFonts w:ascii="Aptos Display" w:hAnsi="Aptos Display"/>
          <w:sz w:val="24"/>
          <w:szCs w:val="24"/>
        </w:rPr>
      </w:pPr>
      <w:r w:rsidRPr="00634213">
        <w:rPr>
          <w:rFonts w:ascii="Aptos Display" w:hAnsi="Aptos Display"/>
          <w:sz w:val="24"/>
          <w:szCs w:val="24"/>
        </w:rPr>
        <w:t>Without thinking, Lily moved toward it slowly.</w:t>
      </w:r>
    </w:p>
    <w:p w14:paraId="1268BA48" w14:textId="4FFD2C96" w:rsidR="00AA1F39" w:rsidRPr="00634213" w:rsidRDefault="00000000">
      <w:pPr>
        <w:rPr>
          <w:rFonts w:ascii="Aptos Display" w:hAnsi="Aptos Display"/>
          <w:sz w:val="24"/>
          <w:szCs w:val="24"/>
        </w:rPr>
      </w:pPr>
      <w:r w:rsidRPr="00634213">
        <w:rPr>
          <w:rFonts w:ascii="Aptos Display" w:hAnsi="Aptos Display"/>
          <w:sz w:val="24"/>
          <w:szCs w:val="24"/>
        </w:rPr>
        <w:t>“Easy,” she whispered.</w:t>
      </w:r>
    </w:p>
    <w:p w14:paraId="56BF1B65" w14:textId="711F7280" w:rsidR="00AA1F39" w:rsidRPr="00634213" w:rsidRDefault="00000000">
      <w:pPr>
        <w:rPr>
          <w:rFonts w:ascii="Aptos Display" w:hAnsi="Aptos Display"/>
          <w:sz w:val="24"/>
          <w:szCs w:val="24"/>
        </w:rPr>
      </w:pPr>
      <w:r w:rsidRPr="00634213">
        <w:rPr>
          <w:rFonts w:ascii="Aptos Display" w:hAnsi="Aptos Display"/>
          <w:sz w:val="24"/>
          <w:szCs w:val="24"/>
        </w:rPr>
        <w:t>She lifted it gently, just as she had in the dream, and carried it to the shade beneath a bush. There she lined a small hollow in the grass with leaves and soft clover.</w:t>
      </w:r>
    </w:p>
    <w:p w14:paraId="7C8AD737" w14:textId="64938A43" w:rsidR="00AA1F39" w:rsidRPr="00634213" w:rsidRDefault="00000000">
      <w:pPr>
        <w:rPr>
          <w:rFonts w:ascii="Aptos Display" w:hAnsi="Aptos Display"/>
          <w:sz w:val="24"/>
          <w:szCs w:val="24"/>
        </w:rPr>
      </w:pPr>
      <w:r w:rsidRPr="00634213">
        <w:rPr>
          <w:rFonts w:ascii="Aptos Display" w:hAnsi="Aptos Display"/>
          <w:sz w:val="24"/>
          <w:szCs w:val="24"/>
        </w:rPr>
        <w:t>Comfort still matters.</w:t>
      </w:r>
    </w:p>
    <w:p w14:paraId="756F5DE6" w14:textId="560C26A0" w:rsidR="00AA1F39" w:rsidRPr="00634213" w:rsidRDefault="00000000">
      <w:pPr>
        <w:rPr>
          <w:rFonts w:ascii="Aptos Display" w:hAnsi="Aptos Display"/>
          <w:sz w:val="24"/>
          <w:szCs w:val="24"/>
        </w:rPr>
      </w:pPr>
      <w:r w:rsidRPr="00634213">
        <w:rPr>
          <w:rFonts w:ascii="Aptos Display" w:hAnsi="Aptos Display"/>
          <w:sz w:val="24"/>
          <w:szCs w:val="24"/>
        </w:rPr>
        <w:lastRenderedPageBreak/>
        <w:t>Later that day at school, Lily noticed a younger girl sitting alone on a bench at recess. Her lunchbox sat unopened beside her. Her shoulders were curled inward.</w:t>
      </w:r>
    </w:p>
    <w:p w14:paraId="4C7249BF" w14:textId="342AC6CB" w:rsidR="00AA1F39" w:rsidRPr="00634213" w:rsidRDefault="00000000">
      <w:pPr>
        <w:rPr>
          <w:rFonts w:ascii="Aptos Display" w:hAnsi="Aptos Display"/>
          <w:sz w:val="24"/>
          <w:szCs w:val="24"/>
        </w:rPr>
      </w:pPr>
      <w:r w:rsidRPr="00634213">
        <w:rPr>
          <w:rFonts w:ascii="Aptos Display" w:hAnsi="Aptos Display"/>
          <w:sz w:val="24"/>
          <w:szCs w:val="24"/>
        </w:rPr>
        <w:t>Lily hesitated.</w:t>
      </w:r>
    </w:p>
    <w:p w14:paraId="578414B4" w14:textId="0ABB6E0D" w:rsidR="00AA1F39" w:rsidRPr="00634213" w:rsidRDefault="00000000">
      <w:pPr>
        <w:rPr>
          <w:rFonts w:ascii="Aptos Display" w:hAnsi="Aptos Display"/>
          <w:sz w:val="24"/>
          <w:szCs w:val="24"/>
        </w:rPr>
      </w:pPr>
      <w:r w:rsidRPr="00634213">
        <w:rPr>
          <w:rFonts w:ascii="Aptos Display" w:hAnsi="Aptos Display"/>
          <w:sz w:val="24"/>
          <w:szCs w:val="24"/>
        </w:rPr>
        <w:t>Then she remembered the fox. The fawn. The wolf.</w:t>
      </w:r>
    </w:p>
    <w:p w14:paraId="08F2119E" w14:textId="03CDC22A" w:rsidR="00AA1F39" w:rsidRPr="00634213" w:rsidRDefault="00000000">
      <w:pPr>
        <w:rPr>
          <w:rFonts w:ascii="Aptos Display" w:hAnsi="Aptos Display"/>
          <w:sz w:val="24"/>
          <w:szCs w:val="24"/>
        </w:rPr>
      </w:pPr>
      <w:r w:rsidRPr="00634213">
        <w:rPr>
          <w:rFonts w:ascii="Aptos Display" w:hAnsi="Aptos Display"/>
          <w:sz w:val="24"/>
          <w:szCs w:val="24"/>
        </w:rPr>
        <w:t xml:space="preserve">Scared things do not need us to be perfect. They need us to be </w:t>
      </w:r>
      <w:r w:rsidR="00522020" w:rsidRPr="00634213">
        <w:rPr>
          <w:rFonts w:ascii="Aptos Display" w:hAnsi="Aptos Display"/>
          <w:sz w:val="24"/>
          <w:szCs w:val="24"/>
        </w:rPr>
        <w:t xml:space="preserve">gentle. </w:t>
      </w:r>
      <w:r w:rsidR="0072553A" w:rsidRPr="00634213">
        <w:rPr>
          <w:rFonts w:ascii="Aptos Display" w:hAnsi="Aptos Display"/>
          <w:sz w:val="24"/>
          <w:szCs w:val="24"/>
        </w:rPr>
        <w:t>So,</w:t>
      </w:r>
      <w:r w:rsidRPr="00634213">
        <w:rPr>
          <w:rFonts w:ascii="Aptos Display" w:hAnsi="Aptos Display"/>
          <w:sz w:val="24"/>
          <w:szCs w:val="24"/>
        </w:rPr>
        <w:t xml:space="preserve"> Lily walked over and sat beside her.</w:t>
      </w:r>
    </w:p>
    <w:p w14:paraId="499A7F90" w14:textId="7E4E3C77" w:rsidR="00AA1F39" w:rsidRPr="00634213" w:rsidRDefault="00000000">
      <w:pPr>
        <w:rPr>
          <w:rFonts w:ascii="Aptos Display" w:hAnsi="Aptos Display"/>
          <w:sz w:val="24"/>
          <w:szCs w:val="24"/>
        </w:rPr>
      </w:pPr>
      <w:r w:rsidRPr="00634213">
        <w:rPr>
          <w:rFonts w:ascii="Aptos Display" w:hAnsi="Aptos Display"/>
          <w:sz w:val="24"/>
          <w:szCs w:val="24"/>
        </w:rPr>
        <w:t>“Hi,” she said.</w:t>
      </w:r>
    </w:p>
    <w:p w14:paraId="471CA040" w14:textId="78F0F21B" w:rsidR="00AA1F39" w:rsidRPr="00634213" w:rsidRDefault="00000000">
      <w:pPr>
        <w:rPr>
          <w:rFonts w:ascii="Aptos Display" w:hAnsi="Aptos Display"/>
          <w:sz w:val="24"/>
          <w:szCs w:val="24"/>
        </w:rPr>
      </w:pPr>
      <w:r w:rsidRPr="00634213">
        <w:rPr>
          <w:rFonts w:ascii="Aptos Display" w:hAnsi="Aptos Display"/>
          <w:sz w:val="24"/>
          <w:szCs w:val="24"/>
        </w:rPr>
        <w:t>The girl looked up, startled. “Hi.”</w:t>
      </w:r>
    </w:p>
    <w:p w14:paraId="303C8CD2" w14:textId="27A78802" w:rsidR="00AA1F39" w:rsidRPr="00634213" w:rsidRDefault="00A84862">
      <w:pPr>
        <w:rPr>
          <w:rFonts w:ascii="Aptos Display" w:hAnsi="Aptos Display"/>
          <w:sz w:val="24"/>
          <w:szCs w:val="24"/>
        </w:rPr>
      </w:pPr>
      <w:r>
        <w:rPr>
          <w:rFonts w:ascii="Aptos Display" w:hAnsi="Aptos Display"/>
          <w:noProof/>
          <w:sz w:val="24"/>
          <w:szCs w:val="24"/>
        </w:rPr>
        <w:drawing>
          <wp:anchor distT="0" distB="0" distL="114300" distR="114300" simplePos="0" relativeHeight="251712512" behindDoc="0" locked="0" layoutInCell="1" allowOverlap="1" wp14:anchorId="02E7AAB7" wp14:editId="6B99397A">
            <wp:simplePos x="0" y="0"/>
            <wp:positionH relativeFrom="column">
              <wp:posOffset>184785</wp:posOffset>
            </wp:positionH>
            <wp:positionV relativeFrom="paragraph">
              <wp:posOffset>524510</wp:posOffset>
            </wp:positionV>
            <wp:extent cx="3476625" cy="1897716"/>
            <wp:effectExtent l="0" t="0" r="0" b="7620"/>
            <wp:wrapThrough wrapText="bothSides">
              <wp:wrapPolygon edited="0">
                <wp:start x="355" y="0"/>
                <wp:lineTo x="0" y="867"/>
                <wp:lineTo x="0" y="21036"/>
                <wp:lineTo x="355" y="21470"/>
                <wp:lineTo x="21067" y="21470"/>
                <wp:lineTo x="21422" y="21036"/>
                <wp:lineTo x="21422" y="867"/>
                <wp:lineTo x="21067" y="0"/>
                <wp:lineTo x="355" y="0"/>
              </wp:wrapPolygon>
            </wp:wrapThrough>
            <wp:docPr id="15036975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97509" name="Picture 1503697509"/>
                    <pic:cNvPicPr/>
                  </pic:nvPicPr>
                  <pic:blipFill>
                    <a:blip r:embed="rId31"/>
                    <a:stretch>
                      <a:fillRect/>
                    </a:stretch>
                  </pic:blipFill>
                  <pic:spPr>
                    <a:xfrm>
                      <a:off x="0" y="0"/>
                      <a:ext cx="3476625" cy="1897716"/>
                    </a:xfrm>
                    <a:prstGeom prst="rect">
                      <a:avLst/>
                    </a:prstGeom>
                    <a:effectLst>
                      <a:softEdge rad="127000"/>
                    </a:effectLst>
                  </pic:spPr>
                </pic:pic>
              </a:graphicData>
            </a:graphic>
          </wp:anchor>
        </w:drawing>
      </w:r>
      <w:r w:rsidRPr="00634213">
        <w:rPr>
          <w:rFonts w:ascii="Aptos Display" w:hAnsi="Aptos Display"/>
          <w:sz w:val="24"/>
          <w:szCs w:val="24"/>
        </w:rPr>
        <w:t>Their conversation was simple. Just a few words, then a few more. But by the time the bell rang, the girl was smiling.</w:t>
      </w:r>
    </w:p>
    <w:p w14:paraId="1DF31867" w14:textId="40701A23" w:rsidR="00AA1F39" w:rsidRPr="00634213" w:rsidRDefault="00000000">
      <w:pPr>
        <w:rPr>
          <w:rFonts w:ascii="Aptos Display" w:hAnsi="Aptos Display"/>
          <w:sz w:val="24"/>
          <w:szCs w:val="24"/>
        </w:rPr>
      </w:pPr>
      <w:r w:rsidRPr="00634213">
        <w:rPr>
          <w:rFonts w:ascii="Aptos Display" w:hAnsi="Aptos Display"/>
          <w:sz w:val="24"/>
          <w:szCs w:val="24"/>
        </w:rPr>
        <w:t>That evening Lily pulled a notebook from the back of her desk drawer.</w:t>
      </w:r>
    </w:p>
    <w:p w14:paraId="11FBDF2B" w14:textId="717F75C5" w:rsidR="00AA1F39" w:rsidRPr="00634213" w:rsidRDefault="00000000">
      <w:pPr>
        <w:rPr>
          <w:rFonts w:ascii="Aptos Display" w:hAnsi="Aptos Display"/>
          <w:sz w:val="24"/>
          <w:szCs w:val="24"/>
        </w:rPr>
      </w:pPr>
      <w:r w:rsidRPr="00634213">
        <w:rPr>
          <w:rFonts w:ascii="Aptos Display" w:hAnsi="Aptos Display"/>
          <w:sz w:val="24"/>
          <w:szCs w:val="24"/>
        </w:rPr>
        <w:t>She opened to the first page and wrote, in careful letters:</w:t>
      </w:r>
    </w:p>
    <w:p w14:paraId="06AD2D7F" w14:textId="6C535120" w:rsidR="00AA1F39" w:rsidRPr="00634213" w:rsidRDefault="00000000">
      <w:pPr>
        <w:rPr>
          <w:rFonts w:ascii="Aptos Display" w:hAnsi="Aptos Display"/>
          <w:sz w:val="24"/>
          <w:szCs w:val="24"/>
        </w:rPr>
      </w:pPr>
      <w:r w:rsidRPr="00634213">
        <w:rPr>
          <w:rFonts w:ascii="Aptos Display" w:hAnsi="Aptos Display"/>
          <w:sz w:val="24"/>
          <w:szCs w:val="24"/>
        </w:rPr>
        <w:t>Moonlit Rescue List</w:t>
      </w:r>
    </w:p>
    <w:p w14:paraId="3CB70F71" w14:textId="75BC792E" w:rsidR="00AA1F39" w:rsidRPr="00634213" w:rsidRDefault="00000000">
      <w:pPr>
        <w:rPr>
          <w:rFonts w:ascii="Aptos Display" w:hAnsi="Aptos Display"/>
          <w:sz w:val="24"/>
          <w:szCs w:val="24"/>
        </w:rPr>
      </w:pPr>
      <w:r w:rsidRPr="00634213">
        <w:rPr>
          <w:rFonts w:ascii="Aptos Display" w:hAnsi="Aptos Display"/>
          <w:sz w:val="24"/>
          <w:szCs w:val="24"/>
        </w:rPr>
        <w:t>Then, beneath it, she wrote:</w:t>
      </w:r>
    </w:p>
    <w:p w14:paraId="55D845A1" w14:textId="3C936BEB" w:rsidR="00AA1F39" w:rsidRPr="00634213" w:rsidRDefault="00000000">
      <w:pPr>
        <w:ind w:firstLine="0"/>
        <w:rPr>
          <w:rFonts w:ascii="Aptos Display" w:hAnsi="Aptos Display"/>
          <w:sz w:val="24"/>
          <w:szCs w:val="24"/>
        </w:rPr>
      </w:pPr>
      <w:r w:rsidRPr="00634213">
        <w:rPr>
          <w:rFonts w:ascii="Aptos Display" w:hAnsi="Aptos Display"/>
          <w:sz w:val="24"/>
          <w:szCs w:val="24"/>
        </w:rPr>
        <w:t>Help gently.</w:t>
      </w:r>
    </w:p>
    <w:p w14:paraId="64F41AB0" w14:textId="119C91C8" w:rsidR="00AA1F39" w:rsidRPr="00634213" w:rsidRDefault="00000000">
      <w:pPr>
        <w:ind w:firstLine="0"/>
        <w:rPr>
          <w:rFonts w:ascii="Aptos Display" w:hAnsi="Aptos Display"/>
          <w:sz w:val="24"/>
          <w:szCs w:val="24"/>
        </w:rPr>
      </w:pPr>
      <w:r w:rsidRPr="00634213">
        <w:rPr>
          <w:rFonts w:ascii="Aptos Display" w:hAnsi="Aptos Display"/>
          <w:sz w:val="24"/>
          <w:szCs w:val="24"/>
        </w:rPr>
        <w:t>Stay when comfort matters.</w:t>
      </w:r>
    </w:p>
    <w:p w14:paraId="03B0ACAE" w14:textId="5276E02E" w:rsidR="00AA1F39" w:rsidRPr="00634213" w:rsidRDefault="00000000">
      <w:pPr>
        <w:ind w:firstLine="0"/>
        <w:rPr>
          <w:rFonts w:ascii="Aptos Display" w:hAnsi="Aptos Display"/>
          <w:sz w:val="24"/>
          <w:szCs w:val="24"/>
        </w:rPr>
      </w:pPr>
      <w:r w:rsidRPr="00634213">
        <w:rPr>
          <w:rFonts w:ascii="Aptos Display" w:hAnsi="Aptos Display"/>
          <w:sz w:val="24"/>
          <w:szCs w:val="24"/>
        </w:rPr>
        <w:t>Carry love forward.</w:t>
      </w:r>
    </w:p>
    <w:p w14:paraId="2BDD416A" w14:textId="779A2857" w:rsidR="00AA1F39" w:rsidRPr="00634213" w:rsidRDefault="00000000">
      <w:pPr>
        <w:rPr>
          <w:rFonts w:ascii="Aptos Display" w:hAnsi="Aptos Display"/>
          <w:sz w:val="24"/>
          <w:szCs w:val="24"/>
        </w:rPr>
      </w:pPr>
      <w:r w:rsidRPr="00634213">
        <w:rPr>
          <w:rFonts w:ascii="Aptos Display" w:hAnsi="Aptos Display"/>
          <w:sz w:val="24"/>
          <w:szCs w:val="24"/>
        </w:rPr>
        <w:t>She stared at the words for a long time.</w:t>
      </w:r>
    </w:p>
    <w:p w14:paraId="62234DCE" w14:textId="5242DF22" w:rsidR="00AA1F39" w:rsidRPr="00634213" w:rsidRDefault="00000000">
      <w:pPr>
        <w:rPr>
          <w:rFonts w:ascii="Aptos Display" w:hAnsi="Aptos Display"/>
          <w:sz w:val="24"/>
          <w:szCs w:val="24"/>
        </w:rPr>
      </w:pPr>
      <w:r w:rsidRPr="00634213">
        <w:rPr>
          <w:rFonts w:ascii="Aptos Display" w:hAnsi="Aptos Display"/>
          <w:sz w:val="24"/>
          <w:szCs w:val="24"/>
        </w:rPr>
        <w:t>Then she added one more line.</w:t>
      </w:r>
    </w:p>
    <w:p w14:paraId="7F6CD0EB" w14:textId="50C2CA59" w:rsidR="00AA1F39" w:rsidRPr="00634213" w:rsidRDefault="00000000">
      <w:pPr>
        <w:rPr>
          <w:rFonts w:ascii="Aptos Display" w:hAnsi="Aptos Display"/>
          <w:sz w:val="24"/>
          <w:szCs w:val="24"/>
        </w:rPr>
      </w:pPr>
      <w:r w:rsidRPr="00634213">
        <w:rPr>
          <w:rFonts w:ascii="Aptos Display" w:hAnsi="Aptos Display"/>
          <w:sz w:val="24"/>
          <w:szCs w:val="24"/>
        </w:rPr>
        <w:lastRenderedPageBreak/>
        <w:t>Ben still shines.</w:t>
      </w:r>
    </w:p>
    <w:p w14:paraId="0C97B598" w14:textId="483ED877" w:rsidR="00AA1F39" w:rsidRPr="00634213" w:rsidRDefault="00000000">
      <w:pPr>
        <w:rPr>
          <w:rFonts w:ascii="Aptos Display" w:hAnsi="Aptos Display"/>
          <w:sz w:val="24"/>
          <w:szCs w:val="24"/>
        </w:rPr>
      </w:pPr>
      <w:r w:rsidRPr="00634213">
        <w:rPr>
          <w:rFonts w:ascii="Aptos Display" w:hAnsi="Aptos Display"/>
          <w:sz w:val="24"/>
          <w:szCs w:val="24"/>
        </w:rPr>
        <w:t>When she closed the notebook, her hands were steady.</w:t>
      </w:r>
    </w:p>
    <w:p w14:paraId="331E4330" w14:textId="1AF09C0D" w:rsidR="00AA1F39" w:rsidRPr="00634213" w:rsidRDefault="00000000">
      <w:pPr>
        <w:rPr>
          <w:rFonts w:ascii="Aptos Display" w:hAnsi="Aptos Display"/>
          <w:sz w:val="24"/>
          <w:szCs w:val="24"/>
        </w:rPr>
      </w:pPr>
      <w:r w:rsidRPr="00634213">
        <w:rPr>
          <w:rFonts w:ascii="Aptos Display" w:hAnsi="Aptos Display"/>
          <w:sz w:val="24"/>
          <w:szCs w:val="24"/>
        </w:rPr>
        <w:t xml:space="preserve">The dream had not come to keep her asleep </w:t>
      </w:r>
      <w:r w:rsidR="00492AB3">
        <w:rPr>
          <w:rFonts w:ascii="Aptos Display" w:hAnsi="Aptos Display"/>
          <w:sz w:val="24"/>
          <w:szCs w:val="24"/>
        </w:rPr>
        <w:t>in her</w:t>
      </w:r>
      <w:r w:rsidRPr="00634213">
        <w:rPr>
          <w:rFonts w:ascii="Aptos Display" w:hAnsi="Aptos Display"/>
          <w:sz w:val="24"/>
          <w:szCs w:val="24"/>
        </w:rPr>
        <w:t xml:space="preserve"> memory.</w:t>
      </w:r>
    </w:p>
    <w:p w14:paraId="361C444C" w14:textId="203B719A" w:rsidR="009C247B" w:rsidRDefault="00000000">
      <w:pPr>
        <w:rPr>
          <w:rFonts w:ascii="Aptos Display" w:hAnsi="Aptos Display"/>
          <w:sz w:val="24"/>
          <w:szCs w:val="24"/>
        </w:rPr>
      </w:pPr>
      <w:r w:rsidRPr="00634213">
        <w:rPr>
          <w:rFonts w:ascii="Aptos Display" w:hAnsi="Aptos Display"/>
          <w:sz w:val="24"/>
          <w:szCs w:val="24"/>
        </w:rPr>
        <w:t xml:space="preserve">It had come to teach her how to </w:t>
      </w:r>
      <w:r w:rsidR="009C247B" w:rsidRPr="00634213">
        <w:rPr>
          <w:rFonts w:ascii="Aptos Display" w:hAnsi="Aptos Display"/>
          <w:sz w:val="24"/>
          <w:szCs w:val="24"/>
        </w:rPr>
        <w:t>wake up</w:t>
      </w:r>
      <w:r w:rsidRPr="00634213">
        <w:rPr>
          <w:rFonts w:ascii="Aptos Display" w:hAnsi="Aptos Display"/>
          <w:sz w:val="24"/>
          <w:szCs w:val="24"/>
        </w:rPr>
        <w:t>.</w:t>
      </w:r>
    </w:p>
    <w:p w14:paraId="071E0399" w14:textId="77777777" w:rsidR="00522020" w:rsidRDefault="00522020">
      <w:pPr>
        <w:rPr>
          <w:rFonts w:ascii="Aptos Display" w:hAnsi="Aptos Display"/>
          <w:sz w:val="24"/>
          <w:szCs w:val="24"/>
        </w:rPr>
      </w:pPr>
    </w:p>
    <w:p w14:paraId="327F447B" w14:textId="77777777" w:rsidR="00522020" w:rsidRDefault="00522020">
      <w:pPr>
        <w:rPr>
          <w:rFonts w:ascii="Aptos Display" w:hAnsi="Aptos Display"/>
          <w:sz w:val="24"/>
          <w:szCs w:val="24"/>
        </w:rPr>
      </w:pPr>
    </w:p>
    <w:p w14:paraId="6D82DE10" w14:textId="77777777" w:rsidR="00522020" w:rsidRDefault="00522020">
      <w:pPr>
        <w:rPr>
          <w:rFonts w:ascii="Aptos Display" w:hAnsi="Aptos Display"/>
          <w:sz w:val="24"/>
          <w:szCs w:val="24"/>
        </w:rPr>
      </w:pPr>
    </w:p>
    <w:p w14:paraId="7064F5C1" w14:textId="77777777" w:rsidR="00522020" w:rsidRDefault="00522020">
      <w:pPr>
        <w:rPr>
          <w:rFonts w:ascii="Aptos Display" w:hAnsi="Aptos Display"/>
          <w:sz w:val="24"/>
          <w:szCs w:val="24"/>
        </w:rPr>
      </w:pPr>
    </w:p>
    <w:p w14:paraId="449838B9" w14:textId="77777777" w:rsidR="00522020" w:rsidRDefault="00522020">
      <w:pPr>
        <w:rPr>
          <w:rFonts w:ascii="Aptos Display" w:hAnsi="Aptos Display"/>
          <w:sz w:val="24"/>
          <w:szCs w:val="24"/>
        </w:rPr>
      </w:pPr>
    </w:p>
    <w:p w14:paraId="03CA796A" w14:textId="77777777" w:rsidR="00522020" w:rsidRDefault="00522020">
      <w:pPr>
        <w:rPr>
          <w:rFonts w:ascii="Aptos Display" w:hAnsi="Aptos Display"/>
          <w:sz w:val="24"/>
          <w:szCs w:val="24"/>
        </w:rPr>
      </w:pPr>
    </w:p>
    <w:p w14:paraId="04FDE6B3" w14:textId="2A153F6E" w:rsidR="00AC60A0" w:rsidRDefault="00AC60A0">
      <w:pPr>
        <w:spacing w:after="200" w:line="276" w:lineRule="auto"/>
        <w:ind w:firstLine="0"/>
        <w:rPr>
          <w:rFonts w:ascii="Aptos Display" w:hAnsi="Aptos Display"/>
          <w:sz w:val="24"/>
          <w:szCs w:val="24"/>
        </w:rPr>
      </w:pPr>
      <w:r>
        <w:rPr>
          <w:rFonts w:ascii="Aptos Display" w:hAnsi="Aptos Display"/>
          <w:sz w:val="24"/>
          <w:szCs w:val="24"/>
        </w:rPr>
        <w:br w:type="page"/>
      </w:r>
    </w:p>
    <w:p w14:paraId="49ECCA5A" w14:textId="0E6D5B39" w:rsidR="00AA1F39" w:rsidRPr="00634213" w:rsidRDefault="00000000">
      <w:pPr>
        <w:spacing w:before="480" w:after="120"/>
        <w:ind w:firstLine="0"/>
        <w:jc w:val="center"/>
        <w:rPr>
          <w:rFonts w:ascii="Aptos Display" w:hAnsi="Aptos Display"/>
          <w:sz w:val="24"/>
          <w:szCs w:val="24"/>
        </w:rPr>
      </w:pPr>
      <w:r w:rsidRPr="00634213">
        <w:rPr>
          <w:rFonts w:ascii="Aptos Display" w:hAnsi="Aptos Display"/>
          <w:b/>
          <w:sz w:val="24"/>
          <w:szCs w:val="24"/>
        </w:rPr>
        <w:lastRenderedPageBreak/>
        <w:t>Chapter Ten</w:t>
      </w:r>
    </w:p>
    <w:p w14:paraId="1C1BC9EC" w14:textId="2C83D591" w:rsidR="00AA1F39" w:rsidRPr="00634213" w:rsidRDefault="00000000">
      <w:pPr>
        <w:spacing w:after="360"/>
        <w:ind w:firstLine="0"/>
        <w:jc w:val="center"/>
        <w:rPr>
          <w:rFonts w:ascii="Aptos Display" w:hAnsi="Aptos Display"/>
          <w:sz w:val="24"/>
          <w:szCs w:val="24"/>
        </w:rPr>
      </w:pPr>
      <w:r w:rsidRPr="00634213">
        <w:rPr>
          <w:rFonts w:ascii="Aptos Display" w:hAnsi="Aptos Display"/>
          <w:i/>
          <w:sz w:val="24"/>
          <w:szCs w:val="24"/>
        </w:rPr>
        <w:t>The Dream That Stayed</w:t>
      </w:r>
    </w:p>
    <w:p w14:paraId="711E136F" w14:textId="2561D95E" w:rsidR="00AA1F39" w:rsidRPr="00634213" w:rsidRDefault="00000000">
      <w:pPr>
        <w:rPr>
          <w:rFonts w:ascii="Aptos Display" w:hAnsi="Aptos Display"/>
          <w:sz w:val="24"/>
          <w:szCs w:val="24"/>
        </w:rPr>
      </w:pPr>
      <w:r w:rsidRPr="00634213">
        <w:rPr>
          <w:rFonts w:ascii="Aptos Display" w:hAnsi="Aptos Display"/>
          <w:sz w:val="24"/>
          <w:szCs w:val="24"/>
        </w:rPr>
        <w:t>In the days that followed, Lily began noticing chances to help everywhere.</w:t>
      </w:r>
    </w:p>
    <w:p w14:paraId="29DC8C13" w14:textId="360B4FEC" w:rsidR="00AA1F39" w:rsidRPr="00634213" w:rsidRDefault="00000000">
      <w:pPr>
        <w:rPr>
          <w:rFonts w:ascii="Aptos Display" w:hAnsi="Aptos Display"/>
          <w:sz w:val="24"/>
          <w:szCs w:val="24"/>
        </w:rPr>
      </w:pPr>
      <w:r w:rsidRPr="00634213">
        <w:rPr>
          <w:rFonts w:ascii="Aptos Display" w:hAnsi="Aptos Display"/>
          <w:sz w:val="24"/>
          <w:szCs w:val="24"/>
        </w:rPr>
        <w:t>A stack of books dropped in the hallway.</w:t>
      </w:r>
    </w:p>
    <w:p w14:paraId="0CF68D65" w14:textId="6603C0F1" w:rsidR="00AA1F39" w:rsidRPr="00634213" w:rsidRDefault="00000000">
      <w:pPr>
        <w:rPr>
          <w:rFonts w:ascii="Aptos Display" w:hAnsi="Aptos Display"/>
          <w:sz w:val="24"/>
          <w:szCs w:val="24"/>
        </w:rPr>
      </w:pPr>
      <w:r w:rsidRPr="00634213">
        <w:rPr>
          <w:rFonts w:ascii="Aptos Display" w:hAnsi="Aptos Display"/>
          <w:sz w:val="24"/>
          <w:szCs w:val="24"/>
        </w:rPr>
        <w:t xml:space="preserve">A neighbor’s gate </w:t>
      </w:r>
      <w:r w:rsidR="0075414A" w:rsidRPr="00634213">
        <w:rPr>
          <w:rFonts w:ascii="Aptos Display" w:hAnsi="Aptos Display"/>
          <w:sz w:val="24"/>
          <w:szCs w:val="24"/>
        </w:rPr>
        <w:t xml:space="preserve">is </w:t>
      </w:r>
      <w:r w:rsidRPr="00634213">
        <w:rPr>
          <w:rFonts w:ascii="Aptos Display" w:hAnsi="Aptos Display"/>
          <w:sz w:val="24"/>
          <w:szCs w:val="24"/>
        </w:rPr>
        <w:t>swinging open in the wind.</w:t>
      </w:r>
    </w:p>
    <w:p w14:paraId="699B2305" w14:textId="703CC28D" w:rsidR="00AA1F39" w:rsidRPr="00634213" w:rsidRDefault="00000000">
      <w:pPr>
        <w:rPr>
          <w:rFonts w:ascii="Aptos Display" w:hAnsi="Aptos Display"/>
          <w:sz w:val="24"/>
          <w:szCs w:val="24"/>
        </w:rPr>
      </w:pPr>
      <w:r w:rsidRPr="00634213">
        <w:rPr>
          <w:rFonts w:ascii="Aptos Display" w:hAnsi="Aptos Display"/>
          <w:sz w:val="24"/>
          <w:szCs w:val="24"/>
        </w:rPr>
        <w:t xml:space="preserve">A frightened kitten </w:t>
      </w:r>
      <w:r w:rsidR="0075414A" w:rsidRPr="00634213">
        <w:rPr>
          <w:rFonts w:ascii="Aptos Display" w:hAnsi="Aptos Display"/>
          <w:sz w:val="24"/>
          <w:szCs w:val="24"/>
        </w:rPr>
        <w:t xml:space="preserve">is </w:t>
      </w:r>
      <w:r w:rsidRPr="00634213">
        <w:rPr>
          <w:rFonts w:ascii="Aptos Display" w:hAnsi="Aptos Display"/>
          <w:sz w:val="24"/>
          <w:szCs w:val="24"/>
        </w:rPr>
        <w:t>beneath a porch step.</w:t>
      </w:r>
    </w:p>
    <w:p w14:paraId="7F9B7405" w14:textId="30D88C6C" w:rsidR="00AA1F39" w:rsidRPr="00634213" w:rsidRDefault="00000000">
      <w:pPr>
        <w:rPr>
          <w:rFonts w:ascii="Aptos Display" w:hAnsi="Aptos Display"/>
          <w:sz w:val="24"/>
          <w:szCs w:val="24"/>
        </w:rPr>
      </w:pPr>
      <w:r w:rsidRPr="00634213">
        <w:rPr>
          <w:rFonts w:ascii="Aptos Display" w:hAnsi="Aptos Display"/>
          <w:sz w:val="24"/>
          <w:szCs w:val="24"/>
        </w:rPr>
        <w:t>A classmate whose laugh sounded too bright because it was covering tears.</w:t>
      </w:r>
    </w:p>
    <w:p w14:paraId="09BED1AA" w14:textId="302AD837" w:rsidR="00AA1F39" w:rsidRPr="00634213" w:rsidRDefault="00803CBF">
      <w:pPr>
        <w:rPr>
          <w:rFonts w:ascii="Aptos Display" w:hAnsi="Aptos Display"/>
          <w:sz w:val="24"/>
          <w:szCs w:val="24"/>
        </w:rPr>
      </w:pPr>
      <w:r w:rsidRPr="00634213">
        <w:rPr>
          <w:rFonts w:ascii="Aptos Display" w:hAnsi="Aptos Display"/>
          <w:sz w:val="24"/>
          <w:szCs w:val="24"/>
        </w:rPr>
        <w:t xml:space="preserve">Before, Lily might have seen those moments and felt too tired inside to step </w:t>
      </w:r>
      <w:r w:rsidR="0072553A" w:rsidRPr="00634213">
        <w:rPr>
          <w:rFonts w:ascii="Aptos Display" w:hAnsi="Aptos Display"/>
          <w:sz w:val="24"/>
          <w:szCs w:val="24"/>
        </w:rPr>
        <w:t>towards</w:t>
      </w:r>
      <w:r w:rsidRPr="00634213">
        <w:rPr>
          <w:rFonts w:ascii="Aptos Display" w:hAnsi="Aptos Display"/>
          <w:sz w:val="24"/>
          <w:szCs w:val="24"/>
        </w:rPr>
        <w:t xml:space="preserve"> them. Grief had made the world feel far away.</w:t>
      </w:r>
    </w:p>
    <w:p w14:paraId="787E2552" w14:textId="45BDDC46" w:rsidR="00AA1F39" w:rsidRPr="00634213" w:rsidRDefault="00000000">
      <w:pPr>
        <w:rPr>
          <w:rFonts w:ascii="Aptos Display" w:hAnsi="Aptos Display"/>
          <w:sz w:val="24"/>
          <w:szCs w:val="24"/>
        </w:rPr>
      </w:pPr>
      <w:r w:rsidRPr="00634213">
        <w:rPr>
          <w:rFonts w:ascii="Aptos Display" w:hAnsi="Aptos Display"/>
          <w:sz w:val="24"/>
          <w:szCs w:val="24"/>
        </w:rPr>
        <w:t>Now she understood something Ben had known all along:</w:t>
      </w:r>
    </w:p>
    <w:p w14:paraId="1A6AAE55" w14:textId="7EFFAF3E" w:rsidR="00AA1F39" w:rsidRPr="00634213" w:rsidRDefault="00000000">
      <w:pPr>
        <w:rPr>
          <w:rFonts w:ascii="Aptos Display" w:hAnsi="Aptos Display"/>
          <w:sz w:val="24"/>
          <w:szCs w:val="24"/>
        </w:rPr>
      </w:pPr>
      <w:r w:rsidRPr="00634213">
        <w:rPr>
          <w:rFonts w:ascii="Aptos Display" w:hAnsi="Aptos Display"/>
          <w:sz w:val="24"/>
          <w:szCs w:val="24"/>
        </w:rPr>
        <w:t>Small acts mattered.</w:t>
      </w:r>
    </w:p>
    <w:p w14:paraId="09AEA9F4" w14:textId="28123A6B" w:rsidR="00AA1F39" w:rsidRPr="00634213" w:rsidRDefault="00000000">
      <w:pPr>
        <w:rPr>
          <w:rFonts w:ascii="Aptos Display" w:hAnsi="Aptos Display"/>
          <w:sz w:val="24"/>
          <w:szCs w:val="24"/>
        </w:rPr>
      </w:pPr>
      <w:r w:rsidRPr="00634213">
        <w:rPr>
          <w:rFonts w:ascii="Aptos Display" w:hAnsi="Aptos Display"/>
          <w:sz w:val="24"/>
          <w:szCs w:val="24"/>
        </w:rPr>
        <w:t>Not because they fixed everything.</w:t>
      </w:r>
    </w:p>
    <w:p w14:paraId="0CBABC87" w14:textId="7C526145" w:rsidR="00AA1F39" w:rsidRPr="00634213" w:rsidRDefault="00000000">
      <w:pPr>
        <w:rPr>
          <w:rFonts w:ascii="Aptos Display" w:hAnsi="Aptos Display"/>
          <w:sz w:val="24"/>
          <w:szCs w:val="24"/>
        </w:rPr>
      </w:pPr>
      <w:r w:rsidRPr="00634213">
        <w:rPr>
          <w:rFonts w:ascii="Aptos Display" w:hAnsi="Aptos Display"/>
          <w:sz w:val="24"/>
          <w:szCs w:val="24"/>
        </w:rPr>
        <w:t>Because they changed something real.</w:t>
      </w:r>
    </w:p>
    <w:p w14:paraId="72DF3412" w14:textId="7F6A8475" w:rsidR="00AA1F39" w:rsidRPr="00634213" w:rsidRDefault="003B4812">
      <w:pPr>
        <w:rPr>
          <w:rFonts w:ascii="Aptos Display" w:hAnsi="Aptos Display"/>
          <w:sz w:val="24"/>
          <w:szCs w:val="24"/>
        </w:rPr>
      </w:pPr>
      <w:r>
        <w:rPr>
          <w:rFonts w:ascii="Aptos Display" w:hAnsi="Aptos Display"/>
          <w:noProof/>
          <w:sz w:val="24"/>
          <w:szCs w:val="24"/>
        </w:rPr>
        <w:drawing>
          <wp:anchor distT="0" distB="0" distL="114300" distR="114300" simplePos="0" relativeHeight="251720704" behindDoc="1" locked="0" layoutInCell="1" allowOverlap="1" wp14:anchorId="2D2B2A2E" wp14:editId="1EA91633">
            <wp:simplePos x="0" y="0"/>
            <wp:positionH relativeFrom="column">
              <wp:posOffset>384810</wp:posOffset>
            </wp:positionH>
            <wp:positionV relativeFrom="page">
              <wp:posOffset>5667375</wp:posOffset>
            </wp:positionV>
            <wp:extent cx="2867025" cy="1908810"/>
            <wp:effectExtent l="0" t="0" r="9525" b="0"/>
            <wp:wrapTopAndBottom/>
            <wp:docPr id="7085098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09809" name="Picture 708509809"/>
                    <pic:cNvPicPr/>
                  </pic:nvPicPr>
                  <pic:blipFill>
                    <a:blip r:embed="rId32"/>
                    <a:stretch>
                      <a:fillRect/>
                    </a:stretch>
                  </pic:blipFill>
                  <pic:spPr>
                    <a:xfrm>
                      <a:off x="0" y="0"/>
                      <a:ext cx="2867025" cy="1908810"/>
                    </a:xfrm>
                    <a:prstGeom prst="rect">
                      <a:avLst/>
                    </a:prstGeom>
                    <a:effectLst>
                      <a:softEdge rad="127000"/>
                    </a:effectLst>
                  </pic:spPr>
                </pic:pic>
              </a:graphicData>
            </a:graphic>
          </wp:anchor>
        </w:drawing>
      </w:r>
      <w:r w:rsidRPr="00634213">
        <w:rPr>
          <w:rFonts w:ascii="Aptos Display" w:hAnsi="Aptos Display"/>
          <w:sz w:val="24"/>
          <w:szCs w:val="24"/>
        </w:rPr>
        <w:t xml:space="preserve">One afternoon after school, Lily walked to the creek where she and Ben </w:t>
      </w:r>
      <w:r w:rsidR="00522020" w:rsidRPr="00634213">
        <w:rPr>
          <w:rFonts w:ascii="Aptos Display" w:hAnsi="Aptos Display"/>
          <w:sz w:val="24"/>
          <w:szCs w:val="24"/>
        </w:rPr>
        <w:t>had</w:t>
      </w:r>
      <w:r w:rsidRPr="00634213">
        <w:rPr>
          <w:rFonts w:ascii="Aptos Display" w:hAnsi="Aptos Display"/>
          <w:sz w:val="24"/>
          <w:szCs w:val="24"/>
        </w:rPr>
        <w:t xml:space="preserve"> spent a spring day searching for smooth stones and watching turtles sun themselves on warm logs. The water slipped over the rocks with a soft rushing sound. </w:t>
      </w:r>
      <w:r w:rsidRPr="00634213">
        <w:rPr>
          <w:rFonts w:ascii="Aptos Display" w:hAnsi="Aptos Display"/>
          <w:sz w:val="24"/>
          <w:szCs w:val="24"/>
        </w:rPr>
        <w:lastRenderedPageBreak/>
        <w:t xml:space="preserve">Tall </w:t>
      </w:r>
      <w:r w:rsidR="00522020" w:rsidRPr="00634213">
        <w:rPr>
          <w:rFonts w:ascii="Aptos Display" w:hAnsi="Aptos Display"/>
          <w:sz w:val="24"/>
          <w:szCs w:val="24"/>
        </w:rPr>
        <w:t>grass</w:t>
      </w:r>
      <w:r w:rsidRPr="00634213">
        <w:rPr>
          <w:rFonts w:ascii="Aptos Display" w:hAnsi="Aptos Display"/>
          <w:sz w:val="24"/>
          <w:szCs w:val="24"/>
        </w:rPr>
        <w:t xml:space="preserve"> bent in the breeze. Dragonflies skimmed across the surface.</w:t>
      </w:r>
    </w:p>
    <w:p w14:paraId="77DD9D1B" w14:textId="1FAD13CA" w:rsidR="00AA1F39" w:rsidRPr="00634213" w:rsidRDefault="00000000">
      <w:pPr>
        <w:rPr>
          <w:rFonts w:ascii="Aptos Display" w:hAnsi="Aptos Display"/>
          <w:sz w:val="24"/>
          <w:szCs w:val="24"/>
        </w:rPr>
      </w:pPr>
      <w:r w:rsidRPr="00634213">
        <w:rPr>
          <w:rFonts w:ascii="Aptos Display" w:hAnsi="Aptos Display"/>
          <w:sz w:val="24"/>
          <w:szCs w:val="24"/>
        </w:rPr>
        <w:t xml:space="preserve">The place was full of </w:t>
      </w:r>
      <w:r w:rsidR="0075414A" w:rsidRPr="00634213">
        <w:rPr>
          <w:rFonts w:ascii="Aptos Display" w:hAnsi="Aptos Display"/>
          <w:sz w:val="24"/>
          <w:szCs w:val="24"/>
        </w:rPr>
        <w:t>memories</w:t>
      </w:r>
      <w:r w:rsidRPr="00634213">
        <w:rPr>
          <w:rFonts w:ascii="Aptos Display" w:hAnsi="Aptos Display"/>
          <w:sz w:val="24"/>
          <w:szCs w:val="24"/>
        </w:rPr>
        <w:t>.</w:t>
      </w:r>
    </w:p>
    <w:p w14:paraId="0BE11DB5" w14:textId="3056AE67" w:rsidR="00AA1F39" w:rsidRPr="00634213" w:rsidRDefault="00000000">
      <w:pPr>
        <w:rPr>
          <w:rFonts w:ascii="Aptos Display" w:hAnsi="Aptos Display"/>
          <w:sz w:val="24"/>
          <w:szCs w:val="24"/>
        </w:rPr>
      </w:pPr>
      <w:r w:rsidRPr="00634213">
        <w:rPr>
          <w:rFonts w:ascii="Aptos Display" w:hAnsi="Aptos Display"/>
          <w:sz w:val="24"/>
          <w:szCs w:val="24"/>
        </w:rPr>
        <w:t>But it no longer tightened her chest in the same way.</w:t>
      </w:r>
    </w:p>
    <w:p w14:paraId="563D56D5" w14:textId="60546C05" w:rsidR="00AA1F39" w:rsidRPr="00634213" w:rsidRDefault="00000000">
      <w:pPr>
        <w:rPr>
          <w:rFonts w:ascii="Aptos Display" w:hAnsi="Aptos Display"/>
          <w:sz w:val="24"/>
          <w:szCs w:val="24"/>
        </w:rPr>
      </w:pPr>
      <w:r w:rsidRPr="00634213">
        <w:rPr>
          <w:rFonts w:ascii="Aptos Display" w:hAnsi="Aptos Display"/>
          <w:sz w:val="24"/>
          <w:szCs w:val="24"/>
        </w:rPr>
        <w:t>She sat on the bank and opened her notebook.</w:t>
      </w:r>
    </w:p>
    <w:p w14:paraId="0A391E6C" w14:textId="3EDB5EDC" w:rsidR="00AA1F39" w:rsidRPr="00634213" w:rsidRDefault="00000000">
      <w:pPr>
        <w:rPr>
          <w:rFonts w:ascii="Aptos Display" w:hAnsi="Aptos Display"/>
          <w:sz w:val="24"/>
          <w:szCs w:val="24"/>
        </w:rPr>
      </w:pPr>
      <w:r w:rsidRPr="00634213">
        <w:rPr>
          <w:rFonts w:ascii="Aptos Display" w:hAnsi="Aptos Display"/>
          <w:sz w:val="24"/>
          <w:szCs w:val="24"/>
        </w:rPr>
        <w:t xml:space="preserve">The pages were beginning to fill—not like points in a game, but like lanterns in the dark. A bird moved to safety. A lonely child </w:t>
      </w:r>
      <w:r w:rsidR="00522020">
        <w:rPr>
          <w:rFonts w:ascii="Aptos Display" w:hAnsi="Aptos Display"/>
          <w:sz w:val="24"/>
          <w:szCs w:val="24"/>
        </w:rPr>
        <w:t xml:space="preserve">was </w:t>
      </w:r>
      <w:r w:rsidRPr="00634213">
        <w:rPr>
          <w:rFonts w:ascii="Aptos Display" w:hAnsi="Aptos Display"/>
          <w:sz w:val="24"/>
          <w:szCs w:val="24"/>
        </w:rPr>
        <w:t xml:space="preserve">invited into conversation. A frightened animal </w:t>
      </w:r>
      <w:r w:rsidR="00522020" w:rsidRPr="00634213">
        <w:rPr>
          <w:rFonts w:ascii="Aptos Display" w:hAnsi="Aptos Display"/>
          <w:sz w:val="24"/>
          <w:szCs w:val="24"/>
        </w:rPr>
        <w:t>treated him</w:t>
      </w:r>
      <w:r w:rsidRPr="00634213">
        <w:rPr>
          <w:rFonts w:ascii="Aptos Display" w:hAnsi="Aptos Display"/>
          <w:sz w:val="24"/>
          <w:szCs w:val="24"/>
        </w:rPr>
        <w:t xml:space="preserve"> gently. A kindness offered without needing anyone to notice.</w:t>
      </w:r>
    </w:p>
    <w:p w14:paraId="4C50BE12" w14:textId="2C198E68" w:rsidR="00AA1F39" w:rsidRPr="00634213" w:rsidRDefault="00000000">
      <w:pPr>
        <w:rPr>
          <w:rFonts w:ascii="Aptos Display" w:hAnsi="Aptos Display"/>
          <w:sz w:val="24"/>
          <w:szCs w:val="24"/>
        </w:rPr>
      </w:pPr>
      <w:r w:rsidRPr="00634213">
        <w:rPr>
          <w:rFonts w:ascii="Aptos Display" w:hAnsi="Aptos Display"/>
          <w:sz w:val="24"/>
          <w:szCs w:val="24"/>
        </w:rPr>
        <w:t>Lily touched her pencil to the paper and wrote:</w:t>
      </w:r>
    </w:p>
    <w:p w14:paraId="50989227" w14:textId="5C615432" w:rsidR="00AA1F39" w:rsidRPr="00634213" w:rsidRDefault="00000000">
      <w:pPr>
        <w:rPr>
          <w:rFonts w:ascii="Aptos Display" w:hAnsi="Aptos Display"/>
          <w:sz w:val="24"/>
          <w:szCs w:val="24"/>
        </w:rPr>
      </w:pPr>
      <w:r w:rsidRPr="00634213">
        <w:rPr>
          <w:rFonts w:ascii="Aptos Display" w:hAnsi="Aptos Display"/>
          <w:sz w:val="24"/>
          <w:szCs w:val="24"/>
        </w:rPr>
        <w:t>Today I remembered that helping does not make love smaller. It gives love somewhere to go.</w:t>
      </w:r>
    </w:p>
    <w:p w14:paraId="082BC54D" w14:textId="2C0AFFDE" w:rsidR="00AA1F39" w:rsidRPr="00634213" w:rsidRDefault="00000000">
      <w:pPr>
        <w:rPr>
          <w:rFonts w:ascii="Aptos Display" w:hAnsi="Aptos Display"/>
          <w:sz w:val="24"/>
          <w:szCs w:val="24"/>
        </w:rPr>
      </w:pPr>
      <w:r w:rsidRPr="00634213">
        <w:rPr>
          <w:rFonts w:ascii="Aptos Display" w:hAnsi="Aptos Display"/>
          <w:sz w:val="24"/>
          <w:szCs w:val="24"/>
        </w:rPr>
        <w:t>She paused and looked out over the creek. Sunlight lay scattered on the water.</w:t>
      </w:r>
    </w:p>
    <w:p w14:paraId="123CDA5D" w14:textId="08B146B0" w:rsidR="00AA1F39" w:rsidRPr="00634213" w:rsidRDefault="00000000">
      <w:pPr>
        <w:rPr>
          <w:rFonts w:ascii="Aptos Display" w:hAnsi="Aptos Display"/>
          <w:sz w:val="24"/>
          <w:szCs w:val="24"/>
        </w:rPr>
      </w:pPr>
      <w:r w:rsidRPr="00634213">
        <w:rPr>
          <w:rFonts w:ascii="Aptos Display" w:hAnsi="Aptos Display"/>
          <w:sz w:val="24"/>
          <w:szCs w:val="24"/>
        </w:rPr>
        <w:t>For a long moment</w:t>
      </w:r>
      <w:r w:rsidR="0075414A" w:rsidRPr="00634213">
        <w:rPr>
          <w:rFonts w:ascii="Aptos Display" w:hAnsi="Aptos Display"/>
          <w:sz w:val="24"/>
          <w:szCs w:val="24"/>
        </w:rPr>
        <w:t>,</w:t>
      </w:r>
      <w:r w:rsidRPr="00634213">
        <w:rPr>
          <w:rFonts w:ascii="Aptos Display" w:hAnsi="Aptos Display"/>
          <w:sz w:val="24"/>
          <w:szCs w:val="24"/>
        </w:rPr>
        <w:t xml:space="preserve"> she thought of Ben.</w:t>
      </w:r>
    </w:p>
    <w:p w14:paraId="4391EEE3" w14:textId="65A65E56" w:rsidR="00AA1F39" w:rsidRPr="00634213" w:rsidRDefault="00000000">
      <w:pPr>
        <w:rPr>
          <w:rFonts w:ascii="Aptos Display" w:hAnsi="Aptos Display"/>
          <w:sz w:val="24"/>
          <w:szCs w:val="24"/>
        </w:rPr>
      </w:pPr>
      <w:r w:rsidRPr="00634213">
        <w:rPr>
          <w:rFonts w:ascii="Aptos Display" w:hAnsi="Aptos Display"/>
          <w:sz w:val="24"/>
          <w:szCs w:val="24"/>
        </w:rPr>
        <w:t>Not only as someone she had lost.</w:t>
      </w:r>
    </w:p>
    <w:p w14:paraId="508650C8" w14:textId="4CFD4C5F" w:rsidR="00AA1F39" w:rsidRPr="00634213" w:rsidRDefault="00000000">
      <w:pPr>
        <w:rPr>
          <w:rFonts w:ascii="Aptos Display" w:hAnsi="Aptos Display"/>
          <w:sz w:val="24"/>
          <w:szCs w:val="24"/>
        </w:rPr>
      </w:pPr>
      <w:r w:rsidRPr="00634213">
        <w:rPr>
          <w:rFonts w:ascii="Aptos Display" w:hAnsi="Aptos Display"/>
          <w:sz w:val="24"/>
          <w:szCs w:val="24"/>
        </w:rPr>
        <w:t>But as someone whose goodness was still moving through the world—through her hands, her choices, her courage, one moment at a time.</w:t>
      </w:r>
    </w:p>
    <w:p w14:paraId="4BD5EC16" w14:textId="401A7D65" w:rsidR="00AA1F39" w:rsidRPr="00634213" w:rsidRDefault="00000000">
      <w:pPr>
        <w:rPr>
          <w:rFonts w:ascii="Aptos Display" w:hAnsi="Aptos Display"/>
          <w:sz w:val="24"/>
          <w:szCs w:val="24"/>
        </w:rPr>
      </w:pPr>
      <w:r w:rsidRPr="00634213">
        <w:rPr>
          <w:rFonts w:ascii="Aptos Display" w:hAnsi="Aptos Display"/>
          <w:sz w:val="24"/>
          <w:szCs w:val="24"/>
        </w:rPr>
        <w:t>Then, from the edge of the grass, came a rustling sound.</w:t>
      </w:r>
    </w:p>
    <w:p w14:paraId="68CEE341" w14:textId="3911C463" w:rsidR="00AA1F39" w:rsidRPr="00634213" w:rsidRDefault="00000000">
      <w:pPr>
        <w:rPr>
          <w:rFonts w:ascii="Aptos Display" w:hAnsi="Aptos Display"/>
          <w:sz w:val="24"/>
          <w:szCs w:val="24"/>
        </w:rPr>
      </w:pPr>
      <w:r w:rsidRPr="00634213">
        <w:rPr>
          <w:rFonts w:ascii="Aptos Display" w:hAnsi="Aptos Display"/>
          <w:sz w:val="24"/>
          <w:szCs w:val="24"/>
        </w:rPr>
        <w:t>Lily looked over and smiled at once.</w:t>
      </w:r>
    </w:p>
    <w:p w14:paraId="63F11797" w14:textId="7B316D91" w:rsidR="00AA1F39" w:rsidRPr="00634213" w:rsidRDefault="00000000">
      <w:pPr>
        <w:rPr>
          <w:rFonts w:ascii="Aptos Display" w:hAnsi="Aptos Display"/>
          <w:sz w:val="24"/>
          <w:szCs w:val="24"/>
        </w:rPr>
      </w:pPr>
      <w:r w:rsidRPr="00634213">
        <w:rPr>
          <w:rFonts w:ascii="Aptos Display" w:hAnsi="Aptos Display"/>
          <w:sz w:val="24"/>
          <w:szCs w:val="24"/>
        </w:rPr>
        <w:t>A tiny turtle was making its determined way toward the creek.</w:t>
      </w:r>
    </w:p>
    <w:p w14:paraId="3322FA09" w14:textId="3C43018A" w:rsidR="00AA1F39" w:rsidRPr="00634213" w:rsidRDefault="00000000">
      <w:pPr>
        <w:rPr>
          <w:rFonts w:ascii="Aptos Display" w:hAnsi="Aptos Display"/>
          <w:sz w:val="24"/>
          <w:szCs w:val="24"/>
        </w:rPr>
      </w:pPr>
      <w:r w:rsidRPr="00634213">
        <w:rPr>
          <w:rFonts w:ascii="Aptos Display" w:hAnsi="Aptos Display"/>
          <w:sz w:val="24"/>
          <w:szCs w:val="24"/>
        </w:rPr>
        <w:t>“Well,” Lily said softly, “hello there.”</w:t>
      </w:r>
    </w:p>
    <w:p w14:paraId="5FDF009C" w14:textId="5DF00880" w:rsidR="00AA1F39" w:rsidRPr="00634213" w:rsidRDefault="00000000">
      <w:pPr>
        <w:rPr>
          <w:rFonts w:ascii="Aptos Display" w:hAnsi="Aptos Display"/>
          <w:sz w:val="24"/>
          <w:szCs w:val="24"/>
        </w:rPr>
      </w:pPr>
      <w:r w:rsidRPr="00634213">
        <w:rPr>
          <w:rFonts w:ascii="Aptos Display" w:hAnsi="Aptos Display"/>
          <w:sz w:val="24"/>
          <w:szCs w:val="24"/>
        </w:rPr>
        <w:t>The turtle paused, as if considering her.</w:t>
      </w:r>
    </w:p>
    <w:p w14:paraId="09275C9B" w14:textId="7A641E3C" w:rsidR="00AA1F39" w:rsidRPr="00634213" w:rsidRDefault="00000000">
      <w:pPr>
        <w:rPr>
          <w:rFonts w:ascii="Aptos Display" w:hAnsi="Aptos Display"/>
          <w:sz w:val="24"/>
          <w:szCs w:val="24"/>
        </w:rPr>
      </w:pPr>
      <w:r w:rsidRPr="00634213">
        <w:rPr>
          <w:rFonts w:ascii="Aptos Display" w:hAnsi="Aptos Display"/>
          <w:sz w:val="24"/>
          <w:szCs w:val="24"/>
        </w:rPr>
        <w:t>Lily looked around. A few sticks and bits of litter lay scattered in its path. She bent and gently cleared the way.</w:t>
      </w:r>
    </w:p>
    <w:p w14:paraId="46186A6B" w14:textId="40646036" w:rsidR="00AA1F39" w:rsidRPr="00634213" w:rsidRDefault="00C92AE7">
      <w:pPr>
        <w:rPr>
          <w:rFonts w:ascii="Aptos Display" w:hAnsi="Aptos Display"/>
          <w:sz w:val="24"/>
          <w:szCs w:val="24"/>
        </w:rPr>
      </w:pPr>
      <w:r>
        <w:rPr>
          <w:rFonts w:ascii="Aptos Display" w:hAnsi="Aptos Display"/>
          <w:noProof/>
          <w:sz w:val="24"/>
          <w:szCs w:val="24"/>
        </w:rPr>
        <w:lastRenderedPageBreak/>
        <w:drawing>
          <wp:anchor distT="0" distB="0" distL="114300" distR="114300" simplePos="0" relativeHeight="251713536" behindDoc="0" locked="0" layoutInCell="1" allowOverlap="1" wp14:anchorId="08A2D555" wp14:editId="05D4B6F2">
            <wp:simplePos x="0" y="0"/>
            <wp:positionH relativeFrom="column">
              <wp:posOffset>-196215</wp:posOffset>
            </wp:positionH>
            <wp:positionV relativeFrom="page">
              <wp:posOffset>5534025</wp:posOffset>
            </wp:positionV>
            <wp:extent cx="3794760" cy="2071370"/>
            <wp:effectExtent l="0" t="0" r="0" b="5080"/>
            <wp:wrapThrough wrapText="bothSides">
              <wp:wrapPolygon edited="0">
                <wp:start x="0" y="0"/>
                <wp:lineTo x="0" y="21454"/>
                <wp:lineTo x="21470" y="21454"/>
                <wp:lineTo x="21470" y="0"/>
                <wp:lineTo x="0" y="0"/>
              </wp:wrapPolygon>
            </wp:wrapThrough>
            <wp:docPr id="1038973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7312" name="Picture 103897312"/>
                    <pic:cNvPicPr/>
                  </pic:nvPicPr>
                  <pic:blipFill>
                    <a:blip r:embed="rId33"/>
                    <a:stretch>
                      <a:fillRect/>
                    </a:stretch>
                  </pic:blipFill>
                  <pic:spPr>
                    <a:xfrm>
                      <a:off x="0" y="0"/>
                      <a:ext cx="3794760" cy="2071370"/>
                    </a:xfrm>
                    <a:prstGeom prst="rect">
                      <a:avLst/>
                    </a:prstGeom>
                  </pic:spPr>
                </pic:pic>
              </a:graphicData>
            </a:graphic>
          </wp:anchor>
        </w:drawing>
      </w:r>
      <w:r w:rsidRPr="00634213">
        <w:rPr>
          <w:rFonts w:ascii="Aptos Display" w:hAnsi="Aptos Display"/>
          <w:sz w:val="24"/>
          <w:szCs w:val="24"/>
        </w:rPr>
        <w:t>She did not pick it up.</w:t>
      </w:r>
    </w:p>
    <w:p w14:paraId="31B768FB" w14:textId="48961304" w:rsidR="00AA1F39" w:rsidRPr="00634213" w:rsidRDefault="00000000">
      <w:pPr>
        <w:rPr>
          <w:rFonts w:ascii="Aptos Display" w:hAnsi="Aptos Display"/>
          <w:sz w:val="24"/>
          <w:szCs w:val="24"/>
        </w:rPr>
      </w:pPr>
      <w:r w:rsidRPr="00634213">
        <w:rPr>
          <w:rFonts w:ascii="Aptos Display" w:hAnsi="Aptos Display"/>
          <w:sz w:val="24"/>
          <w:szCs w:val="24"/>
        </w:rPr>
        <w:t>It did not need saving from everything.</w:t>
      </w:r>
    </w:p>
    <w:p w14:paraId="6443446A" w14:textId="305C604C" w:rsidR="00AA1F39" w:rsidRPr="00634213" w:rsidRDefault="00000000">
      <w:pPr>
        <w:rPr>
          <w:rFonts w:ascii="Aptos Display" w:hAnsi="Aptos Display"/>
          <w:sz w:val="24"/>
          <w:szCs w:val="24"/>
        </w:rPr>
      </w:pPr>
      <w:r w:rsidRPr="00634213">
        <w:rPr>
          <w:rFonts w:ascii="Aptos Display" w:hAnsi="Aptos Display"/>
          <w:sz w:val="24"/>
          <w:szCs w:val="24"/>
        </w:rPr>
        <w:t>It only needed a little help reaching what came next.</w:t>
      </w:r>
    </w:p>
    <w:p w14:paraId="03A4918B" w14:textId="68EA4B6C" w:rsidR="00AA1F39" w:rsidRPr="00634213" w:rsidRDefault="00000000">
      <w:pPr>
        <w:rPr>
          <w:rFonts w:ascii="Aptos Display" w:hAnsi="Aptos Display"/>
          <w:sz w:val="24"/>
          <w:szCs w:val="24"/>
        </w:rPr>
      </w:pPr>
      <w:r w:rsidRPr="00634213">
        <w:rPr>
          <w:rFonts w:ascii="Aptos Display" w:hAnsi="Aptos Display"/>
          <w:sz w:val="24"/>
          <w:szCs w:val="24"/>
        </w:rPr>
        <w:t xml:space="preserve">The turtle </w:t>
      </w:r>
      <w:r w:rsidR="005E2972" w:rsidRPr="00634213">
        <w:rPr>
          <w:rFonts w:ascii="Aptos Display" w:hAnsi="Aptos Display"/>
          <w:sz w:val="24"/>
          <w:szCs w:val="24"/>
        </w:rPr>
        <w:t>continued</w:t>
      </w:r>
      <w:r w:rsidRPr="00634213">
        <w:rPr>
          <w:rFonts w:ascii="Aptos Display" w:hAnsi="Aptos Display"/>
          <w:sz w:val="24"/>
          <w:szCs w:val="24"/>
        </w:rPr>
        <w:t xml:space="preserve"> until it slipped into the water and disappeared beneath the shining surface.</w:t>
      </w:r>
    </w:p>
    <w:p w14:paraId="5B703EB6" w14:textId="2023D2BF" w:rsidR="00AA1F39" w:rsidRPr="00634213" w:rsidRDefault="00000000">
      <w:pPr>
        <w:rPr>
          <w:rFonts w:ascii="Aptos Display" w:hAnsi="Aptos Display"/>
          <w:sz w:val="24"/>
          <w:szCs w:val="24"/>
        </w:rPr>
      </w:pPr>
      <w:r w:rsidRPr="00634213">
        <w:rPr>
          <w:rFonts w:ascii="Aptos Display" w:hAnsi="Aptos Display"/>
          <w:sz w:val="24"/>
          <w:szCs w:val="24"/>
        </w:rPr>
        <w:t>Lily watched the ripples widen.</w:t>
      </w:r>
    </w:p>
    <w:p w14:paraId="7C22B550" w14:textId="08A93DE7" w:rsidR="00AA1F39" w:rsidRPr="00634213" w:rsidRDefault="00000000">
      <w:pPr>
        <w:rPr>
          <w:rFonts w:ascii="Aptos Display" w:hAnsi="Aptos Display"/>
          <w:sz w:val="24"/>
          <w:szCs w:val="24"/>
        </w:rPr>
      </w:pPr>
      <w:r w:rsidRPr="00634213">
        <w:rPr>
          <w:rFonts w:ascii="Aptos Display" w:hAnsi="Aptos Display"/>
          <w:sz w:val="24"/>
          <w:szCs w:val="24"/>
        </w:rPr>
        <w:t>Then she lifted her face to the sky.</w:t>
      </w:r>
    </w:p>
    <w:p w14:paraId="5A92BF2A" w14:textId="0297059B" w:rsidR="00AA1F39" w:rsidRPr="00634213" w:rsidRDefault="00000000">
      <w:pPr>
        <w:rPr>
          <w:rFonts w:ascii="Aptos Display" w:hAnsi="Aptos Display"/>
          <w:sz w:val="24"/>
          <w:szCs w:val="24"/>
        </w:rPr>
      </w:pPr>
      <w:r w:rsidRPr="00634213">
        <w:rPr>
          <w:rFonts w:ascii="Aptos Display" w:hAnsi="Aptos Display"/>
          <w:sz w:val="24"/>
          <w:szCs w:val="24"/>
        </w:rPr>
        <w:t>It was still daytime, but she thought of the moon. Of silver meadows. Of lantern turtles drifting over dark water. Of a warm hand reaching toward her through sorrow and saying, Come on. There’s something I want to show you.</w:t>
      </w:r>
    </w:p>
    <w:p w14:paraId="4ABC86E6" w14:textId="1B5F7203" w:rsidR="00AA1F39" w:rsidRPr="00634213" w:rsidRDefault="00492AB3">
      <w:pPr>
        <w:rPr>
          <w:rFonts w:ascii="Aptos Display" w:hAnsi="Aptos Display"/>
          <w:sz w:val="24"/>
          <w:szCs w:val="24"/>
        </w:rPr>
      </w:pPr>
      <w:r w:rsidRPr="00634213">
        <w:rPr>
          <w:rFonts w:ascii="Aptos Display" w:hAnsi="Aptos Display"/>
          <w:sz w:val="24"/>
          <w:szCs w:val="24"/>
        </w:rPr>
        <w:t>“I’m trying,” she whispered.</w:t>
      </w:r>
    </w:p>
    <w:p w14:paraId="3D8FFAD3" w14:textId="77777777" w:rsidR="00AA1F39" w:rsidRPr="00634213" w:rsidRDefault="00000000">
      <w:pPr>
        <w:rPr>
          <w:rFonts w:ascii="Aptos Display" w:hAnsi="Aptos Display"/>
          <w:sz w:val="24"/>
          <w:szCs w:val="24"/>
        </w:rPr>
      </w:pPr>
      <w:r w:rsidRPr="00634213">
        <w:rPr>
          <w:rFonts w:ascii="Aptos Display" w:hAnsi="Aptos Display"/>
          <w:sz w:val="24"/>
          <w:szCs w:val="24"/>
        </w:rPr>
        <w:t>A breeze moved through the trees, light as a breath.</w:t>
      </w:r>
    </w:p>
    <w:p w14:paraId="57963F40" w14:textId="71362454" w:rsidR="00AA1F39" w:rsidRPr="00634213" w:rsidRDefault="00000000">
      <w:pPr>
        <w:rPr>
          <w:rFonts w:ascii="Aptos Display" w:hAnsi="Aptos Display"/>
          <w:sz w:val="24"/>
          <w:szCs w:val="24"/>
        </w:rPr>
      </w:pPr>
      <w:r w:rsidRPr="00634213">
        <w:rPr>
          <w:rFonts w:ascii="Aptos Display" w:hAnsi="Aptos Display"/>
          <w:sz w:val="24"/>
          <w:szCs w:val="24"/>
        </w:rPr>
        <w:t>And somewhere deep inside, Lily felt the answer.</w:t>
      </w:r>
    </w:p>
    <w:p w14:paraId="3A0568D8" w14:textId="77777777" w:rsidR="00AA1F39" w:rsidRPr="00634213" w:rsidRDefault="00000000">
      <w:pPr>
        <w:rPr>
          <w:rFonts w:ascii="Aptos Display" w:hAnsi="Aptos Display"/>
          <w:sz w:val="24"/>
          <w:szCs w:val="24"/>
        </w:rPr>
      </w:pPr>
      <w:r w:rsidRPr="00634213">
        <w:rPr>
          <w:rFonts w:ascii="Aptos Display" w:hAnsi="Aptos Display"/>
          <w:sz w:val="24"/>
          <w:szCs w:val="24"/>
        </w:rPr>
        <w:t>You already are.</w:t>
      </w:r>
    </w:p>
    <w:p w14:paraId="7C940433" w14:textId="77777777" w:rsidR="00AA1F39" w:rsidRPr="00634213" w:rsidRDefault="00000000">
      <w:pPr>
        <w:rPr>
          <w:rFonts w:ascii="Aptos Display" w:hAnsi="Aptos Display"/>
          <w:sz w:val="24"/>
          <w:szCs w:val="24"/>
        </w:rPr>
      </w:pPr>
      <w:r w:rsidRPr="00634213">
        <w:rPr>
          <w:rFonts w:ascii="Aptos Display" w:hAnsi="Aptos Display"/>
          <w:sz w:val="24"/>
          <w:szCs w:val="24"/>
        </w:rPr>
        <w:t>She closed the notebook and held it against her chest.</w:t>
      </w:r>
    </w:p>
    <w:p w14:paraId="557221A5" w14:textId="77777777" w:rsidR="00AA1F39" w:rsidRPr="00634213" w:rsidRDefault="00000000">
      <w:pPr>
        <w:rPr>
          <w:rFonts w:ascii="Aptos Display" w:hAnsi="Aptos Display"/>
          <w:sz w:val="24"/>
          <w:szCs w:val="24"/>
        </w:rPr>
      </w:pPr>
      <w:r w:rsidRPr="00634213">
        <w:rPr>
          <w:rFonts w:ascii="Aptos Display" w:hAnsi="Aptos Display"/>
          <w:sz w:val="24"/>
          <w:szCs w:val="24"/>
        </w:rPr>
        <w:t>The dream had stayed.</w:t>
      </w:r>
    </w:p>
    <w:p w14:paraId="1681A05E" w14:textId="77777777" w:rsidR="00AA1F39" w:rsidRPr="00634213" w:rsidRDefault="00000000">
      <w:pPr>
        <w:rPr>
          <w:rFonts w:ascii="Aptos Display" w:hAnsi="Aptos Display"/>
          <w:sz w:val="24"/>
          <w:szCs w:val="24"/>
        </w:rPr>
      </w:pPr>
      <w:r w:rsidRPr="00634213">
        <w:rPr>
          <w:rFonts w:ascii="Aptos Display" w:hAnsi="Aptos Display"/>
          <w:sz w:val="24"/>
          <w:szCs w:val="24"/>
        </w:rPr>
        <w:t>Not as something fragile.</w:t>
      </w:r>
    </w:p>
    <w:p w14:paraId="05F1FF6F" w14:textId="77777777" w:rsidR="00AA1F39" w:rsidRPr="00634213" w:rsidRDefault="00000000">
      <w:pPr>
        <w:rPr>
          <w:rFonts w:ascii="Aptos Display" w:hAnsi="Aptos Display"/>
          <w:sz w:val="24"/>
          <w:szCs w:val="24"/>
        </w:rPr>
      </w:pPr>
      <w:r w:rsidRPr="00634213">
        <w:rPr>
          <w:rFonts w:ascii="Aptos Display" w:hAnsi="Aptos Display"/>
          <w:sz w:val="24"/>
          <w:szCs w:val="24"/>
        </w:rPr>
        <w:t>Not as a memory that would fade if touched too often.</w:t>
      </w:r>
    </w:p>
    <w:p w14:paraId="2FE0EB2A" w14:textId="77777777" w:rsidR="00AA1F39" w:rsidRPr="00634213" w:rsidRDefault="00000000">
      <w:pPr>
        <w:rPr>
          <w:rFonts w:ascii="Aptos Display" w:hAnsi="Aptos Display"/>
          <w:sz w:val="24"/>
          <w:szCs w:val="24"/>
        </w:rPr>
      </w:pPr>
      <w:r w:rsidRPr="00634213">
        <w:rPr>
          <w:rFonts w:ascii="Aptos Display" w:hAnsi="Aptos Display"/>
          <w:sz w:val="24"/>
          <w:szCs w:val="24"/>
        </w:rPr>
        <w:t>But as something living.</w:t>
      </w:r>
    </w:p>
    <w:p w14:paraId="62AA79AE" w14:textId="25DE50F2" w:rsidR="00AA1F39" w:rsidRPr="00634213" w:rsidRDefault="00000000">
      <w:pPr>
        <w:rPr>
          <w:rFonts w:ascii="Aptos Display" w:hAnsi="Aptos Display"/>
          <w:sz w:val="24"/>
          <w:szCs w:val="24"/>
        </w:rPr>
      </w:pPr>
      <w:r w:rsidRPr="00634213">
        <w:rPr>
          <w:rFonts w:ascii="Aptos Display" w:hAnsi="Aptos Display"/>
          <w:sz w:val="24"/>
          <w:szCs w:val="24"/>
        </w:rPr>
        <w:lastRenderedPageBreak/>
        <w:t>And as Lily rose from the creek bank and began walking home through the gold of late afternoon, she understood at last:</w:t>
      </w:r>
    </w:p>
    <w:p w14:paraId="410AF6BB" w14:textId="33ECEC5D" w:rsidR="00AA1F39" w:rsidRPr="00634213" w:rsidRDefault="00000000">
      <w:pPr>
        <w:rPr>
          <w:rFonts w:ascii="Aptos Display" w:hAnsi="Aptos Display"/>
          <w:sz w:val="24"/>
          <w:szCs w:val="24"/>
        </w:rPr>
      </w:pPr>
      <w:r w:rsidRPr="00634213">
        <w:rPr>
          <w:rFonts w:ascii="Aptos Display" w:hAnsi="Aptos Display"/>
          <w:sz w:val="24"/>
          <w:szCs w:val="24"/>
        </w:rPr>
        <w:t>Love does not end when someone is gone.</w:t>
      </w:r>
    </w:p>
    <w:p w14:paraId="5CA83AB3" w14:textId="77777777" w:rsidR="00AA1F39" w:rsidRPr="00634213" w:rsidRDefault="00000000">
      <w:pPr>
        <w:rPr>
          <w:rFonts w:ascii="Aptos Display" w:hAnsi="Aptos Display"/>
          <w:sz w:val="24"/>
          <w:szCs w:val="24"/>
        </w:rPr>
      </w:pPr>
      <w:r w:rsidRPr="00634213">
        <w:rPr>
          <w:rFonts w:ascii="Aptos Display" w:hAnsi="Aptos Display"/>
          <w:sz w:val="24"/>
          <w:szCs w:val="24"/>
        </w:rPr>
        <w:t>If it is true love, it keeps teaching us how to live.</w:t>
      </w:r>
    </w:p>
    <w:p w14:paraId="3CE0CBE8" w14:textId="79A7CD3F" w:rsidR="00AA1F39" w:rsidRPr="00634213" w:rsidRDefault="003B4812">
      <w:pPr>
        <w:rPr>
          <w:rFonts w:ascii="Aptos Display" w:hAnsi="Aptos Display"/>
          <w:sz w:val="24"/>
          <w:szCs w:val="24"/>
        </w:rPr>
      </w:pPr>
      <w:r>
        <w:rPr>
          <w:rFonts w:ascii="Aptos Display" w:hAnsi="Aptos Display"/>
          <w:noProof/>
          <w:sz w:val="24"/>
          <w:szCs w:val="24"/>
        </w:rPr>
        <w:drawing>
          <wp:anchor distT="0" distB="0" distL="114300" distR="114300" simplePos="0" relativeHeight="251714560" behindDoc="0" locked="0" layoutInCell="1" allowOverlap="1" wp14:anchorId="3CDC95FE" wp14:editId="03BEBAB5">
            <wp:simplePos x="0" y="0"/>
            <wp:positionH relativeFrom="column">
              <wp:posOffset>80010</wp:posOffset>
            </wp:positionH>
            <wp:positionV relativeFrom="paragraph">
              <wp:posOffset>534670</wp:posOffset>
            </wp:positionV>
            <wp:extent cx="2990832" cy="2085975"/>
            <wp:effectExtent l="0" t="0" r="635" b="0"/>
            <wp:wrapThrough wrapText="bothSides">
              <wp:wrapPolygon edited="0">
                <wp:start x="0" y="0"/>
                <wp:lineTo x="0" y="21304"/>
                <wp:lineTo x="21467" y="21304"/>
                <wp:lineTo x="21467" y="0"/>
                <wp:lineTo x="0" y="0"/>
              </wp:wrapPolygon>
            </wp:wrapThrough>
            <wp:docPr id="1682217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7142" name="Picture 1682217142"/>
                    <pic:cNvPicPr/>
                  </pic:nvPicPr>
                  <pic:blipFill>
                    <a:blip r:embed="rId34"/>
                    <a:stretch>
                      <a:fillRect/>
                    </a:stretch>
                  </pic:blipFill>
                  <pic:spPr>
                    <a:xfrm>
                      <a:off x="0" y="0"/>
                      <a:ext cx="2990832" cy="2085975"/>
                    </a:xfrm>
                    <a:prstGeom prst="rect">
                      <a:avLst/>
                    </a:prstGeom>
                  </pic:spPr>
                </pic:pic>
              </a:graphicData>
            </a:graphic>
          </wp:anchor>
        </w:drawing>
      </w:r>
      <w:r w:rsidRPr="00634213">
        <w:rPr>
          <w:rFonts w:ascii="Aptos Display" w:hAnsi="Aptos Display"/>
          <w:sz w:val="24"/>
          <w:szCs w:val="24"/>
        </w:rPr>
        <w:br w:type="page"/>
      </w:r>
    </w:p>
    <w:p w14:paraId="16FB45D2" w14:textId="77777777" w:rsidR="00AA1F39" w:rsidRPr="00634213" w:rsidRDefault="00000000">
      <w:pPr>
        <w:spacing w:before="480" w:after="360"/>
        <w:ind w:firstLine="0"/>
        <w:jc w:val="center"/>
        <w:rPr>
          <w:rFonts w:ascii="Aptos Display" w:hAnsi="Aptos Display"/>
          <w:sz w:val="24"/>
          <w:szCs w:val="24"/>
        </w:rPr>
      </w:pPr>
      <w:r w:rsidRPr="00634213">
        <w:rPr>
          <w:rFonts w:ascii="Aptos Display" w:hAnsi="Aptos Display"/>
          <w:b/>
          <w:sz w:val="24"/>
          <w:szCs w:val="24"/>
        </w:rPr>
        <w:lastRenderedPageBreak/>
        <w:t>Epilogue</w:t>
      </w:r>
    </w:p>
    <w:p w14:paraId="40B24827" w14:textId="77777777" w:rsidR="00AA1F39" w:rsidRPr="00634213" w:rsidRDefault="00000000">
      <w:pPr>
        <w:rPr>
          <w:rFonts w:ascii="Aptos Display" w:hAnsi="Aptos Display"/>
          <w:sz w:val="24"/>
          <w:szCs w:val="24"/>
        </w:rPr>
      </w:pPr>
      <w:r w:rsidRPr="00634213">
        <w:rPr>
          <w:rFonts w:ascii="Aptos Display" w:hAnsi="Aptos Display"/>
          <w:sz w:val="24"/>
          <w:szCs w:val="24"/>
        </w:rPr>
        <w:t>Long after the dream, Lily kept the notebook.</w:t>
      </w:r>
    </w:p>
    <w:p w14:paraId="1286E938" w14:textId="3C3F9426" w:rsidR="00AA1F39" w:rsidRPr="00634213" w:rsidRDefault="00000000">
      <w:pPr>
        <w:rPr>
          <w:rFonts w:ascii="Aptos Display" w:hAnsi="Aptos Display"/>
          <w:sz w:val="24"/>
          <w:szCs w:val="24"/>
        </w:rPr>
      </w:pPr>
      <w:r w:rsidRPr="00634213">
        <w:rPr>
          <w:rFonts w:ascii="Aptos Display" w:hAnsi="Aptos Display"/>
          <w:sz w:val="24"/>
          <w:szCs w:val="24"/>
        </w:rPr>
        <w:t>She carried it in her backpack. She left it on her desk. At night</w:t>
      </w:r>
      <w:r w:rsidR="00AD258B">
        <w:rPr>
          <w:rFonts w:ascii="Aptos Display" w:hAnsi="Aptos Display"/>
          <w:sz w:val="24"/>
          <w:szCs w:val="24"/>
        </w:rPr>
        <w:t>, she sometimes tucked it beneath the moonlit window beside her bed</w:t>
      </w:r>
      <w:r w:rsidRPr="00634213">
        <w:rPr>
          <w:rFonts w:ascii="Aptos Display" w:hAnsi="Aptos Display"/>
          <w:sz w:val="24"/>
          <w:szCs w:val="24"/>
        </w:rPr>
        <w:t>. There were days she wrote in it often</w:t>
      </w:r>
      <w:r w:rsidR="00AD258B">
        <w:rPr>
          <w:rFonts w:ascii="Aptos Display" w:hAnsi="Aptos Display"/>
          <w:sz w:val="24"/>
          <w:szCs w:val="24"/>
        </w:rPr>
        <w:t>,</w:t>
      </w:r>
      <w:r w:rsidRPr="00634213">
        <w:rPr>
          <w:rFonts w:ascii="Aptos Display" w:hAnsi="Aptos Display"/>
          <w:sz w:val="24"/>
          <w:szCs w:val="24"/>
        </w:rPr>
        <w:t xml:space="preserve"> and days she hardly opened it at all. But it stayed close—not because she feared forgetting, but because it helped her remember in the right way.</w:t>
      </w:r>
    </w:p>
    <w:p w14:paraId="5CADD625" w14:textId="77777777" w:rsidR="00AA1F39" w:rsidRPr="00634213" w:rsidRDefault="00000000">
      <w:pPr>
        <w:rPr>
          <w:rFonts w:ascii="Aptos Display" w:hAnsi="Aptos Display"/>
          <w:sz w:val="24"/>
          <w:szCs w:val="24"/>
        </w:rPr>
      </w:pPr>
      <w:r w:rsidRPr="00634213">
        <w:rPr>
          <w:rFonts w:ascii="Aptos Display" w:hAnsi="Aptos Display"/>
          <w:sz w:val="24"/>
          <w:szCs w:val="24"/>
        </w:rPr>
        <w:t>Its pages slowly filled.</w:t>
      </w:r>
    </w:p>
    <w:p w14:paraId="13FD2A40" w14:textId="320D1296" w:rsidR="00AA1F39" w:rsidRPr="00634213" w:rsidRDefault="00000000">
      <w:pPr>
        <w:rPr>
          <w:rFonts w:ascii="Aptos Display" w:hAnsi="Aptos Display"/>
          <w:sz w:val="24"/>
          <w:szCs w:val="24"/>
        </w:rPr>
      </w:pPr>
      <w:r w:rsidRPr="00634213">
        <w:rPr>
          <w:rFonts w:ascii="Aptos Display" w:hAnsi="Aptos Display"/>
          <w:sz w:val="24"/>
          <w:szCs w:val="24"/>
        </w:rPr>
        <w:t xml:space="preserve">Some entries were about kindnesses Lily offered: helping a classmate, comforting an animal, </w:t>
      </w:r>
      <w:r w:rsidR="00C92AE7">
        <w:rPr>
          <w:rFonts w:ascii="Aptos Display" w:hAnsi="Aptos Display"/>
          <w:sz w:val="24"/>
          <w:szCs w:val="24"/>
        </w:rPr>
        <w:t xml:space="preserve">and </w:t>
      </w:r>
      <w:r w:rsidRPr="00634213">
        <w:rPr>
          <w:rFonts w:ascii="Aptos Display" w:hAnsi="Aptos Display"/>
          <w:sz w:val="24"/>
          <w:szCs w:val="24"/>
        </w:rPr>
        <w:t xml:space="preserve">choosing patience when it would have been easier to turn away. Some were about </w:t>
      </w:r>
      <w:r w:rsidR="00C92AE7">
        <w:rPr>
          <w:rFonts w:ascii="Aptos Display" w:hAnsi="Aptos Display"/>
          <w:sz w:val="24"/>
          <w:szCs w:val="24"/>
        </w:rPr>
        <w:t xml:space="preserve">the </w:t>
      </w:r>
      <w:r w:rsidR="00C92AE7" w:rsidRPr="00634213">
        <w:rPr>
          <w:rFonts w:ascii="Aptos Display" w:hAnsi="Aptos Display"/>
          <w:sz w:val="24"/>
          <w:szCs w:val="24"/>
        </w:rPr>
        <w:t>kindness</w:t>
      </w:r>
      <w:r w:rsidRPr="00634213">
        <w:rPr>
          <w:rFonts w:ascii="Aptos Display" w:hAnsi="Aptos Display"/>
          <w:sz w:val="24"/>
          <w:szCs w:val="24"/>
        </w:rPr>
        <w:t xml:space="preserve"> she received: a hand on her shoulder, a friend waiting beside her, the quiet mercy of being understood without needing to explain. Some pages held letters to Ben—small</w:t>
      </w:r>
      <w:r w:rsidR="00AD258B">
        <w:rPr>
          <w:rFonts w:ascii="Aptos Display" w:hAnsi="Aptos Display"/>
          <w:sz w:val="24"/>
          <w:szCs w:val="24"/>
        </w:rPr>
        <w:t>,</w:t>
      </w:r>
      <w:r w:rsidRPr="00634213">
        <w:rPr>
          <w:rFonts w:ascii="Aptos Display" w:hAnsi="Aptos Display"/>
          <w:sz w:val="24"/>
          <w:szCs w:val="24"/>
        </w:rPr>
        <w:t xml:space="preserve"> honest paragraphs about school, about missing him, and about the things she was trying to carry well.</w:t>
      </w:r>
    </w:p>
    <w:p w14:paraId="724AA6CC" w14:textId="77777777" w:rsidR="00AA1F39" w:rsidRPr="00634213" w:rsidRDefault="00000000">
      <w:pPr>
        <w:rPr>
          <w:rFonts w:ascii="Aptos Display" w:hAnsi="Aptos Display"/>
          <w:sz w:val="24"/>
          <w:szCs w:val="24"/>
        </w:rPr>
      </w:pPr>
      <w:r w:rsidRPr="00634213">
        <w:rPr>
          <w:rFonts w:ascii="Aptos Display" w:hAnsi="Aptos Display"/>
          <w:sz w:val="24"/>
          <w:szCs w:val="24"/>
        </w:rPr>
        <w:t>As the seasons changed, Lily changed too.</w:t>
      </w:r>
    </w:p>
    <w:p w14:paraId="34EDE03D" w14:textId="77777777" w:rsidR="00AA1F39" w:rsidRPr="00634213" w:rsidRDefault="00000000">
      <w:pPr>
        <w:rPr>
          <w:rFonts w:ascii="Aptos Display" w:hAnsi="Aptos Display"/>
          <w:sz w:val="24"/>
          <w:szCs w:val="24"/>
        </w:rPr>
      </w:pPr>
      <w:r w:rsidRPr="00634213">
        <w:rPr>
          <w:rFonts w:ascii="Aptos Display" w:hAnsi="Aptos Display"/>
          <w:sz w:val="24"/>
          <w:szCs w:val="24"/>
        </w:rPr>
        <w:t>She laughed more easily. She joined things again. She still missed Ben, and perhaps some part of her always would. But missing him no longer felt like standing still in the cold.</w:t>
      </w:r>
    </w:p>
    <w:p w14:paraId="24C04F04" w14:textId="77777777" w:rsidR="00AA1F39" w:rsidRPr="00634213" w:rsidRDefault="00000000">
      <w:pPr>
        <w:rPr>
          <w:rFonts w:ascii="Aptos Display" w:hAnsi="Aptos Display"/>
          <w:sz w:val="24"/>
          <w:szCs w:val="24"/>
        </w:rPr>
      </w:pPr>
      <w:r w:rsidRPr="00634213">
        <w:rPr>
          <w:rFonts w:ascii="Aptos Display" w:hAnsi="Aptos Display"/>
          <w:sz w:val="24"/>
          <w:szCs w:val="24"/>
        </w:rPr>
        <w:t>It felt more like carrying a lantern through the dark.</w:t>
      </w:r>
    </w:p>
    <w:p w14:paraId="00A4118B" w14:textId="77777777" w:rsidR="00AA1F39" w:rsidRPr="00634213" w:rsidRDefault="00000000">
      <w:pPr>
        <w:rPr>
          <w:rFonts w:ascii="Aptos Display" w:hAnsi="Aptos Display"/>
          <w:sz w:val="24"/>
          <w:szCs w:val="24"/>
        </w:rPr>
      </w:pPr>
      <w:r w:rsidRPr="00634213">
        <w:rPr>
          <w:rFonts w:ascii="Aptos Display" w:hAnsi="Aptos Display"/>
          <w:sz w:val="24"/>
          <w:szCs w:val="24"/>
        </w:rPr>
        <w:t>A light lit by love.</w:t>
      </w:r>
    </w:p>
    <w:p w14:paraId="3141A0BE" w14:textId="77777777" w:rsidR="00AA1F39" w:rsidRPr="00634213" w:rsidRDefault="00000000">
      <w:pPr>
        <w:rPr>
          <w:rFonts w:ascii="Aptos Display" w:hAnsi="Aptos Display"/>
          <w:sz w:val="24"/>
          <w:szCs w:val="24"/>
        </w:rPr>
      </w:pPr>
      <w:r w:rsidRPr="00634213">
        <w:rPr>
          <w:rFonts w:ascii="Aptos Display" w:hAnsi="Aptos Display"/>
          <w:sz w:val="24"/>
          <w:szCs w:val="24"/>
        </w:rPr>
        <w:t>A light bright enough to share.</w:t>
      </w:r>
    </w:p>
    <w:p w14:paraId="3DC0690C" w14:textId="6F75A5DF" w:rsidR="00AA1F39" w:rsidRPr="00634213" w:rsidRDefault="00000000">
      <w:pPr>
        <w:rPr>
          <w:rFonts w:ascii="Aptos Display" w:hAnsi="Aptos Display"/>
          <w:sz w:val="24"/>
          <w:szCs w:val="24"/>
        </w:rPr>
      </w:pPr>
      <w:r w:rsidRPr="00634213">
        <w:rPr>
          <w:rFonts w:ascii="Aptos Display" w:hAnsi="Aptos Display"/>
          <w:sz w:val="24"/>
          <w:szCs w:val="24"/>
        </w:rPr>
        <w:t>Sometimes, on clear nights, Lily still slept with her curtains open.</w:t>
      </w:r>
    </w:p>
    <w:p w14:paraId="198AD667" w14:textId="1E221E68" w:rsidR="00AA1F39" w:rsidRPr="00634213" w:rsidRDefault="00000000">
      <w:pPr>
        <w:rPr>
          <w:rFonts w:ascii="Aptos Display" w:hAnsi="Aptos Display"/>
          <w:sz w:val="24"/>
          <w:szCs w:val="24"/>
        </w:rPr>
      </w:pPr>
      <w:r w:rsidRPr="00634213">
        <w:rPr>
          <w:rFonts w:ascii="Aptos Display" w:hAnsi="Aptos Display"/>
          <w:sz w:val="24"/>
          <w:szCs w:val="24"/>
        </w:rPr>
        <w:t>Moonlight would drift across her room, silver and tender, touching the turtle figurine on her shelf and the worn cover of the notebook by her bed. On those nights</w:t>
      </w:r>
      <w:r w:rsidR="00AD258B">
        <w:rPr>
          <w:rFonts w:ascii="Aptos Display" w:hAnsi="Aptos Display"/>
          <w:sz w:val="24"/>
          <w:szCs w:val="24"/>
        </w:rPr>
        <w:t>,</w:t>
      </w:r>
      <w:r w:rsidRPr="00634213">
        <w:rPr>
          <w:rFonts w:ascii="Aptos Display" w:hAnsi="Aptos Display"/>
          <w:sz w:val="24"/>
          <w:szCs w:val="24"/>
        </w:rPr>
        <w:t xml:space="preserve"> she would lie </w:t>
      </w:r>
      <w:r w:rsidRPr="00634213">
        <w:rPr>
          <w:rFonts w:ascii="Aptos Display" w:hAnsi="Aptos Display"/>
          <w:sz w:val="24"/>
          <w:szCs w:val="24"/>
        </w:rPr>
        <w:lastRenderedPageBreak/>
        <w:t xml:space="preserve">quietly and think of all she had learned: that bravery can tremble, that comfort matters, that patience can free what </w:t>
      </w:r>
      <w:r w:rsidR="00C24795">
        <w:rPr>
          <w:rFonts w:ascii="Aptos Display" w:hAnsi="Aptos Display"/>
          <w:sz w:val="24"/>
          <w:szCs w:val="24"/>
        </w:rPr>
        <w:t>time</w:t>
      </w:r>
      <w:r w:rsidRPr="00634213">
        <w:rPr>
          <w:rFonts w:ascii="Aptos Display" w:hAnsi="Aptos Display"/>
          <w:sz w:val="24"/>
          <w:szCs w:val="24"/>
        </w:rPr>
        <w:t xml:space="preserve"> cannot, and that healing is not the same as forgetting.</w:t>
      </w:r>
    </w:p>
    <w:p w14:paraId="7E4FF1E6" w14:textId="4C4444C4" w:rsidR="00AA1F39" w:rsidRPr="00634213" w:rsidRDefault="00000000">
      <w:pPr>
        <w:rPr>
          <w:rFonts w:ascii="Aptos Display" w:hAnsi="Aptos Display"/>
          <w:sz w:val="24"/>
          <w:szCs w:val="24"/>
        </w:rPr>
      </w:pPr>
      <w:r w:rsidRPr="00634213">
        <w:rPr>
          <w:rFonts w:ascii="Aptos Display" w:hAnsi="Aptos Display"/>
          <w:sz w:val="24"/>
          <w:szCs w:val="24"/>
        </w:rPr>
        <w:t>Healing, she now understood, is loving forward.</w:t>
      </w:r>
    </w:p>
    <w:p w14:paraId="5C000581" w14:textId="377DD469" w:rsidR="00AA1F39" w:rsidRPr="00634213" w:rsidRDefault="00000000">
      <w:pPr>
        <w:rPr>
          <w:rFonts w:ascii="Aptos Display" w:hAnsi="Aptos Display"/>
          <w:sz w:val="24"/>
          <w:szCs w:val="24"/>
        </w:rPr>
      </w:pPr>
      <w:r w:rsidRPr="00634213">
        <w:rPr>
          <w:rFonts w:ascii="Aptos Display" w:hAnsi="Aptos Display"/>
          <w:sz w:val="24"/>
          <w:szCs w:val="24"/>
        </w:rPr>
        <w:t>And now and then, just before sleep found her, Lily would smile into the moonlight.</w:t>
      </w:r>
    </w:p>
    <w:p w14:paraId="07E016EF" w14:textId="2634328A" w:rsidR="00AA1F39" w:rsidRPr="00634213" w:rsidRDefault="00000000">
      <w:pPr>
        <w:rPr>
          <w:rFonts w:ascii="Aptos Display" w:hAnsi="Aptos Display"/>
          <w:sz w:val="24"/>
          <w:szCs w:val="24"/>
        </w:rPr>
      </w:pPr>
      <w:r w:rsidRPr="00634213">
        <w:rPr>
          <w:rFonts w:ascii="Aptos Display" w:hAnsi="Aptos Display"/>
          <w:sz w:val="24"/>
          <w:szCs w:val="24"/>
        </w:rPr>
        <w:t>Because somewhere deep in her heart she knew this was true:</w:t>
      </w:r>
    </w:p>
    <w:p w14:paraId="3ADC85F9" w14:textId="01046373" w:rsidR="00AA1F39" w:rsidRPr="00634213" w:rsidRDefault="00000000">
      <w:pPr>
        <w:rPr>
          <w:rFonts w:ascii="Aptos Display" w:hAnsi="Aptos Display"/>
          <w:sz w:val="24"/>
          <w:szCs w:val="24"/>
        </w:rPr>
      </w:pPr>
      <w:r w:rsidRPr="00634213">
        <w:rPr>
          <w:rFonts w:ascii="Aptos Display" w:hAnsi="Aptos Display"/>
          <w:sz w:val="24"/>
          <w:szCs w:val="24"/>
        </w:rPr>
        <w:t>The most beautiful dreams are not the ones we leave behind in the night.</w:t>
      </w:r>
    </w:p>
    <w:p w14:paraId="6F934283" w14:textId="578B8211" w:rsidR="00C803C8" w:rsidRDefault="00000000" w:rsidP="00C803C8">
      <w:pPr>
        <w:rPr>
          <w:rFonts w:ascii="Aptos Display" w:hAnsi="Aptos Display"/>
          <w:sz w:val="24"/>
          <w:szCs w:val="24"/>
        </w:rPr>
      </w:pPr>
      <w:r w:rsidRPr="00634213">
        <w:rPr>
          <w:rFonts w:ascii="Aptos Display" w:hAnsi="Aptos Display"/>
          <w:sz w:val="24"/>
          <w:szCs w:val="24"/>
        </w:rPr>
        <w:t xml:space="preserve">They are the ones we carry with us into </w:t>
      </w:r>
      <w:r w:rsidR="00E65C12">
        <w:rPr>
          <w:rFonts w:ascii="Aptos Display" w:hAnsi="Aptos Display"/>
          <w:sz w:val="24"/>
          <w:szCs w:val="24"/>
        </w:rPr>
        <w:t xml:space="preserve">the </w:t>
      </w:r>
      <w:r w:rsidRPr="00634213">
        <w:rPr>
          <w:rFonts w:ascii="Aptos Display" w:hAnsi="Aptos Display"/>
          <w:sz w:val="24"/>
          <w:szCs w:val="24"/>
        </w:rPr>
        <w:t>morning.</w:t>
      </w:r>
    </w:p>
    <w:p w14:paraId="57E3F222" w14:textId="59CEA017" w:rsidR="00C803C8" w:rsidRDefault="00C24795" w:rsidP="00C803C8">
      <w:pPr>
        <w:rPr>
          <w:rFonts w:ascii="Aptos Display" w:hAnsi="Aptos Display"/>
          <w:sz w:val="24"/>
          <w:szCs w:val="24"/>
        </w:rPr>
      </w:pPr>
      <w:r>
        <w:rPr>
          <w:rFonts w:ascii="Aptos Display" w:hAnsi="Aptos Display"/>
          <w:noProof/>
          <w:sz w:val="24"/>
          <w:szCs w:val="24"/>
        </w:rPr>
        <w:drawing>
          <wp:anchor distT="0" distB="0" distL="114300" distR="114300" simplePos="0" relativeHeight="251722752" behindDoc="1" locked="0" layoutInCell="1" allowOverlap="1" wp14:anchorId="4DAA581F" wp14:editId="63E2F838">
            <wp:simplePos x="0" y="0"/>
            <wp:positionH relativeFrom="column">
              <wp:posOffset>-177165</wp:posOffset>
            </wp:positionH>
            <wp:positionV relativeFrom="paragraph">
              <wp:posOffset>248285</wp:posOffset>
            </wp:positionV>
            <wp:extent cx="3794760" cy="2071370"/>
            <wp:effectExtent l="0" t="0" r="0" b="5080"/>
            <wp:wrapTight wrapText="bothSides">
              <wp:wrapPolygon edited="0">
                <wp:start x="0" y="0"/>
                <wp:lineTo x="0" y="21454"/>
                <wp:lineTo x="21470" y="21454"/>
                <wp:lineTo x="21470" y="0"/>
                <wp:lineTo x="0" y="0"/>
              </wp:wrapPolygon>
            </wp:wrapTight>
            <wp:docPr id="180044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4558" name="Picture 180044558"/>
                    <pic:cNvPicPr/>
                  </pic:nvPicPr>
                  <pic:blipFill>
                    <a:blip r:embed="rId35"/>
                    <a:stretch>
                      <a:fillRect/>
                    </a:stretch>
                  </pic:blipFill>
                  <pic:spPr>
                    <a:xfrm>
                      <a:off x="0" y="0"/>
                      <a:ext cx="3794760" cy="2071370"/>
                    </a:xfrm>
                    <a:prstGeom prst="rect">
                      <a:avLst/>
                    </a:prstGeom>
                  </pic:spPr>
                </pic:pic>
              </a:graphicData>
            </a:graphic>
          </wp:anchor>
        </w:drawing>
      </w:r>
    </w:p>
    <w:p w14:paraId="5EC41E01" w14:textId="500E909C" w:rsidR="00C803C8" w:rsidRDefault="00C803C8" w:rsidP="00C803C8">
      <w:pPr>
        <w:rPr>
          <w:rFonts w:ascii="Aptos Display" w:hAnsi="Aptos Display"/>
          <w:sz w:val="24"/>
          <w:szCs w:val="24"/>
        </w:rPr>
      </w:pPr>
    </w:p>
    <w:p w14:paraId="4F65F943" w14:textId="0A9CE8C7" w:rsidR="00C803C8" w:rsidRDefault="00C803C8">
      <w:pPr>
        <w:spacing w:after="200" w:line="276" w:lineRule="auto"/>
        <w:ind w:firstLine="0"/>
        <w:rPr>
          <w:rFonts w:ascii="Aptos Display" w:hAnsi="Aptos Display"/>
          <w:sz w:val="24"/>
          <w:szCs w:val="24"/>
        </w:rPr>
      </w:pPr>
      <w:r>
        <w:rPr>
          <w:rFonts w:ascii="Aptos Display" w:hAnsi="Aptos Display"/>
          <w:sz w:val="24"/>
          <w:szCs w:val="24"/>
        </w:rPr>
        <w:br w:type="page"/>
      </w:r>
    </w:p>
    <w:p w14:paraId="26E14160" w14:textId="5B7AB6D0" w:rsidR="00730371" w:rsidRDefault="00730371">
      <w:pPr>
        <w:spacing w:after="200" w:line="276" w:lineRule="auto"/>
        <w:ind w:firstLine="0"/>
        <w:rPr>
          <w:rFonts w:ascii="Aptos Display" w:hAnsi="Aptos Display"/>
          <w:sz w:val="24"/>
          <w:szCs w:val="24"/>
        </w:rPr>
      </w:pPr>
      <w:r w:rsidRPr="00730371">
        <w:rPr>
          <w:rFonts w:ascii="Aptos Display" w:hAnsi="Aptos Display"/>
          <w:sz w:val="24"/>
          <w:szCs w:val="24"/>
        </w:rPr>
        <w:lastRenderedPageBreak/>
        <w:t xml:space="preserve">The </w:t>
      </w:r>
      <w:r w:rsidRPr="00730371">
        <w:rPr>
          <w:rFonts w:ascii="Aptos Display" w:hAnsi="Aptos Display"/>
          <w:b/>
          <w:bCs/>
          <w:sz w:val="24"/>
          <w:szCs w:val="24"/>
        </w:rPr>
        <w:t>Moonlit Rescue List</w:t>
      </w:r>
      <w:r w:rsidRPr="00730371">
        <w:rPr>
          <w:rFonts w:ascii="Aptos Display" w:hAnsi="Aptos Display"/>
          <w:sz w:val="24"/>
          <w:szCs w:val="24"/>
        </w:rPr>
        <w:t xml:space="preserve"> is a special space designed </w:t>
      </w:r>
      <w:r>
        <w:rPr>
          <w:rFonts w:ascii="Aptos Display" w:hAnsi="Aptos Display"/>
          <w:sz w:val="24"/>
          <w:szCs w:val="24"/>
        </w:rPr>
        <w:t>to help you</w:t>
      </w:r>
      <w:r w:rsidRPr="00730371">
        <w:rPr>
          <w:rFonts w:ascii="Aptos Display" w:hAnsi="Aptos Display"/>
          <w:sz w:val="24"/>
          <w:szCs w:val="24"/>
        </w:rPr>
        <w:t xml:space="preserve"> begin your own journey of "loving forward". Just like Lily, you can use these lines to record small acts of kindness that give your love somewhere to go. Your rescues do not have to be big to be important; they can be as simple as helping a classmate, choosing patience, or comforting an animal in need. Each entry you write is not just a note—it is a lantern in the dark that changes something real. By helping gently and staying when comfort matters, you are learning how to carry the light of those you miss into every new morning.</w:t>
      </w:r>
    </w:p>
    <w:p w14:paraId="33FAEFAE" w14:textId="5B1D771A" w:rsidR="00C803C8" w:rsidRPr="007B0641" w:rsidRDefault="00C803C8" w:rsidP="00C803C8">
      <w:pPr>
        <w:spacing w:after="200" w:line="276" w:lineRule="auto"/>
        <w:ind w:firstLine="0"/>
        <w:rPr>
          <w:rFonts w:ascii="Aptos Display" w:hAnsi="Aptos Display"/>
          <w:b/>
          <w:bCs/>
          <w:sz w:val="40"/>
          <w:szCs w:val="40"/>
          <w:u w:val="single"/>
        </w:rPr>
      </w:pPr>
      <w:r w:rsidRPr="007B0641">
        <w:rPr>
          <w:rFonts w:ascii="Aptos Display" w:hAnsi="Aptos Display"/>
          <w:b/>
          <w:bCs/>
          <w:sz w:val="40"/>
          <w:szCs w:val="40"/>
        </w:rPr>
        <w:t>Rescue List</w:t>
      </w:r>
      <w:r w:rsidR="00E246F5" w:rsidRPr="007B0641">
        <w:rPr>
          <w:rFonts w:ascii="Aptos Display" w:hAnsi="Aptos Display"/>
          <w:b/>
          <w:bCs/>
          <w:sz w:val="40"/>
          <w:szCs w:val="40"/>
        </w:rPr>
        <w:t xml:space="preserve"> </w:t>
      </w:r>
    </w:p>
    <w:p w14:paraId="549FA495" w14:textId="77777777" w:rsidR="000E6F1E" w:rsidRDefault="00E246F5" w:rsidP="000E6F1E">
      <w:pPr>
        <w:pBdr>
          <w:bottom w:val="single" w:sz="12" w:space="1" w:color="auto"/>
        </w:pBdr>
        <w:spacing w:after="200" w:line="276" w:lineRule="auto"/>
        <w:ind w:firstLine="0"/>
        <w:rPr>
          <w:rFonts w:ascii="Aptos Display" w:hAnsi="Aptos Display"/>
          <w:sz w:val="40"/>
          <w:szCs w:val="40"/>
          <w:u w:val="single"/>
        </w:rPr>
      </w:pPr>
      <w:r>
        <w:rPr>
          <w:rFonts w:ascii="Aptos Display" w:hAnsi="Aptos Display"/>
          <w:sz w:val="40"/>
          <w:szCs w:val="40"/>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D2BD62" w14:textId="13E9AD3F" w:rsidR="000E6F1E" w:rsidRDefault="000E6F1E" w:rsidP="000E6F1E">
      <w:pPr>
        <w:pBdr>
          <w:bottom w:val="single" w:sz="12" w:space="1" w:color="auto"/>
        </w:pBdr>
        <w:spacing w:after="200" w:line="276" w:lineRule="auto"/>
        <w:ind w:firstLine="0"/>
        <w:rPr>
          <w:rFonts w:ascii="Aptos Display" w:hAnsi="Aptos Display"/>
          <w:b/>
          <w:bCs/>
          <w:sz w:val="40"/>
          <w:szCs w:val="40"/>
        </w:rPr>
      </w:pPr>
      <w:r w:rsidRPr="007B0641">
        <w:rPr>
          <w:rFonts w:ascii="Aptos Display" w:hAnsi="Aptos Display"/>
          <w:b/>
          <w:bCs/>
          <w:sz w:val="40"/>
          <w:szCs w:val="40"/>
        </w:rPr>
        <w:lastRenderedPageBreak/>
        <w:t>Rescue List</w:t>
      </w:r>
    </w:p>
    <w:p w14:paraId="19E41E1E" w14:textId="77777777" w:rsidR="000E6F1E" w:rsidRPr="000E6F1E" w:rsidRDefault="000E6F1E" w:rsidP="000E6F1E">
      <w:pPr>
        <w:pBdr>
          <w:bottom w:val="single" w:sz="12" w:space="1" w:color="auto"/>
        </w:pBdr>
        <w:spacing w:after="200" w:line="276" w:lineRule="auto"/>
        <w:ind w:firstLine="0"/>
        <w:rPr>
          <w:rFonts w:ascii="Aptos Display" w:hAnsi="Aptos Display"/>
          <w:b/>
          <w:bCs/>
          <w:sz w:val="40"/>
          <w:szCs w:val="40"/>
          <w:u w:val="single"/>
        </w:rPr>
      </w:pPr>
    </w:p>
    <w:p w14:paraId="7DB714E2" w14:textId="374EA28A" w:rsidR="00AD7C08" w:rsidRDefault="00E246F5" w:rsidP="00C803C8">
      <w:pPr>
        <w:spacing w:after="200" w:line="276" w:lineRule="auto"/>
        <w:ind w:firstLine="0"/>
        <w:rPr>
          <w:rFonts w:ascii="Aptos Display" w:hAnsi="Aptos Display"/>
          <w:sz w:val="24"/>
          <w:szCs w:val="24"/>
          <w:u w:val="single"/>
        </w:rPr>
      </w:pPr>
      <w:r>
        <w:rPr>
          <w:rFonts w:ascii="Aptos Display" w:hAnsi="Aptos Display"/>
          <w:sz w:val="40"/>
          <w:szCs w:val="40"/>
          <w:u w:val="single"/>
        </w:rPr>
        <w:t>________________________________________________________________________________________________________________________________________________________________</w:t>
      </w:r>
      <w:r w:rsidR="00AD7C08">
        <w:rPr>
          <w:rFonts w:ascii="Aptos Display" w:hAnsi="Aptos Display"/>
          <w:sz w:val="40"/>
          <w:szCs w:val="40"/>
          <w:u w:val="single"/>
        </w:rPr>
        <w:t>________________________________________________________________________________________________________________________________________________________________________________________________</w:t>
      </w:r>
      <w:r w:rsidR="007B0641">
        <w:rPr>
          <w:rFonts w:ascii="Aptos Display" w:hAnsi="Aptos Display"/>
          <w:sz w:val="40"/>
          <w:szCs w:val="40"/>
          <w:u w:val="single"/>
        </w:rPr>
        <w:t>________________________________________________________________________________________________________________________________</w:t>
      </w:r>
    </w:p>
    <w:p w14:paraId="2D0D198D" w14:textId="77777777" w:rsidR="00573B77" w:rsidRDefault="00573B77" w:rsidP="00C803C8">
      <w:pPr>
        <w:spacing w:after="200" w:line="276" w:lineRule="auto"/>
        <w:ind w:firstLine="0"/>
        <w:rPr>
          <w:rFonts w:ascii="Aptos Display" w:hAnsi="Aptos Display"/>
          <w:sz w:val="24"/>
          <w:szCs w:val="24"/>
          <w:u w:val="single"/>
        </w:rPr>
      </w:pPr>
    </w:p>
    <w:p w14:paraId="7EA85B7D" w14:textId="77777777" w:rsidR="00573B77" w:rsidRPr="00573B77" w:rsidRDefault="00573B77" w:rsidP="00573B77">
      <w:pPr>
        <w:spacing w:after="160" w:line="278" w:lineRule="auto"/>
        <w:ind w:firstLine="0"/>
        <w:jc w:val="center"/>
        <w:rPr>
          <w:rFonts w:ascii="Aptos" w:eastAsia="Aptos" w:hAnsi="Aptos" w:cs="Times New Roman"/>
          <w:b/>
          <w:bCs/>
          <w:kern w:val="2"/>
          <w:sz w:val="48"/>
          <w:szCs w:val="48"/>
          <w14:ligatures w14:val="standardContextual"/>
        </w:rPr>
      </w:pPr>
      <w:r w:rsidRPr="00573B77">
        <w:rPr>
          <w:rFonts w:ascii="Aptos" w:eastAsia="Aptos" w:hAnsi="Aptos" w:cs="Times New Roman"/>
          <w:b/>
          <w:bCs/>
          <w:noProof/>
          <w:kern w:val="2"/>
          <w14:ligatures w14:val="standardContextual"/>
        </w:rPr>
        <w:lastRenderedPageBreak/>
        <mc:AlternateContent>
          <mc:Choice Requires="wps">
            <w:drawing>
              <wp:anchor distT="0" distB="0" distL="114300" distR="114300" simplePos="0" relativeHeight="251725824" behindDoc="0" locked="0" layoutInCell="1" allowOverlap="1" wp14:anchorId="63450337" wp14:editId="4063BA03">
                <wp:simplePos x="0" y="0"/>
                <wp:positionH relativeFrom="column">
                  <wp:posOffset>149860</wp:posOffset>
                </wp:positionH>
                <wp:positionV relativeFrom="paragraph">
                  <wp:posOffset>410210</wp:posOffset>
                </wp:positionV>
                <wp:extent cx="3714750" cy="63500"/>
                <wp:effectExtent l="0" t="0" r="19050" b="12700"/>
                <wp:wrapNone/>
                <wp:docPr id="917507830" name="Rectangle 2"/>
                <wp:cNvGraphicFramePr/>
                <a:graphic xmlns:a="http://schemas.openxmlformats.org/drawingml/2006/main">
                  <a:graphicData uri="http://schemas.microsoft.com/office/word/2010/wordprocessingShape">
                    <wps:wsp>
                      <wps:cNvSpPr/>
                      <wps:spPr>
                        <a:xfrm flipV="1">
                          <a:off x="0" y="0"/>
                          <a:ext cx="3714750" cy="63500"/>
                        </a:xfrm>
                        <a:prstGeom prst="rect">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A0AC0" id="Rectangle 2" o:spid="_x0000_s1026" style="position:absolute;margin-left:11.8pt;margin-top:32.3pt;width:292.5pt;height: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" fillcolor="#156082" strokecolor="#042433" strokeweight="1pt"/>
            </w:pict>
          </mc:Fallback>
        </mc:AlternateContent>
      </w:r>
      <w:r w:rsidRPr="00573B77">
        <w:rPr>
          <w:rFonts w:ascii="Aptos" w:eastAsia="Aptos" w:hAnsi="Aptos" w:cs="Times New Roman"/>
          <w:b/>
          <w:bCs/>
          <w:kern w:val="2"/>
          <w:sz w:val="48"/>
          <w:szCs w:val="48"/>
          <w14:ligatures w14:val="standardContextual"/>
        </w:rPr>
        <w:t>About the Author</w:t>
      </w:r>
    </w:p>
    <w:p w14:paraId="1BCAC0E0" w14:textId="77777777" w:rsidR="00573B77" w:rsidRPr="00573B77" w:rsidRDefault="00573B77" w:rsidP="00573B77">
      <w:pPr>
        <w:spacing w:after="160" w:line="278" w:lineRule="auto"/>
        <w:ind w:firstLine="0"/>
        <w:jc w:val="center"/>
        <w:rPr>
          <w:rFonts w:ascii="Aptos" w:eastAsia="Aptos" w:hAnsi="Aptos" w:cs="Times New Roman"/>
          <w:b/>
          <w:bCs/>
          <w:kern w:val="2"/>
          <w:sz w:val="28"/>
          <w:szCs w:val="28"/>
          <w14:ligatures w14:val="standardContextual"/>
        </w:rPr>
      </w:pPr>
      <w:hyperlink r:id="rId36" w:history="1">
        <w:r w:rsidRPr="00573B77">
          <w:rPr>
            <w:rFonts w:ascii="Aptos" w:eastAsia="Aptos" w:hAnsi="Aptos" w:cs="Times New Roman"/>
            <w:b/>
            <w:bCs/>
            <w:color w:val="467886"/>
            <w:kern w:val="2"/>
            <w:sz w:val="28"/>
            <w:szCs w:val="28"/>
            <w:u w:val="single"/>
            <w14:ligatures w14:val="standardContextual"/>
          </w:rPr>
          <w:t>www.scottMbooks.com</w:t>
        </w:r>
      </w:hyperlink>
    </w:p>
    <w:p w14:paraId="4C560B98" w14:textId="77777777" w:rsidR="00573B77" w:rsidRPr="00573B77" w:rsidRDefault="00573B77" w:rsidP="00573B77">
      <w:pPr>
        <w:spacing w:after="160" w:line="278" w:lineRule="auto"/>
        <w:ind w:firstLine="0"/>
        <w:jc w:val="center"/>
        <w:rPr>
          <w:rFonts w:ascii="Aptos" w:eastAsia="Aptos" w:hAnsi="Aptos" w:cs="Times New Roman"/>
          <w:b/>
          <w:bCs/>
          <w:kern w:val="2"/>
          <w:sz w:val="28"/>
          <w:szCs w:val="28"/>
          <w14:ligatures w14:val="standardContextual"/>
        </w:rPr>
      </w:pPr>
    </w:p>
    <w:p w14:paraId="1C07A53B" w14:textId="77777777" w:rsidR="00573B77" w:rsidRPr="00573B77" w:rsidRDefault="00573B77" w:rsidP="00573B77">
      <w:pPr>
        <w:spacing w:after="160" w:line="278" w:lineRule="auto"/>
        <w:ind w:firstLine="0"/>
        <w:rPr>
          <w:rFonts w:ascii="Aptos" w:eastAsia="Aptos" w:hAnsi="Aptos" w:cs="Times New Roman"/>
          <w:kern w:val="2"/>
          <w:sz w:val="24"/>
          <w:szCs w:val="24"/>
          <w14:ligatures w14:val="standardContextual"/>
        </w:rPr>
      </w:pPr>
      <w:r w:rsidRPr="00573B77">
        <w:rPr>
          <w:rFonts w:ascii="Aptos Display" w:eastAsia="Times New Roman" w:hAnsi="Aptos Display" w:cs="Times New Roman"/>
          <w:noProof/>
          <w:sz w:val="25"/>
          <w:szCs w:val="25"/>
          <w14:ligatures w14:val="standardContextual"/>
        </w:rPr>
        <w:drawing>
          <wp:anchor distT="0" distB="0" distL="114300" distR="114300" simplePos="0" relativeHeight="251724800" behindDoc="0" locked="0" layoutInCell="1" allowOverlap="1" wp14:anchorId="37F03A12" wp14:editId="6C5B36BA">
            <wp:simplePos x="0" y="0"/>
            <wp:positionH relativeFrom="margin">
              <wp:posOffset>1565275</wp:posOffset>
            </wp:positionH>
            <wp:positionV relativeFrom="paragraph">
              <wp:posOffset>77470</wp:posOffset>
            </wp:positionV>
            <wp:extent cx="2299335" cy="2143125"/>
            <wp:effectExtent l="0" t="0" r="5715" b="9525"/>
            <wp:wrapThrough wrapText="bothSides">
              <wp:wrapPolygon edited="0">
                <wp:start x="537" y="0"/>
                <wp:lineTo x="0" y="768"/>
                <wp:lineTo x="0" y="20160"/>
                <wp:lineTo x="179" y="21312"/>
                <wp:lineTo x="537" y="21504"/>
                <wp:lineTo x="20938" y="21504"/>
                <wp:lineTo x="21296" y="21312"/>
                <wp:lineTo x="21475" y="20160"/>
                <wp:lineTo x="21475" y="768"/>
                <wp:lineTo x="20938" y="0"/>
                <wp:lineTo x="537" y="0"/>
              </wp:wrapPolygon>
            </wp:wrapThrough>
            <wp:docPr id="673135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35393" name="Picture 673135393"/>
                    <pic:cNvPicPr/>
                  </pic:nvPicPr>
                  <pic:blipFill>
                    <a:blip r:embed="rId37">
                      <a:extLst>
                        <a:ext uri="{BEBA8EAE-BF5A-486C-A8C5-ECC9F3942E4B}">
                          <a14:imgProps xmlns:a14="http://schemas.microsoft.com/office/drawing/2010/main">
                            <a14:imgLayer r:embed="rId38">
                              <a14:imgEffect>
                                <a14:sharpenSoften amount="25000"/>
                              </a14:imgEffect>
                              <a14:imgEffect>
                                <a14:colorTemperature colorTemp="6291"/>
                              </a14:imgEffect>
                              <a14:imgEffect>
                                <a14:saturation sat="171000"/>
                              </a14:imgEffect>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a:off x="0" y="0"/>
                      <a:ext cx="2299335" cy="214312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Pr="00573B77">
        <w:rPr>
          <w:rFonts w:ascii="Aptos" w:eastAsia="Aptos" w:hAnsi="Aptos" w:cs="Times New Roman"/>
          <w:kern w:val="2"/>
          <w:sz w:val="24"/>
          <w:szCs w:val="24"/>
          <w14:ligatures w14:val="standardContextual"/>
        </w:rPr>
        <w:t xml:space="preserve">Scott Speicher brings a unique blend of life experiences to his writing. A U.S. military veteran, he carries the discipline, resilience, and perspective gained through service into every story he tells. After his military career, Scott built a successful path in marketing, where he developed a deep understanding of communication, storytelling, and audience engagement. For more than 15 years, he has also worked as a professional website designer, helping businesses and individuals create meaningful online presences. </w:t>
      </w:r>
    </w:p>
    <w:p w14:paraId="6C5A8832" w14:textId="260C1008" w:rsidR="00573B77" w:rsidRDefault="00573B77" w:rsidP="00573B77">
      <w:pPr>
        <w:spacing w:after="160" w:line="278" w:lineRule="auto"/>
        <w:ind w:firstLine="0"/>
        <w:rPr>
          <w:rFonts w:ascii="Aptos" w:eastAsia="Aptos" w:hAnsi="Aptos" w:cs="Times New Roman"/>
          <w:kern w:val="2"/>
          <w:sz w:val="24"/>
          <w:szCs w:val="24"/>
          <w14:ligatures w14:val="standardContextual"/>
        </w:rPr>
      </w:pPr>
      <w:r w:rsidRPr="00573B77">
        <w:rPr>
          <w:rFonts w:ascii="Aptos" w:eastAsia="Aptos" w:hAnsi="Aptos" w:cs="Times New Roman"/>
          <w:kern w:val="2"/>
          <w:sz w:val="24"/>
          <w:szCs w:val="24"/>
          <w14:ligatures w14:val="standardContextual"/>
        </w:rPr>
        <w:t xml:space="preserve">Scott Speicher is a storyteller who enjoys creating gentle, heartfelt stories that help children notice the small moments that make life meaningful. Through warm characters and simple adventures, his books encourage young readers to slow down, care for others, and appreciate the quiet joys of everyday life. Scott believes that some of the most important lessons children learn </w:t>
      </w:r>
      <w:r w:rsidRPr="00573B77">
        <w:rPr>
          <w:rFonts w:ascii="Aptos" w:eastAsia="Aptos" w:hAnsi="Aptos" w:cs="Times New Roman"/>
          <w:kern w:val="2"/>
          <w:sz w:val="24"/>
          <w:szCs w:val="24"/>
          <w14:ligatures w14:val="standardContextual"/>
        </w:rPr>
        <w:lastRenderedPageBreak/>
        <w:t xml:space="preserve">come not from grand events, but from the ordinary moments shared with family, friends, and the animals </w:t>
      </w:r>
      <w:r w:rsidR="00070078">
        <w:rPr>
          <w:rFonts w:ascii="Aptos" w:eastAsia="Aptos" w:hAnsi="Aptos" w:cs="Times New Roman"/>
          <w:noProof/>
          <w:kern w:val="2"/>
          <w:sz w:val="24"/>
          <w:szCs w:val="24"/>
        </w:rPr>
        <w:drawing>
          <wp:anchor distT="0" distB="0" distL="114300" distR="114300" simplePos="0" relativeHeight="251726848" behindDoc="1" locked="0" layoutInCell="1" allowOverlap="1" wp14:anchorId="517AF58C" wp14:editId="3E6C9672">
            <wp:simplePos x="0" y="0"/>
            <wp:positionH relativeFrom="column">
              <wp:posOffset>962660</wp:posOffset>
            </wp:positionH>
            <wp:positionV relativeFrom="paragraph">
              <wp:posOffset>791210</wp:posOffset>
            </wp:positionV>
            <wp:extent cx="1574165" cy="2346960"/>
            <wp:effectExtent l="0" t="0" r="6985" b="0"/>
            <wp:wrapTopAndBottom/>
            <wp:docPr id="668732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32054" name="Picture 668732054"/>
                    <pic:cNvPicPr/>
                  </pic:nvPicPr>
                  <pic:blipFill>
                    <a:blip r:embed="rId39"/>
                    <a:stretch>
                      <a:fillRect/>
                    </a:stretch>
                  </pic:blipFill>
                  <pic:spPr>
                    <a:xfrm>
                      <a:off x="0" y="0"/>
                      <a:ext cx="1574165" cy="2346960"/>
                    </a:xfrm>
                    <a:prstGeom prst="rect">
                      <a:avLst/>
                    </a:prstGeom>
                  </pic:spPr>
                </pic:pic>
              </a:graphicData>
            </a:graphic>
            <wp14:sizeRelH relativeFrom="margin">
              <wp14:pctWidth>0</wp14:pctWidth>
            </wp14:sizeRelH>
            <wp14:sizeRelV relativeFrom="margin">
              <wp14:pctHeight>0</wp14:pctHeight>
            </wp14:sizeRelV>
          </wp:anchor>
        </w:drawing>
      </w:r>
      <w:r w:rsidRPr="00573B77">
        <w:rPr>
          <w:rFonts w:ascii="Aptos" w:eastAsia="Aptos" w:hAnsi="Aptos" w:cs="Times New Roman"/>
          <w:kern w:val="2"/>
          <w:sz w:val="24"/>
          <w:szCs w:val="24"/>
          <w14:ligatures w14:val="standardContextual"/>
        </w:rPr>
        <w:t>they love.</w:t>
      </w:r>
    </w:p>
    <w:p w14:paraId="094F1D3D" w14:textId="394BA52A" w:rsidR="00CB4514" w:rsidRDefault="00CB4514" w:rsidP="00573B77">
      <w:pPr>
        <w:spacing w:after="160" w:line="278" w:lineRule="auto"/>
        <w:ind w:firstLine="0"/>
        <w:rPr>
          <w:rFonts w:ascii="Aptos" w:eastAsia="Aptos" w:hAnsi="Aptos" w:cs="Times New Roman"/>
          <w:kern w:val="2"/>
          <w:sz w:val="24"/>
          <w:szCs w:val="24"/>
          <w14:ligatures w14:val="standardContextual"/>
        </w:rPr>
      </w:pPr>
    </w:p>
    <w:p w14:paraId="346C8F90" w14:textId="77777777" w:rsidR="00CB4514" w:rsidRPr="00634213" w:rsidRDefault="00CB4514" w:rsidP="00CB4514">
      <w:pPr>
        <w:rPr>
          <w:rFonts w:ascii="Aptos Display" w:hAnsi="Aptos Display"/>
          <w:sz w:val="24"/>
          <w:szCs w:val="24"/>
        </w:rPr>
      </w:pPr>
      <w:r w:rsidRPr="00634213">
        <w:rPr>
          <w:rFonts w:ascii="Aptos Display" w:hAnsi="Aptos Display"/>
          <w:sz w:val="24"/>
          <w:szCs w:val="24"/>
        </w:rPr>
        <w:t>This is a story about a girl named Lily and the love she carries for someone she misses very much. It is a story about grief, yes, but even more than that, it is a story about what grief can become when it is gently shaped by memory, kindness, and hope.</w:t>
      </w:r>
    </w:p>
    <w:p w14:paraId="43CC4CC5" w14:textId="77777777" w:rsidR="00CB4514" w:rsidRPr="00634213" w:rsidRDefault="00CB4514" w:rsidP="00CB4514">
      <w:pPr>
        <w:rPr>
          <w:rFonts w:ascii="Aptos Display" w:hAnsi="Aptos Display"/>
          <w:sz w:val="24"/>
          <w:szCs w:val="24"/>
        </w:rPr>
      </w:pPr>
      <w:r w:rsidRPr="00634213">
        <w:rPr>
          <w:rFonts w:ascii="Aptos Display" w:hAnsi="Aptos Display"/>
          <w:sz w:val="24"/>
          <w:szCs w:val="24"/>
        </w:rPr>
        <w:t>When loss first enters life, it can make the world feel quieter, heavier, and unfamiliar. Ordinary things can suddenly seem changed—a window, a moonbeam, or a favorite object on a shelf. Even bedtime can feel different when someone you love is no longer where they used to be.</w:t>
      </w:r>
    </w:p>
    <w:p w14:paraId="2F95B375" w14:textId="5EA85A62" w:rsidR="00070078" w:rsidRDefault="00573B77" w:rsidP="00CB4514">
      <w:pPr>
        <w:spacing w:before="100" w:beforeAutospacing="1" w:after="100" w:afterAutospacing="1" w:line="240" w:lineRule="auto"/>
        <w:ind w:firstLine="0"/>
        <w:rPr>
          <w:rFonts w:eastAsia="Times New Roman" w:cs="Times New Roman"/>
          <w:b/>
          <w:bCs/>
          <w:sz w:val="24"/>
          <w:szCs w:val="24"/>
        </w:rPr>
      </w:pPr>
      <w:r w:rsidRPr="00573B77">
        <w:rPr>
          <w:rFonts w:eastAsia="Times New Roman" w:cs="Times New Roman"/>
          <w:b/>
          <w:bCs/>
          <w:sz w:val="24"/>
          <w:szCs w:val="24"/>
        </w:rPr>
        <w:t>Suitable for readers aged 4-10 and for family read-aloud sessions. Ideal for SEL, guidance, and service-learning.</w:t>
      </w:r>
    </w:p>
    <w:p w14:paraId="7BA04E9E" w14:textId="77777777" w:rsidR="00070078" w:rsidRDefault="00070078">
      <w:pPr>
        <w:spacing w:after="200" w:line="276" w:lineRule="auto"/>
        <w:ind w:firstLine="0"/>
        <w:rPr>
          <w:rFonts w:eastAsia="Times New Roman" w:cs="Times New Roman"/>
          <w:b/>
          <w:bCs/>
          <w:sz w:val="24"/>
          <w:szCs w:val="24"/>
        </w:rPr>
      </w:pPr>
      <w:r>
        <w:rPr>
          <w:rFonts w:eastAsia="Times New Roman" w:cs="Times New Roman"/>
          <w:b/>
          <w:bCs/>
          <w:sz w:val="24"/>
          <w:szCs w:val="24"/>
        </w:rPr>
        <w:br w:type="page"/>
      </w:r>
    </w:p>
    <w:p w14:paraId="7C9797D2" w14:textId="7D64D44F" w:rsidR="00573B77" w:rsidRPr="00CB4514" w:rsidRDefault="00070078" w:rsidP="00CB4514">
      <w:pPr>
        <w:spacing w:before="100" w:beforeAutospacing="1" w:after="100" w:afterAutospacing="1" w:line="240" w:lineRule="auto"/>
        <w:ind w:firstLine="0"/>
        <w:rPr>
          <w:rFonts w:eastAsia="Times New Roman" w:cs="Times New Roman"/>
          <w:sz w:val="24"/>
          <w:szCs w:val="24"/>
        </w:rPr>
      </w:pPr>
      <w:r>
        <w:rPr>
          <w:rFonts w:eastAsia="Times New Roman" w:cs="Times New Roman"/>
          <w:noProof/>
          <w:sz w:val="24"/>
          <w:szCs w:val="24"/>
        </w:rPr>
        <w:lastRenderedPageBreak/>
        <w:drawing>
          <wp:anchor distT="0" distB="0" distL="114300" distR="114300" simplePos="0" relativeHeight="251727872" behindDoc="0" locked="0" layoutInCell="1" allowOverlap="1" wp14:anchorId="2031DA14" wp14:editId="07CAFAA5">
            <wp:simplePos x="0" y="0"/>
            <wp:positionH relativeFrom="column">
              <wp:posOffset>-625475</wp:posOffset>
            </wp:positionH>
            <wp:positionV relativeFrom="page">
              <wp:posOffset>419100</wp:posOffset>
            </wp:positionV>
            <wp:extent cx="4813300" cy="6223000"/>
            <wp:effectExtent l="0" t="0" r="6350" b="6350"/>
            <wp:wrapThrough wrapText="bothSides">
              <wp:wrapPolygon edited="0">
                <wp:start x="0" y="0"/>
                <wp:lineTo x="0" y="21556"/>
                <wp:lineTo x="21543" y="21556"/>
                <wp:lineTo x="21543" y="0"/>
                <wp:lineTo x="0" y="0"/>
              </wp:wrapPolygon>
            </wp:wrapThrough>
            <wp:docPr id="260960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60826" name="Picture 260960826"/>
                    <pic:cNvPicPr/>
                  </pic:nvPicPr>
                  <pic:blipFill>
                    <a:blip r:embed="rId40"/>
                    <a:stretch>
                      <a:fillRect/>
                    </a:stretch>
                  </pic:blipFill>
                  <pic:spPr>
                    <a:xfrm>
                      <a:off x="0" y="0"/>
                      <a:ext cx="4813300" cy="6223000"/>
                    </a:xfrm>
                    <a:prstGeom prst="rect">
                      <a:avLst/>
                    </a:prstGeom>
                  </pic:spPr>
                </pic:pic>
              </a:graphicData>
            </a:graphic>
            <wp14:sizeRelH relativeFrom="margin">
              <wp14:pctWidth>0</wp14:pctWidth>
            </wp14:sizeRelH>
            <wp14:sizeRelV relativeFrom="margin">
              <wp14:pctHeight>0</wp14:pctHeight>
            </wp14:sizeRelV>
          </wp:anchor>
        </w:drawing>
      </w:r>
    </w:p>
    <w:sectPr w:rsidR="00573B77" w:rsidRPr="00CB4514" w:rsidSect="00EF14BB">
      <w:headerReference w:type="default" r:id="rId41"/>
      <w:pgSz w:w="8640" w:h="12960"/>
      <w:pgMar w:top="1224" w:right="1080" w:bottom="1224" w:left="1296"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BFD674" w14:textId="77777777" w:rsidR="00AC4394" w:rsidRDefault="00AC4394">
      <w:pPr>
        <w:spacing w:line="240" w:lineRule="auto"/>
      </w:pPr>
      <w:r>
        <w:separator/>
      </w:r>
    </w:p>
  </w:endnote>
  <w:endnote w:type="continuationSeparator" w:id="0">
    <w:p w14:paraId="4787D227" w14:textId="77777777" w:rsidR="00AC4394" w:rsidRDefault="00AC43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F46E02" w14:textId="77777777" w:rsidR="00AC4394" w:rsidRDefault="00AC4394">
      <w:pPr>
        <w:spacing w:line="240" w:lineRule="auto"/>
      </w:pPr>
      <w:r>
        <w:separator/>
      </w:r>
    </w:p>
  </w:footnote>
  <w:footnote w:type="continuationSeparator" w:id="0">
    <w:p w14:paraId="57210A32" w14:textId="77777777" w:rsidR="00AC4394" w:rsidRDefault="00AC439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3EA90" w14:textId="2DB34A04" w:rsidR="00AA1F39" w:rsidRDefault="00000000">
    <w:pPr>
      <w:pStyle w:val="Header"/>
      <w:jc w:val="right"/>
    </w:pPr>
    <w:r>
      <w:fldChar w:fldCharType="begin"/>
    </w:r>
    <w:r>
      <w:instrText>PAGE</w:instrText>
    </w:r>
    <w:r>
      <w:fldChar w:fldCharType="separate"/>
    </w:r>
    <w:r w:rsidR="00B05296">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EB33293"/>
    <w:multiLevelType w:val="multilevel"/>
    <w:tmpl w:val="C994C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842670302">
    <w:abstractNumId w:val="8"/>
  </w:num>
  <w:num w:numId="2" w16cid:durableId="160851471">
    <w:abstractNumId w:val="6"/>
  </w:num>
  <w:num w:numId="3" w16cid:durableId="1154948846">
    <w:abstractNumId w:val="5"/>
  </w:num>
  <w:num w:numId="4" w16cid:durableId="1636522231">
    <w:abstractNumId w:val="4"/>
  </w:num>
  <w:num w:numId="5" w16cid:durableId="1005330433">
    <w:abstractNumId w:val="7"/>
  </w:num>
  <w:num w:numId="6" w16cid:durableId="1391420615">
    <w:abstractNumId w:val="3"/>
  </w:num>
  <w:num w:numId="7" w16cid:durableId="2124566363">
    <w:abstractNumId w:val="2"/>
  </w:num>
  <w:num w:numId="8" w16cid:durableId="547689607">
    <w:abstractNumId w:val="1"/>
  </w:num>
  <w:num w:numId="9" w16cid:durableId="593323965">
    <w:abstractNumId w:val="0"/>
  </w:num>
  <w:num w:numId="10" w16cid:durableId="123825039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3B45"/>
    <w:rsid w:val="00034616"/>
    <w:rsid w:val="00050FEF"/>
    <w:rsid w:val="0006063C"/>
    <w:rsid w:val="00070078"/>
    <w:rsid w:val="00075599"/>
    <w:rsid w:val="00090195"/>
    <w:rsid w:val="000D17CB"/>
    <w:rsid w:val="000E3761"/>
    <w:rsid w:val="000E6F1E"/>
    <w:rsid w:val="001010EF"/>
    <w:rsid w:val="00121BC7"/>
    <w:rsid w:val="0015074B"/>
    <w:rsid w:val="00154E79"/>
    <w:rsid w:val="001601BF"/>
    <w:rsid w:val="001839DF"/>
    <w:rsid w:val="00185D2C"/>
    <w:rsid w:val="00192B61"/>
    <w:rsid w:val="001F2550"/>
    <w:rsid w:val="002071B2"/>
    <w:rsid w:val="00207FB1"/>
    <w:rsid w:val="00241D54"/>
    <w:rsid w:val="002431E5"/>
    <w:rsid w:val="00265DA5"/>
    <w:rsid w:val="00275175"/>
    <w:rsid w:val="00291675"/>
    <w:rsid w:val="0029510C"/>
    <w:rsid w:val="0029639D"/>
    <w:rsid w:val="002B10FA"/>
    <w:rsid w:val="002F702C"/>
    <w:rsid w:val="00326F90"/>
    <w:rsid w:val="003360A9"/>
    <w:rsid w:val="00347B36"/>
    <w:rsid w:val="00371831"/>
    <w:rsid w:val="0037532B"/>
    <w:rsid w:val="00391877"/>
    <w:rsid w:val="00391E9F"/>
    <w:rsid w:val="003B4812"/>
    <w:rsid w:val="003E4BE8"/>
    <w:rsid w:val="00433C12"/>
    <w:rsid w:val="00433C25"/>
    <w:rsid w:val="00434EE5"/>
    <w:rsid w:val="00445901"/>
    <w:rsid w:val="00456B0F"/>
    <w:rsid w:val="00492AB3"/>
    <w:rsid w:val="004E54D9"/>
    <w:rsid w:val="004F4AD6"/>
    <w:rsid w:val="00504F73"/>
    <w:rsid w:val="00510E65"/>
    <w:rsid w:val="0051442B"/>
    <w:rsid w:val="00522020"/>
    <w:rsid w:val="0055166B"/>
    <w:rsid w:val="005553B3"/>
    <w:rsid w:val="00563766"/>
    <w:rsid w:val="00573B77"/>
    <w:rsid w:val="005749E4"/>
    <w:rsid w:val="00583617"/>
    <w:rsid w:val="005A280B"/>
    <w:rsid w:val="005E2972"/>
    <w:rsid w:val="005F11C9"/>
    <w:rsid w:val="00606F6A"/>
    <w:rsid w:val="00607062"/>
    <w:rsid w:val="00634213"/>
    <w:rsid w:val="00660186"/>
    <w:rsid w:val="007053B3"/>
    <w:rsid w:val="00712AF0"/>
    <w:rsid w:val="0072553A"/>
    <w:rsid w:val="00730371"/>
    <w:rsid w:val="007356E5"/>
    <w:rsid w:val="007420AB"/>
    <w:rsid w:val="007462F2"/>
    <w:rsid w:val="0075414A"/>
    <w:rsid w:val="007B0641"/>
    <w:rsid w:val="007B160B"/>
    <w:rsid w:val="007C5CBD"/>
    <w:rsid w:val="00803CBF"/>
    <w:rsid w:val="00805497"/>
    <w:rsid w:val="0084296B"/>
    <w:rsid w:val="00856C29"/>
    <w:rsid w:val="00871750"/>
    <w:rsid w:val="008A6BEB"/>
    <w:rsid w:val="008D2CBD"/>
    <w:rsid w:val="00950159"/>
    <w:rsid w:val="00990A40"/>
    <w:rsid w:val="009B7058"/>
    <w:rsid w:val="009C247B"/>
    <w:rsid w:val="009F21C0"/>
    <w:rsid w:val="00A00A68"/>
    <w:rsid w:val="00A61D50"/>
    <w:rsid w:val="00A650C8"/>
    <w:rsid w:val="00A75C76"/>
    <w:rsid w:val="00A84862"/>
    <w:rsid w:val="00AA1D8D"/>
    <w:rsid w:val="00AA1F39"/>
    <w:rsid w:val="00AB764E"/>
    <w:rsid w:val="00AC4394"/>
    <w:rsid w:val="00AC43CD"/>
    <w:rsid w:val="00AC55CF"/>
    <w:rsid w:val="00AC60A0"/>
    <w:rsid w:val="00AD258B"/>
    <w:rsid w:val="00AD7C08"/>
    <w:rsid w:val="00AE70A9"/>
    <w:rsid w:val="00AF6645"/>
    <w:rsid w:val="00AF788A"/>
    <w:rsid w:val="00B05296"/>
    <w:rsid w:val="00B06DB1"/>
    <w:rsid w:val="00B07C8F"/>
    <w:rsid w:val="00B47730"/>
    <w:rsid w:val="00B746C3"/>
    <w:rsid w:val="00BB648B"/>
    <w:rsid w:val="00BD3F8D"/>
    <w:rsid w:val="00BE57B4"/>
    <w:rsid w:val="00C24795"/>
    <w:rsid w:val="00C74DB1"/>
    <w:rsid w:val="00C778CE"/>
    <w:rsid w:val="00C803C8"/>
    <w:rsid w:val="00C92AE7"/>
    <w:rsid w:val="00CB0664"/>
    <w:rsid w:val="00CB4514"/>
    <w:rsid w:val="00CE0B69"/>
    <w:rsid w:val="00D0294D"/>
    <w:rsid w:val="00D43FFB"/>
    <w:rsid w:val="00D62B90"/>
    <w:rsid w:val="00D63EFC"/>
    <w:rsid w:val="00D71670"/>
    <w:rsid w:val="00DA4749"/>
    <w:rsid w:val="00DA4DAF"/>
    <w:rsid w:val="00DB7CDB"/>
    <w:rsid w:val="00E204A6"/>
    <w:rsid w:val="00E246F5"/>
    <w:rsid w:val="00E301A9"/>
    <w:rsid w:val="00E65C12"/>
    <w:rsid w:val="00E9161C"/>
    <w:rsid w:val="00E954CD"/>
    <w:rsid w:val="00EA51A6"/>
    <w:rsid w:val="00EC1AE3"/>
    <w:rsid w:val="00EC5ADF"/>
    <w:rsid w:val="00ED5032"/>
    <w:rsid w:val="00ED659C"/>
    <w:rsid w:val="00EE105A"/>
    <w:rsid w:val="00EF14BB"/>
    <w:rsid w:val="00EF58F2"/>
    <w:rsid w:val="00F015DF"/>
    <w:rsid w:val="00F13AC2"/>
    <w:rsid w:val="00F20DD1"/>
    <w:rsid w:val="00F662C1"/>
    <w:rsid w:val="00F67D14"/>
    <w:rsid w:val="00F83C58"/>
    <w:rsid w:val="00FB31FF"/>
    <w:rsid w:val="00FC67C6"/>
    <w:rsid w:val="00FC693F"/>
    <w:rsid w:val="00FD0468"/>
    <w:rsid w:val="00FE151D"/>
    <w:rsid w:val="00FE56D6"/>
    <w:rsid w:val="00FE71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302AAC"/>
  <w14:defaultImageDpi w14:val="300"/>
  <w15:docId w15:val="{E6A18F17-F60D-4735-BE1F-4BD96FA18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pPr>
      <w:spacing w:after="0" w:line="283" w:lineRule="auto"/>
      <w:ind w:firstLine="360"/>
    </w:pPr>
    <w:rPr>
      <w:rFonts w:ascii="Times New Roman" w:hAnsi="Times New Roman"/>
    </w:rPr>
  </w:style>
  <w:style w:type="paragraph" w:styleId="Heading1">
    <w:name w:val="heading 1"/>
    <w:basedOn w:val="Normal"/>
    <w:next w:val="Normal"/>
    <w:link w:val="Heading1Char"/>
    <w:uiPriority w:val="9"/>
    <w:qFormat/>
    <w:rsid w:val="00FC693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ind w:firstLine="360"/>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tabs>
        <w:tab w:val="clear" w:pos="720"/>
        <w:tab w:val="num" w:pos="360"/>
      </w:tabs>
      <w:ind w:left="0" w:firstLine="360"/>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A61D50"/>
    <w:pPr>
      <w:spacing w:before="100" w:beforeAutospacing="1" w:after="100" w:afterAutospacing="1" w:line="240" w:lineRule="auto"/>
      <w:ind w:firstLine="0"/>
    </w:pPr>
    <w:rPr>
      <w:rFonts w:eastAsia="Times New Roman" w:cs="Times New Roman"/>
      <w:sz w:val="24"/>
      <w:szCs w:val="24"/>
    </w:rPr>
  </w:style>
  <w:style w:type="character" w:customStyle="1" w:styleId="citation-377">
    <w:name w:val="citation-377"/>
    <w:basedOn w:val="DefaultParagraphFont"/>
    <w:rsid w:val="00A61D50"/>
  </w:style>
  <w:style w:type="character" w:customStyle="1" w:styleId="citation-376">
    <w:name w:val="citation-376"/>
    <w:basedOn w:val="DefaultParagraphFont"/>
    <w:rsid w:val="00A61D50"/>
  </w:style>
  <w:style w:type="character" w:customStyle="1" w:styleId="citation-375">
    <w:name w:val="citation-375"/>
    <w:basedOn w:val="DefaultParagraphFont"/>
    <w:rsid w:val="00A61D50"/>
  </w:style>
  <w:style w:type="character" w:customStyle="1" w:styleId="citation-374">
    <w:name w:val="citation-374"/>
    <w:basedOn w:val="DefaultParagraphFont"/>
    <w:rsid w:val="00A61D50"/>
  </w:style>
  <w:style w:type="character" w:customStyle="1" w:styleId="citation-373">
    <w:name w:val="citation-373"/>
    <w:basedOn w:val="DefaultParagraphFont"/>
    <w:rsid w:val="00A61D50"/>
  </w:style>
  <w:style w:type="character" w:customStyle="1" w:styleId="citation-372">
    <w:name w:val="citation-372"/>
    <w:basedOn w:val="DefaultParagraphFont"/>
    <w:rsid w:val="00A61D50"/>
  </w:style>
  <w:style w:type="character" w:customStyle="1" w:styleId="citation-371">
    <w:name w:val="citation-371"/>
    <w:basedOn w:val="DefaultParagraphFont"/>
    <w:rsid w:val="00A61D50"/>
  </w:style>
  <w:style w:type="character" w:customStyle="1" w:styleId="citation-370">
    <w:name w:val="citation-370"/>
    <w:basedOn w:val="DefaultParagraphFont"/>
    <w:rsid w:val="00A61D50"/>
  </w:style>
  <w:style w:type="character" w:customStyle="1" w:styleId="citation-369">
    <w:name w:val="citation-369"/>
    <w:basedOn w:val="DefaultParagraphFont"/>
    <w:rsid w:val="00A61D50"/>
  </w:style>
  <w:style w:type="character" w:customStyle="1" w:styleId="citation-368">
    <w:name w:val="citation-368"/>
    <w:basedOn w:val="DefaultParagraphFont"/>
    <w:rsid w:val="00A61D50"/>
  </w:style>
  <w:style w:type="character" w:customStyle="1" w:styleId="citation-367">
    <w:name w:val="citation-367"/>
    <w:basedOn w:val="DefaultParagraphFont"/>
    <w:rsid w:val="00A61D50"/>
  </w:style>
  <w:style w:type="character" w:customStyle="1" w:styleId="citation-366">
    <w:name w:val="citation-366"/>
    <w:basedOn w:val="DefaultParagraphFont"/>
    <w:rsid w:val="00A61D50"/>
  </w:style>
  <w:style w:type="character" w:customStyle="1" w:styleId="citation-365">
    <w:name w:val="citation-365"/>
    <w:basedOn w:val="DefaultParagraphFont"/>
    <w:rsid w:val="00A61D50"/>
  </w:style>
  <w:style w:type="character" w:customStyle="1" w:styleId="citation-364">
    <w:name w:val="citation-364"/>
    <w:basedOn w:val="DefaultParagraphFont"/>
    <w:rsid w:val="00A61D50"/>
  </w:style>
  <w:style w:type="character" w:customStyle="1" w:styleId="citation-363">
    <w:name w:val="citation-363"/>
    <w:basedOn w:val="DefaultParagraphFont"/>
    <w:rsid w:val="00A61D50"/>
  </w:style>
  <w:style w:type="character" w:customStyle="1" w:styleId="citation-362">
    <w:name w:val="citation-362"/>
    <w:basedOn w:val="DefaultParagraphFont"/>
    <w:rsid w:val="00A61D50"/>
  </w:style>
  <w:style w:type="character" w:customStyle="1" w:styleId="citation-361">
    <w:name w:val="citation-361"/>
    <w:basedOn w:val="DefaultParagraphFont"/>
    <w:rsid w:val="00A61D50"/>
  </w:style>
  <w:style w:type="character" w:customStyle="1" w:styleId="citation-360">
    <w:name w:val="citation-360"/>
    <w:basedOn w:val="DefaultParagraphFont"/>
    <w:rsid w:val="00A61D50"/>
  </w:style>
  <w:style w:type="character" w:customStyle="1" w:styleId="citation-359">
    <w:name w:val="citation-359"/>
    <w:basedOn w:val="DefaultParagraphFont"/>
    <w:rsid w:val="00A61D50"/>
  </w:style>
  <w:style w:type="character" w:customStyle="1" w:styleId="citation-358">
    <w:name w:val="citation-358"/>
    <w:basedOn w:val="DefaultParagraphFont"/>
    <w:rsid w:val="00A61D50"/>
  </w:style>
  <w:style w:type="character" w:customStyle="1" w:styleId="citation-357">
    <w:name w:val="citation-357"/>
    <w:basedOn w:val="DefaultParagraphFont"/>
    <w:rsid w:val="00A61D50"/>
  </w:style>
  <w:style w:type="character" w:customStyle="1" w:styleId="citation-356">
    <w:name w:val="citation-356"/>
    <w:basedOn w:val="DefaultParagraphFont"/>
    <w:rsid w:val="00A61D50"/>
  </w:style>
  <w:style w:type="character" w:customStyle="1" w:styleId="citation-355">
    <w:name w:val="citation-355"/>
    <w:basedOn w:val="DefaultParagraphFont"/>
    <w:rsid w:val="00A61D50"/>
  </w:style>
  <w:style w:type="character" w:customStyle="1" w:styleId="citation-354">
    <w:name w:val="citation-354"/>
    <w:basedOn w:val="DefaultParagraphFont"/>
    <w:rsid w:val="00A61D50"/>
  </w:style>
  <w:style w:type="character" w:customStyle="1" w:styleId="citation-353">
    <w:name w:val="citation-353"/>
    <w:basedOn w:val="DefaultParagraphFont"/>
    <w:rsid w:val="00A61D50"/>
  </w:style>
  <w:style w:type="character" w:customStyle="1" w:styleId="citation-352">
    <w:name w:val="citation-352"/>
    <w:basedOn w:val="DefaultParagraphFont"/>
    <w:rsid w:val="00A61D50"/>
  </w:style>
  <w:style w:type="character" w:customStyle="1" w:styleId="citation-351">
    <w:name w:val="citation-351"/>
    <w:basedOn w:val="DefaultParagraphFont"/>
    <w:rsid w:val="00A61D50"/>
  </w:style>
  <w:style w:type="character" w:customStyle="1" w:styleId="citation-350">
    <w:name w:val="citation-350"/>
    <w:basedOn w:val="DefaultParagraphFont"/>
    <w:rsid w:val="00A61D50"/>
  </w:style>
  <w:style w:type="character" w:customStyle="1" w:styleId="citation-349">
    <w:name w:val="citation-349"/>
    <w:basedOn w:val="DefaultParagraphFont"/>
    <w:rsid w:val="00A61D50"/>
  </w:style>
  <w:style w:type="character" w:customStyle="1" w:styleId="citation-348">
    <w:name w:val="citation-348"/>
    <w:basedOn w:val="DefaultParagraphFont"/>
    <w:rsid w:val="00A61D50"/>
  </w:style>
  <w:style w:type="character" w:customStyle="1" w:styleId="citation-347">
    <w:name w:val="citation-347"/>
    <w:basedOn w:val="DefaultParagraphFont"/>
    <w:rsid w:val="00A61D50"/>
  </w:style>
  <w:style w:type="character" w:customStyle="1" w:styleId="citation-346">
    <w:name w:val="citation-346"/>
    <w:basedOn w:val="DefaultParagraphFont"/>
    <w:rsid w:val="00A61D50"/>
  </w:style>
  <w:style w:type="character" w:customStyle="1" w:styleId="citation-345">
    <w:name w:val="citation-345"/>
    <w:basedOn w:val="DefaultParagraphFont"/>
    <w:rsid w:val="00A61D50"/>
  </w:style>
  <w:style w:type="character" w:customStyle="1" w:styleId="citation-344">
    <w:name w:val="citation-344"/>
    <w:basedOn w:val="DefaultParagraphFont"/>
    <w:rsid w:val="00A61D50"/>
  </w:style>
  <w:style w:type="character" w:customStyle="1" w:styleId="citation-343">
    <w:name w:val="citation-343"/>
    <w:basedOn w:val="DefaultParagraphFont"/>
    <w:rsid w:val="00A61D50"/>
  </w:style>
  <w:style w:type="character" w:customStyle="1" w:styleId="citation-342">
    <w:name w:val="citation-342"/>
    <w:basedOn w:val="DefaultParagraphFont"/>
    <w:rsid w:val="00A61D50"/>
  </w:style>
  <w:style w:type="character" w:customStyle="1" w:styleId="citation-341">
    <w:name w:val="citation-341"/>
    <w:basedOn w:val="DefaultParagraphFont"/>
    <w:rsid w:val="00A61D50"/>
  </w:style>
  <w:style w:type="character" w:customStyle="1" w:styleId="citation-340">
    <w:name w:val="citation-340"/>
    <w:basedOn w:val="DefaultParagraphFont"/>
    <w:rsid w:val="00A61D50"/>
  </w:style>
  <w:style w:type="character" w:customStyle="1" w:styleId="citation-339">
    <w:name w:val="citation-339"/>
    <w:basedOn w:val="DefaultParagraphFont"/>
    <w:rsid w:val="00A61D50"/>
  </w:style>
  <w:style w:type="character" w:customStyle="1" w:styleId="citation-338">
    <w:name w:val="citation-338"/>
    <w:basedOn w:val="DefaultParagraphFont"/>
    <w:rsid w:val="00A61D50"/>
  </w:style>
  <w:style w:type="character" w:customStyle="1" w:styleId="citation-337">
    <w:name w:val="citation-337"/>
    <w:basedOn w:val="DefaultParagraphFont"/>
    <w:rsid w:val="00A61D50"/>
  </w:style>
  <w:style w:type="character" w:customStyle="1" w:styleId="citation-336">
    <w:name w:val="citation-336"/>
    <w:basedOn w:val="DefaultParagraphFont"/>
    <w:rsid w:val="00A61D50"/>
  </w:style>
  <w:style w:type="character" w:customStyle="1" w:styleId="citation-335">
    <w:name w:val="citation-335"/>
    <w:basedOn w:val="DefaultParagraphFont"/>
    <w:rsid w:val="00A61D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0.jp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29.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hyperlink" Target="http://www.scottMbooks.com"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1</Pages>
  <Words>5914</Words>
  <Characters>28095</Characters>
  <Application>Microsoft Office Word</Application>
  <DocSecurity>0</DocSecurity>
  <Lines>877</Lines>
  <Paragraphs>557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33452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Scott Speicher</cp:lastModifiedBy>
  <cp:revision>20</cp:revision>
  <cp:lastPrinted>2026-05-19T14:17:00Z</cp:lastPrinted>
  <dcterms:created xsi:type="dcterms:W3CDTF">2026-04-06T18:33:00Z</dcterms:created>
  <dcterms:modified xsi:type="dcterms:W3CDTF">2026-05-19T14:17:00Z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a31b1661-1a2c-4641-95ca-0e0d2456d317</vt:lpwstr>
  </property>
</Properties>
</file>